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57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Кизилюртовский район</w:t>
      </w:r>
    </w:p>
    <w:p>
      <w:pPr>
        <w:autoSpaceDN w:val="0"/>
        <w:autoSpaceDE w:val="0"/>
        <w:widowControl/>
        <w:spacing w:line="230" w:lineRule="auto" w:before="67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 учителей начальных классов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______________Юсупова Х.С.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 Г.М.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З.Г.</w:t>
            </w:r>
          </w:p>
        </w:tc>
      </w:tr>
      <w:tr>
        <w:trPr>
          <w:trHeight w:hRule="exact" w:val="42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2363706)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1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«Русский язык»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Гаджиева Джахбат Гусейновна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41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 Кизилюрт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8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«Русский язык» для обучающихся 1 классов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составлена на основе Требований к результатам освоения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началь​ного общего образования Федерального государственного обра​зовательного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начального общего образования (да​лее — ФГОС НОО), а также ориентирована на целевые приори​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теты, сформулированные в Примерной программе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"РУССКИЙ ЯЗЫК"</w:t>
      </w:r>
    </w:p>
    <w:p>
      <w:pPr>
        <w:autoSpaceDN w:val="0"/>
        <w:autoSpaceDE w:val="0"/>
        <w:widowControl/>
        <w:spacing w:line="290" w:lineRule="auto" w:before="19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является основой всего процесса обучения в на​чальной школе, успехи в его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 многом определяют результаты обучающихся по другим предметам. Русский язык как средство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познания действительности обеспечивает развитие интеллектуальных и творческих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школьников, формирует умения извлекать и анализировать информацию из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текстов, навыки самостоятельной учебной деятельности. Предмет «Русский язык» обладает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значительным потенциа​лом в развитии функциональной грамотности младших школь​ников, особенно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таких её компонентов, как языковая, комму​никативная, читательская, общекультурная и социальная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гра​мотность. Первичное знакомство с системой русского языка, богатством его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возможностей, развитие умения правильно и эффективно использовать русский язык в различ​ных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сферах и ситуациях общения способствуют успешной соци​ализации младшего школьника.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язык, выполняя свои базовые функции общения и выражения мысли, обеспечивает межличностное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взаимодействие, участвует в фор​мировании самосознания и мировоззрения личности,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важнейшим средством хранения и передачи информации, куль​турных традиций,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народа и других народов России. Свободное владение языком, умение выбирать нужные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языковые средства во многом определяют возможность адек​ватного самовыражения взглядов,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мыслей, чувств, проявления себя в различных жизненно важных для человека областях.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обладает огромным потенциалом присвоения традиционных социокультурных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духовно​нрав​ственных ценностей, принятых в обществе правил и норм пове​дения,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речевого, что способствует формированию внутренней позиции личности. Личностные достижения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младшего школьника непосредственно связаны с осознанием языка как явления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культуры, пониманием связи языка и мировоззрения народа. Значимыми личностными результата​ми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развитие устойчивого познавательного интереса к изучению русского языка,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за сохранение чистоты русского языка. Достижение этих личност​ных результатов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длительный процесс, разворачивающийся на протяжении изучения содержания предмета.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планиру​емых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равной значимости работы по изучению системы языка и работы по совер​шенствованию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речи младших школьников. Языковой материал призван сформировать первоначальные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струк​туре русского языка, способствовать усвоению норм русского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языка, орфографических и пунктуационных правил. Развитие устной и письменной речи младших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школь​ников направлено на решение практической задачи развития всех видов речевой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отработку навыков использо​вания усвоенных норм русского литературного языка, речевых норм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 речевого этикета в процессе устного и письмен​ного общения. Ряд задач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совершенствованию речевой дея​тельности решаются совместно с учебным предметом «Литературное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«Русского язы​ка», в 1 классе — 165 ч. </w:t>
      </w:r>
    </w:p>
    <w:p>
      <w:pPr>
        <w:autoSpaceDN w:val="0"/>
        <w:autoSpaceDE w:val="0"/>
        <w:widowControl/>
        <w:spacing w:line="230" w:lineRule="auto" w:before="43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"РУССКИЙ ЯЗЫК"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изучение русского языка имеет особое значение в развитии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школьника. Приобретённые им знания, опыт выполнения предметных и универсальных дей​ствий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материале русского языка станут фундаментом обучения в основном звене школы, а также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востребованы в жизни.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Изучение русского языка в начальной школе направлено на достижение следующих целей:</w:t>
      </w:r>
    </w:p>
    <w:p>
      <w:pPr>
        <w:autoSpaceDN w:val="0"/>
        <w:autoSpaceDE w:val="0"/>
        <w:widowControl/>
        <w:spacing w:line="28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младшими школьниками первоначальных представлений о многообразии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 и культур на территории Российской Федерации, о языке как одной из главных духов​но​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ценностей народа; понимание роли языка как основного средства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осознание значения русского язы​ка как государственного языка Российской Федерации; пони​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мание роли русского языка как языка межнационального об​щения; осознание правильной устной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письменной речи как показателя общей культуры человека;</w:t>
      </w:r>
    </w:p>
    <w:p>
      <w:pPr>
        <w:autoSpaceDN w:val="0"/>
        <w:autoSpaceDE w:val="0"/>
        <w:widowControl/>
        <w:spacing w:line="271" w:lineRule="auto" w:before="192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основными видами речевой деятельности на ос​нове первоначальных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о нормах современного русского литературного языка: аудированием,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говорением, чте​нием, письмом;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первоначальными научными представлениями о системе русского языка: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фонетике, графике, лексике, морфе​мике, морфологии и синтаксисе; об основных единицах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признаках и особенностях употребления в речи; использова​ние в речевой деятельности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современного русского литера​турного языка (орфоэпических, лексических, грамматических,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орфографических, пунктуационных) и речевого этикета;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функциональной грамотности, готовности к успешному взаимодействию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изменяющимся миром и дальнейшему успешному образованию.</w:t>
      </w:r>
    </w:p>
    <w:p>
      <w:pPr>
        <w:sectPr>
          <w:pgSz w:w="11900" w:h="16840"/>
          <w:pgMar w:top="310" w:right="742" w:bottom="1440" w:left="666" w:header="720" w:footer="720" w:gutter="0"/>
          <w:cols w:space="720" w:num="1" w:equalWidth="0"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Обучение грамоте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небольших рассказов повествовательного харак​тера по серии сюжетных картинок,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материалам собственных игр, занятий, наблюдений. Понимание текста при его прослушивании 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самостоя​тельном чтении вслух.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Слово и предложение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слова и предложения. Работа с предложением: выделение слов, изменение их порядка.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Восприятие слова как объекта изучения, материала для анализа. Наблюдение над значением слова.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Единство звукового состава слова и его значения. Установление последовательности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 в слове и  количе​ства звуков. Сопоставление слов, различающихся одним или несколькими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звуками. Звуковой анализ слова, работа со звуко​выми моделями: построение модели звукового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состава слова, подбор слов, соответствующих заданной модели. Различение гласных и согласных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звуков, гласных ударных и безударных, согласных твёрдых и мягких, звонких и глухих. Определение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места ударения. Слог как минимальная произносительная единица. Количе​ство слогов в слове.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Ударный слог.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звука и буквы: буква как знак звука. Слоговой принцип русской графики. Буквы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гласных как показатель твёр​дости — мягкости согласных звуков. Функции букв е, ё, ю, я. Мягкий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 как показатель мягкости предшествующего со​ гласного звука в конце слова.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букв в русском алфавите.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Слоговое чтение (ориентация на букву, обозначающую глас​ный звук).  Плавное слоговое чтение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целыми словами со скоростью, соответствующей индивидуальному темпу. Чте​ние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интонациями и паузами в соответствии со знаками препи​нания. Осознанное чтение слов,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словосочетаний, предложений. Выразительное чтение на материале небольших прозаических текстов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стихотворений. Орфоэпическое чтение (при переходе к чтению целыми слова​ми). Орфографическое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(проговаривание) как средство самоконтроля при письме под диктовку и при списывании.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пространстве листа в тетради и на простран​стве классной доски. Гигиенические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требования, которые необ​ходимо соблюдать во время письма.Начертание письменных прописных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строчных букв. Пись​мо букв, буквосочетаний, слогов, слов, предложений с соблюде​нием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гигиенических норм. Письмо разборчивым, аккуратным почерком. Письмо под диктовку слов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предложений, написа​ние которых не расходится с их произношением. Приёмы и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правильного списывания текста. Функция небуквенных графических средств: пробела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словами, знака переноса.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правописания и их применение: раздельное написа​ние слов; обозначение гласных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 в сочетаниях жи, ши (в положении под ударением), ча, ща, чу, щу; пропис​ная буква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начале предложения, в именах собственных (имена людей, клички животных); перенос слов по слогам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 стечения согласных; знаки препинания в конце предложения.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F0F50"/>
          <w:sz w:val="24"/>
        </w:rPr>
        <w:t>СИСТЕМАТИЧЕСКИЙ КУРС</w:t>
      </w:r>
    </w:p>
    <w:p>
      <w:pPr>
        <w:sectPr>
          <w:pgSz w:w="11900" w:h="16840"/>
          <w:pgMar w:top="298" w:right="650" w:bottom="310" w:left="666" w:header="720" w:footer="720" w:gutter="0"/>
          <w:cols w:space="720" w:num="1" w:equalWidth="0"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 как основное средство человеческого общения.  Цели и ситуации общения.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Гласные и согласные звуки, их различение. Уда​рение в слове. Гласные ударные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безударные. Твёрдые и мяг​кие согласные звуки, их различение. Звонкие и глухие соглас​ные звуки,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различение. Согласный звук [й’] и гласный звук [и]. Шипящие [ж], [ш], [ч’], [щ’]. Слог. Количество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слогов в слове. Ударный слог. Деление слов на слоги (простые случаи, без стечения согласных).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 и буква. Различение звуков и букв. Обозначение на письме твёрдости согласных звуков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буквами а, о, у, ы, э; слова с буквой э. Обозначение на письме мягкости согласных звуков буквами 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ё, ю, я, и. Функции букв е, ё, ю, я. Мягкий знак как показатель мягкости предшествующего согласного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 в конце слова. Установление соотношения звукового и буквенного состава слова в словах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типа стол, конь. Небуквенные графические средства: пробел между словами, знак переноса.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алфавит: правильное название букв, их последова​тельность. Использование алфавита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упорядочения списка слов.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Орфоэпия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Произношение звуков и сочетаний звуков, ударение в словах в соответствии с нормами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современного русского литературного языка (на ограниченном перечне слов, отрабатываемом в учеб​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нике).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 как единица языка (ознакомление). Слово как название предмета, признака предмета,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действия предмета (ознакомление). Выявление слов, значение которых требует уточнения.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Синтаксис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Предложение как единица языка (ознакомление). Слово, предложение (наблюдение над сходством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различи​ем). Установление связи слов в предложении при помощи смыс​ловых вопросов.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Восстановление деформированных предложений. Составле​ние предложений из набора форм слов.</w:t>
      </w:r>
    </w:p>
    <w:p>
      <w:pPr>
        <w:autoSpaceDN w:val="0"/>
        <w:autoSpaceDE w:val="0"/>
        <w:widowControl/>
        <w:spacing w:line="262" w:lineRule="auto" w:before="190" w:after="0"/>
        <w:ind w:left="18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правописания и их применение: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раздельное написание слов в предложении;</w:t>
      </w:r>
    </w:p>
    <w:p>
      <w:pPr>
        <w:autoSpaceDN w:val="0"/>
        <w:autoSpaceDE w:val="0"/>
        <w:widowControl/>
        <w:spacing w:line="262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прописная буква в начале предложения и в именах собствен​ных: в именах и фамилиях людей,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кличках животных;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перенос слов (без учёта морфемного членения слова);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гласные после шипящих в сочетаниях жи, ши (в положении под ударением), ча, ща, чу, щу;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сочетания чк, чн;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слова с непроверяемыми гласными и согласными (перечень слов в орфографическом словаре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учебника);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знаки препинания в конце предложения: точка, вопроситель​ный и восклицательный знаки.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 списывания текста.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78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Речь как основная форма общения между людьми. Текст как единица речи (ознакомление).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 общения: цель общения, с кем и где происходит об​щение. Ситуации устного общения</w:t>
      </w:r>
    </w:p>
    <w:p>
      <w:pPr>
        <w:sectPr>
          <w:pgSz w:w="11900" w:h="16840"/>
          <w:pgMar w:top="292" w:right="676" w:bottom="444" w:left="666" w:header="720" w:footer="720" w:gutter="0"/>
          <w:cols w:space="720" w:num="1" w:equalWidth="0"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(чтение диалогов по ролям, просмотр видеоматериалов, прослушивание аудиозаписи).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 этикета в ситуациях учебного и бытового об​щения (приветствие, прощание, извинение,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благодарность, об​ращение с просьбой).</w:t>
      </w:r>
    </w:p>
    <w:p>
      <w:pPr>
        <w:sectPr>
          <w:pgSz w:w="11900" w:h="16840"/>
          <w:pgMar w:top="286" w:right="1238" w:bottom="1440" w:left="666" w:header="720" w:footer="720" w:gutter="0"/>
          <w:cols w:space="720" w:num="1" w:equalWidth="0"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русского языка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3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личностные новообразования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становление ценностного отношения к своей Родине — России, в том числе через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языка, отражающего историю и культуру страны;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своей этнокультурной и российской граждан​ской идентичности, понимание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как государственного языка Российской Федерации и языка межнацио​нального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 народов России;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сопричастность к прошлому, настоящему и будущему сво​ей страны и родного края,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через обсуждение ситуаций при работе с художественными произведениями;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уважение к своему и другим народам, формируемое в том числе на основе примеров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человеке как члене об​щества,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нравственно​этических нормах поведения и прави​лах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в том числе отражённых в художественных произведениях;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признание индивидуальности каждого человека с опорой на собственный жизненный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читательский опыт;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проявление сопереживания, уважения и доброжелатель​ ности, в том числе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адекватных языковых средств для выражения своего состояния и чувств;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любых форм поведения, направленных на причинение физического  и 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вреда  другим  людям (в том числе связанного с использованием недопустимых средств языка);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уважительное отношение и интерес к художественной культуре, восприимчивость к разным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искусства, традициям и творчеству своего и других народов;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стремление к самовыражению в разных видах художе​ственной деятельности, в том числе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искусстве слова; осозна​ние важности русского языка как средства общения и самовы​ражения;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соблюдение правил здорового и безопасного (для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среде (в том числе информационной) при поиске дополнительной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языкового образования;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бережное отношение к физическому и психическому здо​ровью, проявляющееся в выборе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приемлемых способов речевого самовыражения и соблюдении норм речевого этикета и пра​вил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ценности труда в жизни человека и общества (в том числе благодаря примерам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произведений), ответственное потребление и бережное отношение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труда, навыки участия в различных видах трудо​вой деятельности, интерес к различным профессиям,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возника​ющий при обсуждении примеров из художественных произве​дений;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бережное отношение к природе, формируемое в процессе работы с текстами;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действий, приносящих ей вред;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научной картине мира (в том числе первоначальные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представления о системе языка как одной из составляющих целостной научной картины мира);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интересы, активность, инициативность, любознательность и самостоятельность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познании, в том числе познавательный интерес к изучению русского языка, актив​ность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самостоятельность в его познании.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8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универсальные учебные действия.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различные языковые единицы (звуки, слова, предложения, тексты),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основания для сравнения языковых единиц (частеречная принадлежность, грамматиче​ский признак,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лексическое значение и др.); устанавливать аналогии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объединять объекты (языковые единицы) по определённо​му признаку;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определять существенный признак для классификации языковых единиц (звуков, частей речи,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предложений, текстов); классифицировать языковые единицы;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в языковом материале закономерности и проти​воречия на основе предложенного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учителем алгоритма наблюдения; анализировать алгоритм действий при работе с языко​выми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единицами, самостоятельно выделять учебные операции при анализе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выявлять недостаток информации для решения учебной и практической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алгоритма, фор​мулировать запрос на дополнительную информацию;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устанавливать причинно​следственные связи в ситуациях наблюдения за языковым материалом,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выводы.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исследовательские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 помощью учителя формулировать цель, планировать из​менения языкового объекта,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несколько вариантов выполнения задания, выбирать наиболее подходящий (на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предложенных критериев);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проводить по предложенному плану несложное лингви​стическое мини-​исследование,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по предложенному плану проектное задание;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выводы и подкреплять их доказательства​ми на основе результатов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проведённого наблюдения за языковым материалом (классификации, сравнения, исследования);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 помощью учителя вопросы в процессе анализа предложенного языкового материала;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прогнозировать возможное развитие процессов, событий и их последствия в аналогичных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сходных ситуациях.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выбирать источник получения информации: нужный словарь для получения 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для уточнения;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согласно заданному алгоритму находить представленную в явном виде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 источнике: в слова​рях, справочниках;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 (обращаясь к словарям, справочникам, учебнику);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соблюдать с помощью взрослых (педагогических работни​ков, родителей, законных</w:t>
      </w:r>
    </w:p>
    <w:p>
      <w:pPr>
        <w:sectPr>
          <w:pgSz w:w="11900" w:h="16840"/>
          <w:pgMar w:top="298" w:right="660" w:bottom="452" w:left="666" w:header="720" w:footer="720" w:gutter="0"/>
          <w:cols w:space="720" w:num="1" w:equalWidth="0"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представителей) правила информационной безопасности при поиске информации в Интернете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(информации о написании и произношении слова, о значении слова, о происхождении слова,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синонимах слова);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анализировать и создавать текстовую, видео​, графиче​скую,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зада​чей;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понимать лингвистическую информацию, зафиксирован​ную в виде таблиц, схем;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создавать схемы, таблицы для представления лингвистической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воспринимать и формулировать суждения, выражать эмо​ции в соответствии с целями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уважительное отношение к собеседнику, со​блюдать правила ведения диалоги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признавать возможность существования разных точек зрения;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корректно и аргументированно высказывать своё  мне​ние;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строить речевое высказывание в соответствии с постав​ленной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создавать устные и письменные тексты (описание, рас​суждение, повествование)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речевой ситуацией;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готовить небольшие публичные выступления о результа​тах парной и групповой работы,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результатах наблюдения, выполненного мини-​исследования, проектного задания;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подбирать иллюстративный материал (рисунки, фото, плакаты) к тексту выступления.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учебные действия.</w:t>
      </w:r>
    </w:p>
    <w:p>
      <w:pPr>
        <w:autoSpaceDN w:val="0"/>
        <w:autoSpaceDE w:val="0"/>
        <w:widowControl/>
        <w:spacing w:line="271" w:lineRule="auto" w:before="70" w:after="0"/>
        <w:ind w:left="180" w:right="172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планировать действия по решению учебной задачи для по​лучения результата;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выстраивать последовательность выбранных действий.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устанавливать причины успеха/неудач учебной деятель​ности;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корректировать свои учебные действия для преодоления речевых и орфографических ошибок;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соотносить результат деятельности с поставленной учеб​ной задачей по выделению,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характеристике, использованию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ошибку, допущенную при работе с языковым материалом, находить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орфографическую и пунктуационную ошибку;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результаты своей деятельности и деятельно​сти одноклассников, объективно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их по предложен​ным критериям.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1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краткосрочные и долгосрочные цели (ин​дивидуальные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учи​телем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формата планирования, распределения промежуточных шагов и сроков;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готовность руководить, выполнять поручения, подчиняться,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разрешать конфликты;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ответственно выполнять свою часть работы;</w:t>
      </w:r>
    </w:p>
    <w:p>
      <w:pPr>
        <w:sectPr>
          <w:pgSz w:w="11900" w:h="16840"/>
          <w:pgMar w:top="286" w:right="698" w:bottom="368" w:left="666" w:header="720" w:footer="720" w:gutter="0"/>
          <w:cols w:space="720" w:num="1" w:equalWidth="0"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оценивать свой вклад в общий результат;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выполнять совместные проектные задания с опорой на предложенные образцы.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первом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слово и предложение; вычленять слова из пред​ложений;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вычленять звуки из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различать гласные и согласные звуки (в том числе разли​чать в слове согласный звук [й’]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гласный звук [и]);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ударные и безударные гласные звуки;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согласные звуки: мягкие и твёрдые, звонкие и глухие (вне слова и в слове);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различать понятия «звук» и «буква»;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определять количество слогов в слове; делить слова на слоги (простые случаи: слова без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стечения согласных); определять в слове ударный слог;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обозначать на письме мягкость согласных звуков буквами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ё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буквой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слова;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называть буквы русского алфавита; использо​вать знание последовательности букв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алфавита для упорядочения небольшого списка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аккуратным разборчивым почерком без искаже​ний прописные и строчные буквы,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соединения букв,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применять изученные правила правописания: раздельное написание слов в предложении; знаки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препинания в конце пред​ложения: точка, вопросительный и восклицательный знаки; прописная буква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начале предложения и в именах собственных (имена, фамилии, клички животных); перенос слов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сло​гам (простые случаи: слова из слогов типа «согласный + глас​ный»); гласные после шипящих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сочетаниях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жи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ши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положе​нии под ударением),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непроверяемые гласные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согласные (перечень слов в орфографическом словаре учебника);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списывать (без пропусков и искажений букв) слова и предложения, тексты объёмом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 более 25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под диктовку (без пропусков и искажений букв) слова, предложения из  3—5 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тексты  объёмом  не  более 20 слов, правописание которых не расходится с произношением;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и исправлять ошибки на изученные правила, описки;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понимать прослушанный текст;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читать вслух и про себя (с пониманием) короткие тексты с соблюдением интонации и пауз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со знаками пре​пинания в конце предложения;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в тексте слова, значение которых требует уточ​нения;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составлять предложение из набора форм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устно составлять текст из 3—5 предложений по сюжет​ным картинкам и наблюдениям;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использовать изученные понятия в процессе решения учебных задач.</w:t>
      </w:r>
    </w:p>
    <w:p>
      <w:pPr>
        <w:sectPr>
          <w:pgSz w:w="11900" w:h="16840"/>
          <w:pgMar w:top="298" w:right="716" w:bottom="1440" w:left="666" w:header="720" w:footer="720" w:gutter="0"/>
          <w:cols w:space="720" w:num="1" w:equalWidth="0"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164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6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302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85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ОБУЧЕНИЕ ГРАМОТЕ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небольших рассказов повествовательного характера по серии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сюжетных картинок, материалам собственных игр, занятий, наблюдений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выстроенных в пра​вильной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последовательности: анализ изображённых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собы​тий, обсуждение сюжета,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устного рассказа с опорой на картинки;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Фонетика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Интонационное выделение звука в слове. Определение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частотного звука в стихотворении. Называние слов с заданным звуком.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близких по акустико-артикуляционным признакам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«Скажи так, как 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(отрабатывается умение воспроизводить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учителем образец интона​ционного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выделения звука в слове);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https://education.yandex.ru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Установление последовательности звуков в слове и количества звуков.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Сопоставление слов, различающихся одним или несколькими звуками.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Звуковой анализ слова, работа со звуковыми моделями: построение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 звукового состава слова, подбор слов, соответствующих заданной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модели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«Есть ли в слове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звук?» (ловить мяч нужно только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тогда, когда ведущий называет слово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 звуком, отрабатывается умение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наличие заданного звука в слове);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8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Особенность гласных звуков. Особенность согласных звуков.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гласных и согласных звуков. Определение места ударения.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гласных ударных и безударных. Ударный слог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парах: сравнение двух;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моделей звукового состава;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(нахождение сходства и различия);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соотнесение слов с соответ¬;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ствующими им моделями;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задания: 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225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Твёрдость и мягкость согласных звуков как смыслоразличительная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функция. Различение твёрдых и мягких согласных звуков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твёрдые — мягкие согласные звуки);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«Чем гласные звуки;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отличаются по произношению от;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согласных звуков?»; как результат;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участия в диалоге: различение гласных;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согласных звуков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отсутствию/наличию преграды;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братца»;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(парный по твёрдости — мягкости;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646" w:left="666" w:header="720" w:footer="720" w:gutter="0"/>
          <w:cols w:space="720" w:num="1" w:equalWidth="0"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73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твёрдости — мягкости согласных звуков.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звонкости — глухости звуков (без введения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терминов «звонкость», «глухость»)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«Чем гласные звуки;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отличаются по произношению от;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согласных звуков?»; как результат;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участия в диалоге: различение гласных;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согласных звуков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отсутствию/наличию преграды;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братца»;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(парный по твёрдости — мягкости;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«Чем твёрдые;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согласные звуки отличаются от мягких;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согласных звуков?»;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 как минимальная произносительная единица. Слогообразующая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функция гласных звуков. Определение количества слогов в слове. 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 на слоги (простые однозначные случаи)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07.08.2022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13.08.2022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«Есть ли в слове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звук?» (ловить мяч нужно только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тогда, когда ведущий называет слово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 звуком, отрабатывается умение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наличие заданного звука в слове);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Игра​соревнование «Кто запомнит больше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заданным звуком при прослушивании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стихотворения»;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подбор слов с заданным звуком;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моделью: выбрать нужную модель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зависимости от места заданного звука в слове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(начало, середина, конец слова);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Письмо. Орфография и пунктуация</w:t>
            </w:r>
          </w:p>
        </w:tc>
      </w:tr>
      <w:tr>
        <w:trPr>
          <w:trHeight w:hRule="exact" w:val="208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 мелкой моторики пальцев и движения руки. Развитие умения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ориентироваться на пространстве листа в тетради и на пространстве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классной доски. Усвоение гигиенических требований, которые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необходимо соблюдать во время письма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17.10.2022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анализ поэлементного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состава букв;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«Конструктор букв»,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составление буквы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(из пластилина, из проволоки)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букву»,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различение букв, имеющих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оптическое и кинетическое сходство;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начертаний письменных заглавных и строчных букв. Создание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единства звука, зрительного образа обозначающего его буквы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двигательного образа этой буквы. Овладение начертанием письменных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прописных и строчных букв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08.11.2022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букву»,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различение букв, имеющих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оптическое и кинетическое сходство;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«Что случилось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буквой»: анализ деформированных букв,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определение недостающих элементов;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букв, буквосочетаний, слогов, слов, предложений с соблюдением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гигиенических норм. Овладение разборчивым аккуратным письмом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19.11.2022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контролировать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правильность написа​ния буквы, сравнивать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свои буквы с предложенным образцом;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46" w:left="666" w:header="720" w:footer="720" w:gutter="0"/>
          <w:cols w:space="720" w:num="1" w:equalWidth="0"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под диктовку слов и предложений, написание которых не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расходится с их произношением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под диктовку слов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состоящих из трёх — пяти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 звуками в сильной позиции;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приёмов последовательности правильного списывания текста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17.01.2023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письменными буквами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слова/предло​жения/короткого текста,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написанного печатными буквами;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в процессе совместного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обсуждения алгорит​ма списывания;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функции небуквенных графических средств: пробела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словами, знака переноса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19.01.2023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в процессе совместного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обсуждения алгорит​ма списывания;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списывание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слов/предложений в соответствии с заданным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алгоритмом, контролирование этапов своей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раздельное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написание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21.01.2023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выписывание из текста 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буквосочетания​ ми ча, ща, чу, щу, жи, ши;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составленного из набора слов, с правильным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оформлением начала и конца предложе​ния,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соблюдением пробелов между словами;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Комментированная запись предложений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обязательным объяснением случаев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употребления заглавной буквы;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обозначение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гласных после шипящих в сочетаниях жи, ши (в положении под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ударением)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24.01.2023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составленного из набора слов, с правильным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оформлением начала и конца предложе​ния,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соблюдением пробелов между словами;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Комментированная запись предложений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обязательным объяснением случаев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употребления заглавной буквы;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26.01.2023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Совместный анализ текста на наличие в нём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буквосо​ четаниями жи, ши, ча, ща, чу,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щу;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выписывание из текста 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буквосочетания​ ми ча, ща, чу, щу, жи, ши;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прописная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буква в начале предложения, в именах собственных (имена людей, клички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животных)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28.01.2023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составленного из набора слов, с правильным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оформлением начала и конца предложе​ния,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соблюдением пробелов между словами;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Комментированная запись предложений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обязательным объяснением случаев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употребления заглавной буквы;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перенос слов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слогам без стечения согласных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31.01.2023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составленного из набора слов, с правильным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оформлением начала и конца предложе​ния,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соблюдением пробелов между словами;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2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знаки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препинания в конце предложения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04.02.2023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Совместный анализ текста на наличие в нём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буквосо​ четаниями жи, ши, ча, ща, чу,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щу;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выписывание из текста 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буквосочетания​ ми ча, ща, чу, щу, жи, ши;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70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СИСТЕМАТИЧЕСКИЙ КУРС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Общие сведения о языке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 как основное средство человеческого общения.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Осознание целей и ситуаций общения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06.02.2023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на тему «Язык — средство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общения людей»;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Фонетика</w:t>
            </w:r>
          </w:p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Гласные и согласные звуки, их различение. Ударение в слове.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Гласные ударные и безударные. Твёрдые и мягкие согласные звуки,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различение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09.02.2023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«Что мы знаем о звуках русского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языка», в ходе которой актуализируются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знания, приобретённые в период обучения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грамоте;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звук»: ведущий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кидает мяч и просит привести пример звука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(гласного звука; твёрдого согласного; мягкого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согласного; звонкого согласного; глухого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согласного);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Звонкие и глухие согласные звуки, их различение. Согласный звук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 xml:space="preserve"> [й’]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гласный звук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[и]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Шипящие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[ж], [ш], [ч’], [щ’]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10.02.2023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звук»: ведущий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кидает мяч и просит привести пример звука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(гласного звука; твёрдого согласного; мягкого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согласного; звонкого согласного; глухого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согласного);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«Придумай слово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заданным звуком»;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Слог. Определение количества слогов в слове. Ударный слог. 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 на слоги (простые случаи, без стечения согласных)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13.02.2023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характеризовать (устно) звуки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 признакам;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«Объясняем особенности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гласных и соглас​ных звуков»;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1674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164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буква. Различение звуков и букв. Обозначение на письме твёрдости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а, о, у, ы, 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слова с буквой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Обозначение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 мягкости 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е, ё, ю, я, 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Функции букв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 xml:space="preserve">е,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ё, ю, 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Мягкий знак как показатель мягкости предшествующего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согласного звука в конце слова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14.08.2022</w:t>
            </w:r>
          </w:p>
        </w:tc>
        <w:tc>
          <w:tcPr>
            <w:tcW w:type="dxa" w:w="3302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звуко​буквенный состав слов;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подбор 1—2 слов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предложенной звуко​бук​венной модели;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«Сравниваем звуковой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буквенный состав слов», в ходе диалога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формулируются выводы о возможных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соотношениях звукового и буквенного состава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1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соотношения звукового и буквенного состава слова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словах типа стол, конь.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16.02.2023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таблицей: заполнение таблицы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примерами слов с разным соотношением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количества звуков и букв для каждой из трёх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колонок: количество звуков равно количеству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букв, количество звуков меньше количества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букв, количество звуков больше количества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определение количества слогов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слове, объяс​нение основания для деления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слоги;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парах: нахождение в тексте 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заданными характеристиками звукового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слогового состава слова;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небуквенных графических средств: пробела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словами, знака переноса.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18.02.2023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парах: нахождение в тексте 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заданными характеристиками звукового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слогового состава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о функциях ь (разделительный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показатель мягко​сти предшествующего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согласного);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алфавит: правильное название букв, знание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последовательности. Использование алфавита для упорядочения списка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02.03.2023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о функциях ь (разделительный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показатель мягко​сти предшествующего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согласного);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нахождение в тексте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по заданным основаниям (ь обозначает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мягкость предшествующего согласного);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«Кто лучше расскажет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слове», в ходе выполнения упражнения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отрабатывается умение строить устное речевое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высказывание об обозначении звуков буква​ми;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звуковом и буквенном составе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Игра-​соревнование «Повтори алфавит»;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Лексика и морфология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 как единица языка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04.03.2023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«На какие вопросы могут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слова?»;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отвечающими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вопросы «кто?», «что?»;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67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 как название предмета, признака предмета, действия предмета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16.03.2023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отвечающими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«кто?», «что?»;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Совместное выполнение группировки слов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заданному признаку: отвечают на вопрос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«что?» / отвечают на вопрос«кто?»;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отвечающими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вопросы «какой?», «какая?», «какое?»,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«какие?»;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9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Выявление слов, значение которых требует уточнения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23.03.2023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парах: отработка умения задавать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приведённым словам вопросы «что делать?»,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«что сделать?»;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группах: нахождение в тексте слов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заданному основанию, например слов,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отвечающих на вопрос «что делает?»;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50"/>
        </w:trPr>
        <w:tc>
          <w:tcPr>
            <w:tcW w:type="dxa" w:w="563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Синтаксис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 как единица языка (ознакомление). Слово, предложение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(наблюдение над сходством и различием).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24.03.2023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со схемой предложения: умение читать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 предло​жения, преобразовывать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информацию, полученную из схемы: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предложения, соответствующие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схеме, с учётом знаков препинания в конце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схемы;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связи слов в предложении при помощи смысловых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25.03.2023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составление предложения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 набора слов;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Восстановление деформированных предложений.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27.03.2023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группах: восстановление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 в процессе выбора нужной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формы слова, данного в скобках;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сюжетными картинками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небольшим текстом: выбор фрагментов текста,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которые могут быть подписями под каждой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картинок;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предложений из набора форм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31.03.2023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деление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деформированного текста на предложения,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корректировка оформления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списывание с учётом правильного оформления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предложе​ний;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Орфография и пунктуация</w:t>
            </w:r>
          </w:p>
        </w:tc>
      </w:tr>
      <w:tr>
        <w:trPr>
          <w:trHeight w:hRule="exact" w:val="244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Ознакомление с правилами правописания и их применение: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раздельное написание слов в предложении;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прописная буква в начале предложения и в именах собственных: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именах и фамилиях людей, кличках животных;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перенос слов (без учёта морфемного членения слова);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гласные после шипящих в сочетаниях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жи, ши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(в положении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ударением),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сочетания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чк, чн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слова с непроверяемыми гласными и согласными (перечень слов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орфографическом словаре учебника);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знаки препинания в конце предложения: точка, вопросительный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восклицательный знаки.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14.04.2023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сходными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звучанию, но различ​ными по написанию,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причин возможной ошибки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записи этих 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места в слове, где можно допустить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ошибку;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Беседа, актуализирующая последовательность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действий при списывании;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Орфографический тренинг правильности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аккуратности списывания;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5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07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алгоритма списывания текста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19.04.2023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Орфографический тренинг правильности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аккуратности списывания;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написанием в предложенных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текстах соб​ственных имён существительных,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формулирование выводов, соотнесение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сделанных выводов с формулировкой правила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учебнике;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включающих собствен​ные имена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существительные;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226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 как основная форма общения между людьми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20.04.2023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каждой ситуации слов речевого этикета;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диалог, в ходе которого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обсуждаются ситуации общения, в которых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выражается просьба, обосновывается выбор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речевого этикета, соответствующих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ситуации выражения просьбы;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516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 как единица речи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24.04.2023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речевой ситуации вежливого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отказа с исполь​зованием опорных 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Разыгрывание сценок, отражающих ситуации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выражения просьбы, извинения, вежливого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отказа;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Осознание ситуации общения: с какой целью, с кем и где происходит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26.04.2023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выбор из предло​женного набора этикетных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слов, соответствующих заданным ситуациям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102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Ситуации устного общения (чтение диалогов по ролям, просмотр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видеоматериалов, прослушивание аудиозаписи).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28.04.2023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Творческое задание: придумать ситуации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общения, в кото​рых могут быть употреблены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предложенные этикетные слова;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516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Овладение нормами речевого этикета в ситуациях учебного и бытового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 (приветствие, прощание, извинение, благодарность, обращение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просьбой)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15.05.2023</w:t>
            </w:r>
          </w:p>
        </w:tc>
        <w:tc>
          <w:tcPr>
            <w:tcW w:type="dxa" w:w="330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группах: оценивание предложенных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юмористиче​ских стихотворений с точки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зрения соблюдения героями стихотворений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правил речевого этикета;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https://education.yandex.ru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https://uchi.ru/main</w:t>
            </w:r>
          </w:p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63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934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563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135</w:t>
            </w:r>
          </w:p>
        </w:tc>
        <w:tc>
          <w:tcPr>
            <w:tcW w:type="dxa" w:w="7098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2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sectPr>
          <w:pgSz w:w="16840" w:h="11900"/>
          <w:pgMar w:top="1440" w:right="1440" w:bottom="1440" w:left="1440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07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Пропись - первая учебная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тетрадь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Рабочая строка. Верхняя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нижняя линии рабочей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овалов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полуовалов Подготовка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руки к письму.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посадки при письме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Рисование бордюров.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Подготовка руки к письму.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Письмо длинных прямых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наклонных линий.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правил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правильной посадки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письме.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наклонных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длинных и коротких линий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закруглением внизу.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наклонных линий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закруглением вверху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внизу.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овалов больших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маленьких, коротких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наклонных линий.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13.09.2022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коротких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длинных наклонных линий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закруглением влево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вправо, внизу и вверху.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ы.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83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О, о. Сравнение строчной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заглавной букв.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и, И Сравнение печатной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письменной букв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изученных букв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изученных букв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У, у.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Н, н.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Н, н. Письмо изученных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С, с.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К, к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Т, т.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Т, т.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закрепление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изученного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Л, л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Л, л. Повторение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изученных букв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слогов.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р, Р.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1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В, в.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Е, 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Е, е. Проверочная работа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закрепление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изученных букв и слогов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П, п. 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П, п. 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изученного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м, М.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З, з. Сравнение строчной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заглавной букв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З, з. Сравнение строчной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заглавной букв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Б, б. Сравнение строчной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заглавной букв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03.11.2022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Д, д. Сравнение строчной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заглавной букв.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Д, д. Сравнение строчной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заглавной букв.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07.11.2022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Я, я.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Я, я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Г, г. Сравнение строчной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заглавной букв.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Г, г. Проверочная работа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ч, Ч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ч, Ч.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 ь.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 ь. Написание слов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ь.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24.11.2022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Ш, ш. Письмо слогов и 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изученными буквами.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Ж, ж.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28.11.2022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Ж, ж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7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ё.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 Ё.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Й, й. Написание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й.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Х, х.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Ю, ю.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 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Ц, ц.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Ц, ц.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Э, э.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00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щ.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Сочетания ща -щу.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Щ. Работа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развитию речи.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Сравнение строчной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заглавной букв. 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 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ф, Ф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Строчные буквы ь, ъ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Списывание текстов.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 № 3.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Списывание текста.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Оформление предложений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Слова, отвечающие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вопросы« Кто?» и «Что?»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Слова, отвечающие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вопросы «Что делать?» и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«Что сделать?»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Слова, отвечающие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вопросы «Какой?» «Какая?»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«Какое?» «Какие?»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Местоимения.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Проверочный диктант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над ошибками.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Безударные гласные в корне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Звонкие и глухие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корне слова.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Звонкие и глухие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конце слова.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ЖИ - ШИ,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 - ЩА, ЧУ - ЩУ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буквосочетаний ЧН, ЧК,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ЩН.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Заглавная буква в словах.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Словарный диктант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Основа предложения.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Деление слов на слоги.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Алфавитный порядок слов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Контрольное списывание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5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над ошибками. Язык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речь, их значение в жизни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людей.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Устная и письменная речь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 (общее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представление)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Предложение как группа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слов, выражающая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законченную мысль.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Предложение как группа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слов, выражающая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законченную мысль.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Предложение как группа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слов, выражающая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законченную мысль.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Диалог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Слово. Роль слов в речи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Тематические группыслов.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Вежливые слова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Слова-названия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явлений, слова-названия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признаков предметов,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слованазвания действий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 Слова-названия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явлений, слова-названия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признаков предметов,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слованазвания действий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предметов.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Слова-названия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явлений, слова-названия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признаков предметов,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слованазвания действий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7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.Слова-названия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явлений, слова-названия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признаков предметов,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слованазвания действий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Слова однозначные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многозначные (общее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представление). Слова,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близкие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противоположные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значению.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. . Слова однозначные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многозначные (общее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представление). Слова,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близкие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противоположные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значению.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Слог как минимальная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произносительная единица.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Слог как минимальная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произносительная единица.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108. Деление слов на слоги.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 Деление слов на слоги.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 Деление слов на слоги.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Перенос слов. Правила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переноса слов.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. Перенос слов. Правила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переноса слов.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03.03.2023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Перенос слов. Правила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переноса слов.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Ударение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Ударение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Ударные и безударные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слоги.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8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Ударные и безударные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слоги.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 Звуки и буквы.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Смыслоразличительная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роль звуков и букв в слове.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00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Звуки и буквы.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Условныезвуковые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обозначенияслов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Проект. Русский алфавит,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или Азбука. Значение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алфавита. Использование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алфавита при работе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словарями.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  Гласные звуки и буквы.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Смыслоразличительная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гласных звуков и букв,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обозначающих 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(сон— сын).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 Гласные звуки и буквы.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Смыслоразличительная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гласных звуков и букв,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обозначающих 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(дом-дым).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Буквы Е, Ё, Ю, Я и их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функции в словах.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Буквы Е, Ё, Ю, Я и их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функции в словах.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Гласные звуки. Слова с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Э.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156" w:right="432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Обозначение ударного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безударного гласного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на письме.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24.03.2023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Обозначение ударного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безударного гласного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на письме.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Обозначение ударного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безударного гласного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на письме.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0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432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Обозначение ударного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безударного гласного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буквой на письме.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432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Обозначение ударного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безударного гласного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на письме.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.Особенности проверяемых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проверочных слов.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132.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.Особенности проверяемых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проверочных слов.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133.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Особенности проверяемых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проверочных слов.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134. . Диктант «Ударные и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безударные гласные звуки»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135. Работа над ошибками.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гласных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ударных и безударных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слогах.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звуки. Буквы,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137.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Согласные звуки. Буквы,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звуки. 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удвоенными согласными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139.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Согласные звуки. 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удвоенными согласными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140. . Буквы Й и И. Слова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звуком [й’] и буквой «и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краткое»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141.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141. . Буквы Й и И. Слова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звуком [й’] и буквой «и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краткое»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20.04.2023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142. Твёрдые и мягкие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согласные звуки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143. Твёрдые и мягкие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согласные звуки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7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144.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86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144. Согласные парные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непарные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твёрдостимягкости.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145.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86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145. Согласные парные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непарные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твёрдостимягкости.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146.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Комплексная 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по оценке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сформированности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метапредметных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результатов.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147.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147. Работа над ошибками.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Мягкий знак как показатель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мягкости согласного звука.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Перенос слов с мягким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знаком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148. Согласные звонкие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глухие.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Звонкие и глухие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на конце слова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150.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150.  Звонкие и глухие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на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151. Правописание букв,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обозначающих парные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на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152.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152. Правописание букв,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обозначающих парные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на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153. Правописание букв,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обозначающих парные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на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154. . Развитие речи.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Восстановление текста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нарушенным порядком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Шипящие согласные звуки.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Проект «Скороговорки».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0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156.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Промежуточная аттестация.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КМС по оценке уровня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обученности. Итоговый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157.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157. Работа над ошибками.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Буквосочетания ЧК, ЧН,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158.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Буквосочетания ЖИ— ШИ,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ЧА—ЩА, ЧУ—ЩУ.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159.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Буквосочетания ЖИ— ШИ,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ЧА—ЩА, ЧУ—ЩУ.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Буквосочетания ЖИ— ШИ,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ЧА—ЩА, ЧУ—ЩУ.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161. Контрольный диктант.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162.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162. Работа над ошибками.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гласных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 шипящих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сочетаниях ЖИ-ШИ,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ЧАЩА, ЧУ-ЩУ.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 Заглавная буква в словах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 Заглавная буква в словах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материала.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Защита проектов.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0"/>
        </w:trPr>
        <w:tc>
          <w:tcPr>
            <w:tcW w:type="dxa" w:w="3650"/>
            <w:gridSpan w:val="2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165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</w:t>
            </w:r>
          </w:p>
        </w:tc>
        <w:tc>
          <w:tcPr>
            <w:tcW w:type="dxa" w:w="4550"/>
            <w:gridSpan w:val="3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Канакина В.П., Горецкий В.Г., Русский язык. Учебник. 1 класс.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Русский родной язык.Школа России ФГОС В.А. Канакина Методическое пособие.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1" w:lineRule="auto" w:before="168" w:after="0"/>
        <w:ind w:left="0" w:right="172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http://kopilurokov.ru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УМК «Школа России» Электронное приложение к учебнику «Русский язык», 1 класс,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авт. В.П. Канакина, В.Г. Горецкий.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https://rosuchebnik.ru/metodicheskaja-pomosch/nachalnoe-obrazovanie/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18" w:space="0"/>
        <w:col w:w="10536" w:space="0"/>
        <w:col w:w="10574" w:space="0"/>
        <w:col w:w="10584" w:space="0"/>
        <w:col w:w="9996" w:space="0"/>
        <w:col w:w="10558" w:space="0"/>
        <w:col w:w="10584" w:space="0"/>
        <w:col w:w="10492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