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Кизилюртовский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4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</w:tbl>
    <w:p>
      <w:pPr>
        <w:autoSpaceDN w:val="0"/>
        <w:autoSpaceDE w:val="0"/>
        <w:widowControl/>
        <w:spacing w:line="264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______________Юсупова Х.С.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Г.М.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З.Г.</w:t>
            </w:r>
          </w:p>
        </w:tc>
      </w:tr>
      <w:tr>
        <w:trPr>
          <w:trHeight w:hRule="exact" w:val="42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2628835)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«Математика»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Гаджиева Джахбат Гусейновна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1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 Кизилюрт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«Математика» для обучающихся 1 класса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Примерной программы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начальной школе изучение математики имеет особое значение в развитии младшего школьника.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Приобретённые им знания, опыт выполнения предметных и универсальных действий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математическом материале, первоначальное овладение математическим языком станут фундаментом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обучения в основном звене школы, а также будут востребованы в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начальной школе направлено на достижение следующих образовательных,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развивающих целей, а также целей воспитания: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начальных математических знаний - понимание значения величин и способов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измерения; использование арифметических способов для разрешения сюжетных ситуаций;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решать учебные и практические задачи средствами математики; работа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алгоритмами выполнения арифметических действий.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функциональной математической грамотности младшего школьника, которая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характеризуется наличием у него опыта решения учебно-познавательных и учебно-практических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задач, построенных на понимании и применении математических отношений («часть-целое»,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«больше-меньше», «равно-неравно», «порядок»), смысла арифметических действий,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зависимостей (работа, движение, продолжительность события).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Обеспечение математического развития младшего школьника - формирование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интеллектуальной деятельности, пространственного воображения, математической речи; умение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рассуждения, выбирать аргументацию,  различать верные (истинные) и неверные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(ложные) утверждения, вести поиск информации (примеров, оснований для упорядочения,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вариантов и др.).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учебно-познавательных мотивов и интереса к изучению математики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умственному труду; важнейших качеств интеллектуальной деятельности: теоретического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пространственного мышления, воображения, математической речи, ориентировки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 терминах и понятиях; прочных  навыков использования математических знаний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повседневной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0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конструирования содержания и отбора планируемых результатов лежат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ценности математики, коррелирующие со становлением личности младшего школьника:</w:t>
      </w:r>
    </w:p>
    <w:p>
      <w:pPr>
        <w:autoSpaceDN w:val="0"/>
        <w:autoSpaceDE w:val="0"/>
        <w:widowControl/>
        <w:spacing w:line="27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понимание математических отношений выступает средством познания закономерностей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существования   окружающего мира, фактов, процессов  и  явлений,  происходящих  в  природе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обществе (хронология событий, протяжённость по времени, образование целого из частей,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изменение формы, размера и т.д.); </w:t>
      </w:r>
    </w:p>
    <w:p>
      <w:pPr>
        <w:autoSpaceDN w:val="0"/>
        <w:autoSpaceDE w:val="0"/>
        <w:widowControl/>
        <w:spacing w:line="271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математические представления о числах, величинах, геометрических фигурах являются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условием целостного восприятия творений природы и человека (памятники архитектуры,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сокровища искусства и культуры, объекты природы); 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владение математическим языком, элементами алгоритмического мышления позволяет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ученику совершенствовать коммуникативную деятельность (аргументировать свою точку зрения,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логические цепочки рассуждений; опровергать или подтверждать истинность</w:t>
      </w:r>
    </w:p>
    <w:p>
      <w:pPr>
        <w:sectPr>
          <w:pgSz w:w="11900" w:h="16840"/>
          <w:pgMar w:top="298" w:right="634" w:bottom="320" w:left="666" w:header="720" w:footer="720" w:gutter="0"/>
          <w:cols w:space="720" w:num="1" w:equalWidth="0"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предположения).</w:t>
      </w:r>
    </w:p>
    <w:p>
      <w:pPr>
        <w:autoSpaceDN w:val="0"/>
        <w:autoSpaceDE w:val="0"/>
        <w:widowControl/>
        <w:spacing w:line="281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Младшие школьники проявляют интерес к математической сущности предметов и 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жизни - возможности их измерить, определить величину, форму, выявить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 закономерности  их  расположения  во  времени  и в пространстве. Осознанию младшим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школьником многих математических явлений помогает его тяга к моделированию, что облегчает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общего способа решения учебной задачи, а также работу с разными средствами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в том числе и графическими (таблица, диаграмма, схема).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математические знания и умения применяются школьником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учебных предметов (количественные и пространственные характеристики, оценки, расчёты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прикидка, использование графических форм представления информации). Приобретённые учеником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 строить алгоритмы, выбирать рациональные способы устных и письменных арифметических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вычислений, приёмы проверки правильности выполнения действий, а также различение, 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 геометрических фигур, нахождение геометрических величин (длина, периметр,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площадь) становятся показателями сформированной функциональной грамотности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школьника и предпосылкой успешного дальнейшего обучения в основном звене школы.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математики в 1 классе отводится 4 часа в неделю, всего 132 часа.</w:t>
      </w:r>
    </w:p>
    <w:p>
      <w:pPr>
        <w:sectPr>
          <w:pgSz w:w="11900" w:h="16840"/>
          <w:pgMar w:top="286" w:right="828" w:bottom="1440" w:left="666" w:header="720" w:footer="720" w:gutter="0"/>
          <w:cols w:space="720" w:num="1" w:equalWidth="0"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Основное содержание обучения в программе представлено разделами: «Числа и величины»,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«Арифметические действия», «Текстовые задачи», «Пространственные отношения и геометрические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фигуры», «Математическая информация».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Числа и величины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от 1 до 9: различение, чтение, запись. Единица счёта. Десяток. Счёт предметов, запись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 цифрами. Число и цифра 0 при измерении, вычислении.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в пределах 20: чтение, запись, сравнение.  Однозначные и двузначные числа. Увеличение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(уменьшение) числа на несколько единиц.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Длина и её измерение. Единицы длины: сантиметр, дециметр; установление соотношения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Арифметические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Сложение и вычитание чисел в пределах 20. Названия компонентов действий, результатов действий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сложения, вычитания. Вычитание как действие, обратное сложению.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Текстовые задачи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Текстовая задача: структурные элементы, составление текстовой задачи по образцу. Зависимость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данными и искомой величиной в текстовой задаче. Решение задач в одно действие.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Пространственные отношения и геометрические фигуры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предметов и объектов на плоскости, в пространстве: слева/справа, сверху/снизу,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между; установление пространственных отношений.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Геометрические фигуры: распознавание круга, треугольника, прямоугольника, отрезка. Построение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отрезка, квадрата, треугольника с помощью линейки на листе в клетку; измерение длины отрезка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сантиметрах.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Математическая информация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Сбор данных об объекте по образцу. Характеристики объекта, группы объектов (количество, форма,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размер). Группировка объектов по заданному признаку.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Закономерность в ряду заданных объектов: её обнаружение, продолжение ряда.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Верные (истинные) и неверные (ложные) предложения, составленные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набора математических объектов.</w:t>
      </w:r>
    </w:p>
    <w:p>
      <w:pPr>
        <w:autoSpaceDN w:val="0"/>
        <w:autoSpaceDE w:val="0"/>
        <w:widowControl/>
        <w:spacing w:line="27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таблицы (содержащей не более 4-х данных); извлечение данного из строки, столбца;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внесение одного-двух данных в таблицу. Чтение рисунка, схемы с одним-двумя числовыми данными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(значениями данных величин).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Двух-трёхшаговые инструкции, связанные с вычислением, измерением длины, изображением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геометрической фигуры.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учебные действия (пропедевтический уровень)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познавательные учебные действия: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математические объекты (числа, величины) в окружающем мире;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обнаруживать общее и различное в записи арифметических действий;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назначение и необходимость использования величин в жизни;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действие измерительных приборов;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два объекта, два числа; распределять объекты на группы по заданному</w:t>
      </w:r>
    </w:p>
    <w:p>
      <w:pPr>
        <w:sectPr>
          <w:pgSz w:w="11900" w:h="16840"/>
          <w:pgMar w:top="298" w:right="650" w:bottom="416" w:left="666" w:header="720" w:footer="720" w:gutter="0"/>
          <w:cols w:space="720" w:num="1" w:equalWidth="0"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329" w:lineRule="auto" w:before="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основанию;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копировать изученные фигуры, рисовать от руки по собственному замыслу;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примеры чисел, геометрических фигур;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вести порядковый и количественный счет (соблюдать последовательность).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математические явления могут быть представлены с помощью разных средств: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текст, числовая запись, таблица, рисунок, схема;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читать таблицу, извлекать информацию, представленную в табличной форме.</w:t>
      </w:r>
    </w:p>
    <w:p>
      <w:pPr>
        <w:autoSpaceDN w:val="0"/>
        <w:autoSpaceDE w:val="0"/>
        <w:widowControl/>
        <w:spacing w:line="336" w:lineRule="auto" w:before="180" w:after="0"/>
        <w:ind w:left="240" w:right="288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коммуникативные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характеризовать (описывать) число, геометрическую фигуру, последовательность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нескольких чисел, записанных по порядку;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ход сравнения двух объектов; описывать своими словами сюжетную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ситуацию и математическое отношение, представленное в задаче;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положение предмета в пространстве различать и использовать математические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предложения относительно заданного набора объектов.</w:t>
      </w:r>
    </w:p>
    <w:p>
      <w:pPr>
        <w:autoSpaceDN w:val="0"/>
        <w:autoSpaceDE w:val="0"/>
        <w:widowControl/>
        <w:spacing w:line="350" w:lineRule="auto" w:before="178" w:after="0"/>
        <w:ind w:left="240" w:right="576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регулятивные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принимать учебную задачу, удерживать её в процессе деятельности;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действовать в соответствии с предложенным образцом, инструкцией;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интерес к проверке результатов решения учебной задачи, с помощью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причину возникшей ошибки и трудности;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проверять правильность вычисления с помощью другого приёма выполнения действия.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парной работе с математическим материалом;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договариваться, считаться с мнением партнёра,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спокойно и мирно разрешать конфликты.</w:t>
      </w:r>
    </w:p>
    <w:p>
      <w:pPr>
        <w:sectPr>
          <w:pgSz w:w="11900" w:h="16840"/>
          <w:pgMar w:top="286" w:right="786" w:bottom="1440" w:left="846" w:header="720" w:footer="720" w:gutter="0"/>
          <w:cols w:space="720" w:num="1" w:equalWidth="0"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«Математика» у обучающегося будут сформированы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личностные результаты: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необходимость изучения математики для адаптации к жизненным ситуациям,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общей культуры человека;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развития способности мыслить, рассуждать, выдвигать предположения и доказывать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опровергать их;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совместной деятельности со сверстниками, проявлять 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лидировать, следовать указаниям, осознавать личную ответственность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объективно оценивать свой вклад в общий результат;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навыки организации безопасного поведения в информационной среде;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математику для решения практических задач в повседневной жизни,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оказании помощи одноклассникам, детям младшего возраста, взрослым и пожилым людям;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работать в ситуациях, расширяющих опыт применения математических отношений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реальной жизни, повышающих интерес к интеллектуальному труду и уверенность своих силах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поставленных задач, умение преодолевать трудности;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практические и учебные ситуации с точки зрения возможности применения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 для рационального и эффективного решения учебных и жизненных проблем;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свои успехи в изучении математики, намечать пути устранения трудностей;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стремиться углублять свои математические знания и умения; пользоваться разнообразными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информационными средствами для решения предложенных и самостоятельно выбранных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проблем, задач.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 познавательные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связи и зависимости между математическими объектами (часть-целое;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причина-следствие; протяжённость);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базовые логические универсальные действия: сравнение, анализ, классификация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(группировка), обобщение;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приобретать практические графические и измерительные навыки для успешного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и житейских задач;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текстовую задачу, её решение в виде модели, схемы, арифметической записи,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 в соответствии с предложенной учебной проблемой.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sectPr>
          <w:pgSz w:w="11900" w:h="16840"/>
          <w:pgMar w:top="298" w:right="650" w:bottom="372" w:left="666" w:header="720" w:footer="720" w:gutter="0"/>
          <w:cols w:space="720" w:num="1" w:equalWidth="0"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способность ориентироваться в учебном материале разных разделов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адекватно использовать математическую терминологию: различать,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характеризовать, использовать для решения учебных и практических задач;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применять изученные методы познания (измерение, моделирование, перебор вариантов)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источниках информационной среды; </w:t>
      </w:r>
    </w:p>
    <w:p>
      <w:pPr>
        <w:autoSpaceDN w:val="0"/>
        <w:autoSpaceDE w:val="0"/>
        <w:widowControl/>
        <w:spacing w:line="262" w:lineRule="auto" w:before="192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диаграмму, другую модель);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информацию в заданной форме (дополнять таблицу, текст), формулировать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утверждение по образцу, в соответствии с требованиями учебной задачи;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правила, безопасно использовать предлагаемые электронные средства и источники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коммуникативные учебные действия:</w:t>
      </w:r>
    </w:p>
    <w:p>
      <w:pPr>
        <w:autoSpaceDN w:val="0"/>
        <w:autoSpaceDE w:val="0"/>
        <w:widowControl/>
        <w:spacing w:line="230" w:lineRule="auto" w:before="29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конструировать утверждения, проверять их истинность;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логическое рассуждение;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использовать текст задания для объяснения способа и хода решения математической задачи;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ответ;</w:t>
      </w:r>
    </w:p>
    <w:p>
      <w:pPr>
        <w:autoSpaceDN w:val="0"/>
        <w:autoSpaceDE w:val="0"/>
        <w:widowControl/>
        <w:spacing w:line="262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процесс вычисления, построения, решения; объяснять полученный ответ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изученной терминологии;</w:t>
      </w:r>
    </w:p>
    <w:p>
      <w:pPr>
        <w:autoSpaceDN w:val="0"/>
        <w:autoSpaceDE w:val="0"/>
        <w:widowControl/>
        <w:spacing w:line="271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по обсуждению изученного материала — задавать вопросы,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суждения, оценивать выступления участников, приводить доказательства своей правоты,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этику общения;</w:t>
      </w:r>
    </w:p>
    <w:p>
      <w:pPr>
        <w:autoSpaceDN w:val="0"/>
        <w:autoSpaceDE w:val="0"/>
        <w:widowControl/>
        <w:spacing w:line="271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в соответствии с учебной задачей тексты разного вида - описание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геометрической фигуры), рассуждение (к примеру, при решении задачи), инструкция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измерение длины отрезка);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ориентироваться в алгоритмах: воспроизводить, дополнять, исправлять деформированные;</w:t>
      </w:r>
    </w:p>
    <w:p>
      <w:pPr>
        <w:autoSpaceDN w:val="0"/>
        <w:autoSpaceDE w:val="0"/>
        <w:widowControl/>
        <w:spacing w:line="262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по аналогии; . самостоятельно составлять тексты заданий, аналогичные типовым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регулятивные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этапы предстоящей работы, определять последовательность учебных действий;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безопасного использования электронных средств, предлагаемых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обучения.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деятельности, объективно оценивать их; </w:t>
      </w:r>
    </w:p>
    <w:p>
      <w:pPr>
        <w:sectPr>
          <w:pgSz w:w="11900" w:h="16840"/>
          <w:pgMar w:top="352" w:right="722" w:bottom="302" w:left="846" w:header="720" w:footer="720" w:gutter="0"/>
          <w:cols w:space="720" w:num="1" w:equalWidth="0"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44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и при необходимости корректировать способы действий;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работе, устанавливать их причины, вести поиск путей преодоления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ошибок.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Самооценка:</w:t>
      </w:r>
    </w:p>
    <w:p>
      <w:pPr>
        <w:autoSpaceDN w:val="0"/>
        <w:autoSpaceDE w:val="0"/>
        <w:widowControl/>
        <w:spacing w:line="27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предупреждения (формулирование вопросов, обращение к учебнику, дополнительным средствам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в том числе электронным);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рациональность своих действий, давать им качественную характеристику.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8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совместной деятельности: распределять работу между членами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(например, в случае решения задач, требующих перебора большого количества вариантов,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приведения примеров и контрпримеров);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согласовывать  мнения в ходе поиска доказательств, выбора рационального способа,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совместный контроль и оценку выполняемых действий, предвидеть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возможность возникновения ошибок и трудностей, предусматривать пути их предупреждения.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в 1 классе обучающийся научится: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записывать, сравнивать,  упорядочивать  числа  от  0 до 20;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пересчитывать различные объекты, устанавливать порядковый номер объекта;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числа, большие/меньшие данного числа на заданное число;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арифметические действия сложения и вычитания в пределах 20 (устно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письменно) без перехода через десяток; называть и различать компоненты действий сложения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(слагаемые, сумма) и вычитания (уменьшаемое, вычитаемое, разность);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решать текстовые задачи в одно действие на сложение и вычитание: выделять условие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требование (вопрос); </w:t>
      </w:r>
    </w:p>
    <w:p>
      <w:pPr>
        <w:autoSpaceDN w:val="0"/>
        <w:autoSpaceDE w:val="0"/>
        <w:widowControl/>
        <w:spacing w:line="262" w:lineRule="auto" w:before="192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по длине, устанавливая между ними соотношение длиннее/короче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(выше/ниже, шире/уже);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использовать единицу длины — сантиметр; измерять длину отрезка, чертить отрезок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заданной длины (в см); 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число и цифру; распознавать геометрические фигуры: круг, треугольник,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прямоугольник (квадрат), отрезок;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между объектами соотношения: слева/справа, дальше/ближе, между, перед/за,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над/под;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верные (истинные) и неверные (ложные) утверждения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набора объектов/предметов;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группировать объекты по заданному признаку; находить и называть закономерности в ряду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объектов повседневной жизни; </w:t>
      </w:r>
    </w:p>
    <w:p>
      <w:pPr>
        <w:sectPr>
          <w:pgSz w:w="11900" w:h="16840"/>
          <w:pgMar w:top="364" w:right="790" w:bottom="422" w:left="666" w:header="720" w:footer="720" w:gutter="0"/>
          <w:cols w:space="720" w:num="1" w:equalWidth="0"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строки и столбцы таблицы, вносить данное в таблицу, извлекать данное/данные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таблицы; 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два объекта (числа, геометрические фигуры); распределять объекты на две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заданному основанию.</w:t>
      </w:r>
    </w:p>
    <w:p>
      <w:pPr>
        <w:sectPr>
          <w:pgSz w:w="11900" w:h="16840"/>
          <w:pgMar w:top="328" w:right="730" w:bottom="1440" w:left="1086" w:header="720" w:footer="720" w:gutter="0"/>
          <w:cols w:space="720" w:num="1" w:equalWidth="0"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662"/>
            <w:vMerge w:val="restart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128"/>
            <w:vMerge w:val="restart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598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Числа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от 1 до 9: различение, чтение, запись.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(зрительно,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слух, установлением соответствия), числа и цифры, представлению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чисел словесно и письменно;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http://catalog.iot.ru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Единица счёта. Десяток.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(зрительно,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слух, установлением соответствия), числа и цифры, представлению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чисел словесно и письменно;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Счёт предметов, запись результата цифрами.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парах/ группах. Формулирование ответов на вопросы: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«Сколько?», «Который по счёту?», «На сколько больше?», «На сколько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меньше?», «Что получится, если увеличить/уменьшить количество на 1,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2?» — по образцу и самостоятельно;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http://shkola.lv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Порядковый номер объекта при заданном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порядке счёта.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Словесное описание группы предметов, ряда чисел;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Сравнение чисел, сравнение групп предметов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количеству: больше, меньше, столько же.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(зрительно,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слух, установлением соответствия), числа и цифры, представлению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чисел словесно и письменно;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Число и цифра 0 при измерении, вычислении.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(зрительно,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слух, установлением соответствия), числа и цифры, представлению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чисел словесно и письменно;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в пределах 20: чтение, запись, сравнение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Словесное описание группы предметов, ряда чисел;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366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Однозначные и двузначные числа.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и запись по образцу и самостоятельно групп чисел,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геометрических фигур в заданном и самостоятельно установленном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порядке;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Увеличение (уменьшение) числа на несколько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единиц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05.10.2022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Обсуждение: назначение знаков в математике, обобщение представлений;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24" w:left="666" w:header="720" w:footer="720" w:gutter="0"/>
          <w:cols w:space="720" w:num="1" w:equalWidth="0"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Величины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Длина и её измерение с помощью заданной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мерки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Знакомство с приборами для измерения величин;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66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Сравнение без измерения: выше — ниже, шире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— уже, длиннее — короче, старше — моложе,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тяжелее — легче.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12.10.2022</w:t>
            </w:r>
          </w:p>
        </w:tc>
        <w:tc>
          <w:tcPr>
            <w:tcW w:type="dxa" w:w="51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Знакомство с приборами для измерения величин;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9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576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Единицы длины: сантиметр, дециметр;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установление соотношения между ними.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18.10.2022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Линейка как простейший инструмент измерения длины;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действия измерительных приборов;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Понимание назначения и необходимости использования величин в жизни;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Арифметические действия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Сложение и вычитание чисел в пределах 20.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05.12.2022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«Сравнение практических (житейских) ситуаций,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требующих записи одного и того же арифметического действия,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арифметических действий»;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Названия компонентов действий, результатов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действий сложения, вычитания. Знаки сложения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 вычитания, названия компонентов действия.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Таблица сложения. Переместительное свойство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14.12.2022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 запись, чтение,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приведение примера (с помощью учителя или по образцу),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иллюстрирующего смысл арифметического действия;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приёмов сложения, вычитания: нахождение значения суммы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разности на основе состава числа, с использованием числовой ленты,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частям и др.;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разных способов подсчёта суммы и разности,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 переместительного свойства при нахождении суммы;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http://catalog.iot.ru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Вычитание как действие, обратное сложению.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15.12.2022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Пропедевтика исследовательской работы: перестановка слагаемых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сложении (обсуждение практических и учебных ситуаций);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Моделирование. Иллюстрация с помощью предметной модели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переместительного свойства сложения, способа нахождения неизвестного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слагаемого. Под руководством педагога выполнение счёта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 заданной единицы счёта;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Неизвестное слагаемое.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разных способов подсчёта суммы и разности,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переместительного свойства при нахождении суммы;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Пропедевтика исследовательской работы: перестановка слагаемых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сложении (обсуждение практических и учебных ситуаций);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Сложение одинаковых слагаемых. Счёт по 2,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3, по 5.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21.12.2022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проверка правильности вычисления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раздаточного материала, линейки, модели действия,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образцу; обнаружение общего и различного в записи арифметических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действий, одного и того же действия с разными числами;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92" w:left="666" w:header="720" w:footer="720" w:gutter="0"/>
          <w:cols w:space="720" w:num="1" w:equalWidth="0"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Прибавление и вычитание нуля.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22.12.2022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Дидактические игры и упражнения, связанные с выбором, составлением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сумм, разностей с заданным результатом действия; сравнением значений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числовых выражений (без вычислений), по результату действия;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Сложение и вычитание чисел без перехода и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переходом через десяток.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29.12.2022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 запись, чтение,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приведение примера (с помощью учителя или по образцу),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иллюстрирующего смысл арифметического действия;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366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Вычисление суммы, разности трёх чисел.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11.01.2023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«Сравнение практических (житейских) ситуаций,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требующих записи одного и того же арифметического действия,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арифметических действий»;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http://catalog.iot.ru</w:t>
            </w:r>
          </w:p>
        </w:tc>
      </w:tr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Текстовые задачи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задача: структурные элементы,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составление текстовой задачи по  образцу.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обсуждение: анализ реальной ситуации, представленной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рисунка, иллюстрации, текста, таблицы, схемы (описание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ситуации, что известно, что не известно; условие задачи, вопрос задачи);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http://catalog.iot.ru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Зависимость между данными и искомой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величиной в текстовой задаче.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18.01.2023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представлений о текстовых задачах, решаемых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действий сложения и вычитания («на сколько больше/меньше», «сколько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всего», «сколь-ко осталось»). Различение текста и текстовой задачи,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представленного в текстовой задаче;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http://catalog.iot.ru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5.60000000000036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662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Выбор и запись арифметического действия для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получения ответа на вопрос.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26.01.2023</w:t>
            </w:r>
          </w:p>
        </w:tc>
        <w:tc>
          <w:tcPr>
            <w:tcW w:type="dxa" w:w="5128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Соотнесение текста задачи и её модели;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сюжетная задача в одно действие: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запись решения, ответа задачи.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01.02.2023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Моделирование: описание словами и с помощью предметной модели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сюжетной ситуации и математическогоотношения. Иллюстрация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практической ситуации с использованием счётного материала. Решение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текстовой задачи с помощью раздаточного материала. Объяснение выбора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арифметического действия для решения, иллюстрация хода решения,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действия на модели;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Обнаружение недостающего элемента задачи,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дополнение текста задачи числовыми данными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(по  иллюстрации, смыслу задачи, её решению).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20.02.2023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Соотнесение текста задачи и её модели;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Моделирование: описание словами и с помощью предметной модели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сюжетной ситуации и математическогоотношения. Иллюстрация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практической ситуации с использованием счётного материала. Решение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текстовой задачи с помощью раздаточного материала. Объяснение выбора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арифметического действия для решения, иллюстрация хода решения,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действия на модели;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468"/>
        </w:trPr>
        <w:tc>
          <w:tcPr>
            <w:tcW w:type="dxa" w:w="405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Пространственные отношения и  геометрические фигуры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2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Расположение предметов и  объектов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плоскости, в  пространстве: слева/справа,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сверху/снизу, между; установление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пространственных отношений.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27.02.2023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Распознавание и называние известных геометрических фигур,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обнаружение в окружающем мире их моделей;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Распознавание объекта и его отражения.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02.03.2023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упражнения: «Угадай фигуру по описанию», «Расположи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фигуры в заданном порядке», «Найди модели фигур в классе» и т. п.;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деятельность: графические и измерительные действия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работе с карандашом и линейкой: копирование, рисование фигур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инструкции;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Геометрические фигуры: распознавание круга,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треугольника, прямоугольника, отрезка.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деятельность: графические и измерительные действия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работе с карандашом и линейкой: копирование, рисование фигур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инструкции;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изображения (узора, геометрической фигуры), называние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 узора, геометрической фигуры;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Построение отрезка, квадрата, треугольника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помощью линейки; измерение длины отрезка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сантиметрах.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15.03.2023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изображения (узора, геометрической фигуры), называние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 узора, геометрической фигуры;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Длина стороны прямоугольника, квадрата,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21.03.2023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пар: объект и его отражение;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Практические работы: измерение длины отрезка, ломаной, длины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стороны квадрата, сторон прямоугольника. Комментирование хода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результата работы; установление соответствия результата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поставленного вопроса;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5.600000000000364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3662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прямоугольника, квадрата,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04.04.2023</w:t>
            </w:r>
          </w:p>
        </w:tc>
        <w:tc>
          <w:tcPr>
            <w:tcW w:type="dxa" w:w="5128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пар: объект и его отражение;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Практические работы: измерение длины отрезка, ломаной, длины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стороны квадрата, сторон прямоугольника. Комментирование хода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результата работы; установление соответствия результата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поставленного вопроса;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6.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Математическая информация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Сбор данных об объекте по  образцу.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Характеристики объекта, группы объектов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(количество, форма, размер); выбор предметов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 образцу (по  заданным признакам).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06.04.2023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наблюдение: распознавание в окружающем мире ситуаций,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которые целесообразно сформулировать на языке математики и решить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математическими средствами;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Группировка объектов по  заданному признаку.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11.04.2023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числами в окружающем мире, описание словами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наблюдаемых фактов, закономерностей;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Ориентировка в книге, на странице учебника, использование изученных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 для описания положениярисунка, числа, задания и пр.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странице, на листе бумаги;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Закономерность в ряду заданных объектов: её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обнаружение, продолжение ряда.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наглядностью — рисунками, содержащими математическую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информацию. Формулирование вопросов и ответов по рисунку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(иллюстрации, модели). Упорядочение математических объектов с опорой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рисунок, сюжетную ситуацию и пр.;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7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Верные (истинные) и  неверные (ложные)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предложения, составленные относительно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заданного набора математических объектов.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18.04.2023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составление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характеризующих положение одного предмета относительно другого.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отношения («больше», «меньше», «равно»),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переместительное свойство сложения;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таблицы (содержащей не более четырёх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данных); извлечение данного из  строки,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столбца; внесение одного-двух данных в таблицу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20.04.2023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составление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характеризующих положение одного предмета относительно другого.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отношения («больше», «меньше», «равно»),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переместительное свойство сложения;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366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576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рисунка, схемы 1—2 числовыми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данными (значениями данных величин).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25.04.2023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поиск общих свойств групп предметов (цвет,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форма, величина, количество, назначение и др.). Таблица как способ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представления информации, полученной из повседневной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(расписания, чеки, меню и т.д.);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http://school.yandex.ru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Выполнение 1—3-шаговых инструкций,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связанных с вычислениями, измерением длины,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построением геометрических фигур.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02.05.2023</w:t>
            </w:r>
          </w:p>
        </w:tc>
        <w:tc>
          <w:tcPr>
            <w:tcW w:type="dxa" w:w="51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наглядностью — рисунками, содержащими математическую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информацию. Формулирование вопросов и ответов по рисунку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(иллюстрации, модели). Упорядочение математических объектов с опорой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рисунок, сюжетную ситуацию и пр.;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составление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характеризующих положение одного предмета относительно другого.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отношения («больше», «меньше», «равно»),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переместительное свойство сложения;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http://www.math.ru</w:t>
            </w:r>
          </w:p>
        </w:tc>
      </w:tr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405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32</w:t>
            </w:r>
          </w:p>
        </w:tc>
        <w:tc>
          <w:tcPr>
            <w:tcW w:type="dxa" w:w="8670"/>
            <w:gridSpan w:val="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Число и цифра 1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2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3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4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5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6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7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4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8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9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от 1 до 9: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различение, чтение, запись.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знаний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67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Единица счёта.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Счёт предметов,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запись результата цифрами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Порядковый номер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объекта при заданном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порядке счёта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Числа. Сравнение чисел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количеству: больше,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меньше, столько же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Сравнение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 предметов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количеству: больше,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меньше, столько же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Число и цифра 0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измерении, вычислении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Числа в пределах 20: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чтение, запись, сравнение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Однозначные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двузначные числа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Увеличение числа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несколько единиц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Числа. Уменьшение числа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несколько единиц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380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Величины. Длина и её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с помощью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заданной мерки. Длиннее.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Короче. Одинаковые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Величины. Длина и её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с помощью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заданной мерки.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 отрезков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Величины. Сравнение без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измерения: выше — ниже,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шире — уже, длиннее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короче, старше — моложе,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тяжелее — легче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Величины. Единицы длины: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сантиметр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Величины. Единицы длины: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дециметр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Величины. Единицы длины: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сантиметр, дециметр;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установление соотношения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между ними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Вычисления вида □ + 1, □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Вычисления вида □ + 2, □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19.10.2022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Вычисления вида □ + 3, □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3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Вычисления вида □ + 4, □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4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Сложение и вычитание вида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□ + 5, □ + 6, □ + 7, □ + 8, □ +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9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6 –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7 –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8 –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вида 9 – □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10 –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 вида □ + 2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15.11.2022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8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 вида □ + 3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действия.Сложение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чисел в пределах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десяток вида □ + 4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десяток вида □ + 5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 вида □ + 6, □ + 7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десяток вида □ + 8, □ + 9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десяток вида 11 -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десяток вида 12 -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десяток вида 13 -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десяток вида 14 -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через десяток вида 15 - □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десяток вида 16 -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десяток вида 17 - □, 18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- □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Названия компонентов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действий, результатов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действия сложения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1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Названия компонентов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действий, результатов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 вычитания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Названия компонентов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действий, результатов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действий сложения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вычитания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Таблица сложения. Таблица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сложения чисел в пределах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Таблица сложения. Таблица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сложения чисел в пределах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Переместительное свойство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как действие,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обратное сложению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Неизвестное слагаемое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одинаковых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Счёт по 2, по 3, по 5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Прибавление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нуля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чисел без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перехода через десяток.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систематизация знаний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чисел без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перехода через десяток.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систематизация знаний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чисел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через десяток. Общий приём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сложения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десяток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чисел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через десяток. Обобщение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систематизация знаний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переходом через десяток.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Общий приём вычитания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переходом через десяток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десяток.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систематизация знаний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Текстовые задачи. 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задач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по рисунку,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схематическому рисунку,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записи решения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задача: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структурные элементы,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текстовой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по образцу.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Текстовые задачи.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Зависимость между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данными и искомой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величиной в текстовой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 и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арифметического действия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получения ответа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Текстовая сюжетная задача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решения, ответа задачи.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суммы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решения, ответа задачи.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остатка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Текстовая сюжетная задача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решения, ответа задачи.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увеличение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(уменьшение) числа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несколько единиц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решения, ответа задачи.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увеличение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несколько единиц (с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двумя множествами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предметов)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решения, ответа задачи.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уменьшение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несколько единиц (с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двумя множествами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предметов)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решения, ответа задачи.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разностное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сравнение чисел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решения, ответа задачи.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неизвестного первого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слагаемого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решения, ответа задачи.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неизвестного второго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слагаемого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2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решения, ответа задачи.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неизвестного уменьшаемого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решения, ответа задачи.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неизвестного вычитаемого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сюжетная задача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 действие: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решения, ответа задачи.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Модели задач: краткая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запись, рисунок, схема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Обнаружение недостающего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элемента задачи,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дополнение текста задачи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числовыми данными (по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иллюстрации, смыслу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задачи, её решению)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 Расположение предметов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 на плоскости,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пространстве: слева/справа,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сверху/снизу, между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Расположение предметов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 на плоскости,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пространстве: установление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отношений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1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Расположение предметов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 на плоскости,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пространстве: слева/справа,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сверху/снизу, между;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установление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отношений 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36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Расположение предметов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 на плоскости,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пространстве: слева/справа,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сверху/снизу, между;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установление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отношений. Внутри. Вне.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Между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объекта и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отражения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фигуры: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круга,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треугольника,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прямоугольника, отрезка.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фигур: куба,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шара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3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фигуры.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фигуры: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круга,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треугольника,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прямоугольника, отрезка.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круга, треугольника,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прямоугольника (квадрата)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фигуры.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фигуры: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круга,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треугольника,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прямоугольника, отрезка.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прямой, отрезка, точки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прямоугольника, квадрата,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треугольника. Изображение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 "от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руки"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5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квадрата, треугольника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помощью линейки.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линейки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многоугольника,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треугольника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349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квадрата, треугольника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помощью линейки.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линейки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прямоугольника (квадрата)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квадрата, треугольника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помощью линейки.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линейки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прямой, отрезка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52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квадрата, треугольника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помощью линейки.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линейки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фигур: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многоугольника,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треугольника,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прямоугольника (квадрата),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прямой, отрезка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19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квадрата, треугольника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помощью линейки;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длины отрезка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сантиметрах.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Прямоугольник. Квадрат.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прямоугольника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(квадрата) на клетчатой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длины отрезка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сантиметрах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10.03.2023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длины отрезка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сантиметрах. Измерение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длины в дециметрах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сантиметрах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51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длины отрезка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сантиметрах. Сравнение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 отрезков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длины отрезка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сантиметрах. Сложение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длин отрезков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Длина стороны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прямоугольника, квадрата,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треугольника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отрезка,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квадрата, треугольника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помощью линейки. Решение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геометрических задач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построение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Сбор данных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 объекте по образцу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Математическая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Характеристики объекта,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группы объектов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(количество, форма, размер)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Математическая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Характеристики объекта,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группы объектов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(количество, форма, размер).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 двух или более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Выбор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 по образцу (по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заданным признакам)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Группировка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 по заданному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признаку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Группировка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 по заданному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признаку. Группировка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установленному признаку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Математическая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информация.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Закономерность в ряду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заданных объектов: её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обнаружение, продолжение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ряда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Верные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(истинные) и неверные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(ложные) предложения,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составленные относительно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заданного набора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математических объектов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11.04.2023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Чтение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(содержащей 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более четырёх данных)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6"/>
        </w:trPr>
        <w:tc>
          <w:tcPr>
            <w:tcW w:type="dxa" w:w="576"/>
            <w:tcBorders>
              <w:start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44"/>
            <w:tcBorders>
              <w:start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20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94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Извлечение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данного из строки, столбца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Внесение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одного-двух данных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таблицу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86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Чтение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рисунка, схемы 1—2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числовыми данными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(значениями данных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величин)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информация. Выполнение 1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—3-шаговых инструкций,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связанных с вычислениями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информация. Выполнение 1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—3-шаговых инструкций,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связанных с измерением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Математическая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информация. Выполнение 1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—3-шаговых инструкций,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связанных с построением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геометрических фигур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Резерв. Числа. Числа от 1 до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 Повторение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Резерв. Числа. Числа от 11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 20. Повторение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0" w:right="650" w:bottom="7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Резерв. Величины. Единица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длины: сантиметр.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Резерв. Величины. Единицы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длины: сантиметр,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дециметр. Повторение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Резерв. Арифметические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действия. Числа от 1 до 10.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Сложение. Повторение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Резерв. Арифметические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действия. Числа от 1 до 10.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Вычитание. Повторение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Резерв. Арифметические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действия. Числа от 1 до 20.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десяток. Повторение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Резерв. Арифметические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действия. Числа от 1 до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с переходом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десяток. Повторение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Резерв. Текстовые задачи.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суммы и остатка.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Резерв. Текстовые задачи.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нахождение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увеличение (уменьшение)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на несколько раз.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Резерв. Текстовые задачи.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разностное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сравнение. Повторение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Резерв. Пространственные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представления. Пвторение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Резерв. Пространственные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фигуры.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Геометрические фигуры.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 Резерв. Математическая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Сравнение,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закономерности,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высказывания. Повторение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132.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132. Резерв. Математическая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информация. Таблицы.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72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4478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Математика (в 2 частях), 1 класс /Моро М.И., Волкова С.И., Степанова С.В., Акционерное общество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Математика. 1 класс: учебник для общеобразовательных учреждений: 2 ч., М.И. Моро, С.И. Волкова,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С.В. Степанова.- М.: Просвещение, 2019.</w:t>
      </w:r>
    </w:p>
    <w:p>
      <w:pPr>
        <w:autoSpaceDN w:val="0"/>
        <w:autoSpaceDE w:val="0"/>
        <w:widowControl/>
        <w:spacing w:line="271" w:lineRule="auto" w:before="72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Сборник рабочих программ по программе «Школа России» 1-4 классы: пособия для учителей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общеобразовательных учреждений/ С.В. Анащенкова (и др.), Математика М.И. Моро (и др.), М.: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«Просвещение», 2019.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Рабочие программы по системе учебников «Школа России», Математика М.И.Моро, С.И.Волковой,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С.В. Степанова, 1 класс, авт. Э.Н. Золотухина, В.А. Попова, Л.Ф. Костюмина, А.В. Коровина,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издательство «Учитель», 2019.</w:t>
      </w:r>
    </w:p>
    <w:p>
      <w:pPr>
        <w:autoSpaceDN w:val="0"/>
        <w:autoSpaceDE w:val="0"/>
        <w:widowControl/>
        <w:spacing w:line="262" w:lineRule="auto" w:before="70" w:after="0"/>
        <w:ind w:left="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Поурочные разработки по «Математике» для 1 класса, авт. Т.Ф. Ситникова, И.Ф. Яценко,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издательство «ВАКО» Москва, 2019.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6" w:lineRule="auto" w:before="502" w:after="0"/>
        <w:ind w:left="0" w:right="547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https://resh.edu.ru/subject/lesson/5194/main/121552/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https://resh.edu.ru/subject/lesson/5194/main/121552/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https://www.youtube.com/watch?v=jZCD6hnvhUM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https://www.youtube.com/watch?v=3CEewkNUrdY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https://www.youtube.com/watch?v=eDzzEQiDfUk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https://resh.edu.ru/subject/lesson/4072/main/155414/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https://www.youtube.com/watch?v=8QAzjvFZOx0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https://resh.edu.ru/subject/lesson/5090/main/161587/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https://www.youtube.com/watch?v=jZdKk5dSQSo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66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проектор, таблицы</w:t>
      </w:r>
    </w:p>
    <w:p>
      <w:pPr>
        <w:autoSpaceDN w:val="0"/>
        <w:autoSpaceDE w:val="0"/>
        <w:widowControl/>
        <w:spacing w:line="302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 И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Линейка, циркуль, треугольник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0084" w:space="0"/>
        <w:col w:w="10444" w:space="0"/>
        <w:col w:w="10332" w:space="0"/>
        <w:col w:w="10584" w:space="0"/>
        <w:col w:w="10268" w:space="0"/>
        <w:col w:w="10584" w:space="0"/>
        <w:col w:w="10406" w:space="0"/>
        <w:col w:w="10600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