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5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Кизилюртовский район</w:t>
      </w:r>
    </w:p>
    <w:p>
      <w:pPr>
        <w:autoSpaceDN w:val="0"/>
        <w:autoSpaceDE w:val="0"/>
        <w:widowControl/>
        <w:spacing w:line="230" w:lineRule="auto" w:before="670" w:after="1376"/>
        <w:ind w:left="211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3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31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 учителей начальных классов</w:t>
            </w:r>
          </w:p>
        </w:tc>
        <w:tc>
          <w:tcPr>
            <w:tcW w:type="dxa" w:w="34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27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______________Юсупова Х.С.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______________Абдурахманова Г.М.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______________Нугаева З.Г.</w:t>
            </w:r>
          </w:p>
        </w:tc>
      </w:tr>
      <w:tr>
        <w:trPr>
          <w:trHeight w:hRule="exact" w:val="42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08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8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3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0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5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2705261)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7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«Литературное чтение»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Гаджиева Джахбат Гусейновна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41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г. Кизилюрт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«Литературное чтение» для обучающихся 1 класса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Федерального государственного образовательного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(далее — ФГОС НОО), а также ориентирована на целевые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приоритеты духовно-нравственного развития, воспитания и социализации обучающихся,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"ЛИТЕРАТУРНОЕ ЧТЕНИЕ"</w:t>
      </w:r>
    </w:p>
    <w:p>
      <w:pPr>
        <w:autoSpaceDN w:val="0"/>
        <w:autoSpaceDE w:val="0"/>
        <w:widowControl/>
        <w:spacing w:line="286" w:lineRule="auto" w:before="19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 — один из ведущих предметов начальной школы, который обеспечивает,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достижением предметных результатов, становление базового умения, необходимого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успешного изучения других предметов и дальнейшего обучения, читательской грамотности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закладывает основы интеллектуального, речевого, эмоционального, духовно-нравственного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школьников. Курс «Литературное чтение» призван ввести ребёнка в мир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литературы, обеспечить формирование навыков смыслового чтения, способов и приёмов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различными видами текстов и книгой, знакомство с детской литературой и с учётом этого направлен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общее и литературное развитие младшего школьника, реализацию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обучающегося, а также на обеспечение преемственности в изучении систематического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учебного предмета «Литературное чтение» раскрывает следующие направления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литературного образования младшего школьника: речевая и читательская деятельности, круг чтения,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творческая деятельность.</w:t>
      </w:r>
    </w:p>
    <w:p>
      <w:pPr>
        <w:autoSpaceDN w:val="0"/>
        <w:autoSpaceDE w:val="0"/>
        <w:widowControl/>
        <w:spacing w:line="288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основу отбора произведений положены общедидактические принципы обучения:  соответствие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возрастным  возможностям и особенностям восприятия младшим школьником фольклорных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 и литературных текстов; представленность в произведениях нравственно-эстетических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ценностей, культурных традиций народов России, отдельных произведений выдающихся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 мировой детской литературы; влияние прослушанного (прочитанного)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эмоционально-эстетическое развитие обучающегося, на совершенствование его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способностей. При отборе произведений для слушания и чтения учитывались преемственные связи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дошкольным опытом знакомства с произведениями фольклора, художественными произведениями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детской литературы, а также перспективы изучения предмета «Литература» в основной школе.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Важным принципом отбора содержания предмета «Литературное чтение» является представленность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жанров, видов и стилей произведений, обеспечивающих формирование функциональной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литературной  грамотности  младшего  школьника, а также возможность достижения метапредметных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способности обучающегося воспринимать различные учебные тексты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других предметов учебного плана начальной школы.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Планируемые результаты включают личностные, метапредметные результаты за период обучения, 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также предметные достижения младшего школьника за каждый год обучения в начальной школе.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 «Литературное чтение» преемственен по отношению к предмету «Литература», который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изучается в основной школе.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 программы  по  предмету  «Литературное  чтение» в 1 классе начинается вводным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интегрированным курсом «Обучение грамоте» (180 ч.: 100 ч. предмета «Русский язык» и 80 ч.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«Литературное чтение»). После периода обучения грамоте начинается раздельное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предметов «Русский язык» и «Литературное чтение», на курс «Литературное чтение» в 1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отводится не менее 10 учебных недель, суммарно 132 часа</w:t>
      </w:r>
    </w:p>
    <w:p>
      <w:pPr>
        <w:sectPr>
          <w:pgSz w:w="11900" w:h="16840"/>
          <w:pgMar w:top="298" w:right="650" w:bottom="504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"ЛИТЕРАТУРНОЕ ЧТЕНИЕ"</w:t>
      </w:r>
    </w:p>
    <w:p>
      <w:pPr>
        <w:autoSpaceDN w:val="0"/>
        <w:autoSpaceDE w:val="0"/>
        <w:widowControl/>
        <w:spacing w:line="286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Приоритетная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цель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 литературному чтению — становление грамотного читателя,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мотивированного к использованию читательской деятельности как средства самообразования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саморазвития, осознающего роль чтения в успешности обучения и повседневной жизни,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 откликающегося на прослушанное или прочитанное произведение. Приобретённые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младшими школьниками знания, полученный опыт решения учебных задач, а также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предметных и универсальных действий в процессе изучения предмета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«Литературное чтение»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Достижение заявленной цели определяется особенностями курса литературного чтения и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решением следующих задач:</w:t>
      </w:r>
    </w:p>
    <w:p>
      <w:pPr>
        <w:autoSpaceDN w:val="0"/>
        <w:autoSpaceDE w:val="0"/>
        <w:widowControl/>
        <w:spacing w:line="262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 младших школьников положительной мотивации к систематическому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чтению и слушанию художественной литературы и произведений устного народного творчества;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достижение необходимого для продолжения образования уровня общего речевого развития;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значимости художественной литературы и произведений устного народного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творчества для всестороннего развития личности человека;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первоначальное представление о многообразии жанров художественных произведений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устного народного творчества;</w:t>
      </w:r>
    </w:p>
    <w:p>
      <w:pPr>
        <w:autoSpaceDN w:val="0"/>
        <w:autoSpaceDE w:val="0"/>
        <w:widowControl/>
        <w:spacing w:line="28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элементарными умениями анализа и интерпретации текста, осознанного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использования при анализе текста изученных литературных понятий: прозаическая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стихотворная речь; жанровое разнообразие произведений (общее представление о жанрах);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устное народное творчество, малые жанры фольклора (считалки, пословицы, поговорки, загадки,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фольклорная сказка); басня (мораль, идея, персонажи); литературная сказка, рассказ; автор;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литературный герой; образ; характер; тема; идея; заголовок и содержание; композиция; сюжет;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эпизод, смысловые части; стихотворение (ритм, рифма); средства художественной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выразительности (сравнение, эпитет, олицетворение);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техникой смыслового чтения вслух (правильным плавным чтением, позволяющим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понимать смысл прочитанного, адекватно воспринимать чтение слушателями).</w:t>
      </w:r>
    </w:p>
    <w:p>
      <w:pPr>
        <w:sectPr>
          <w:pgSz w:w="11900" w:h="16840"/>
          <w:pgMar w:top="298" w:right="794" w:bottom="1440" w:left="666" w:header="720" w:footer="720" w:gutter="0"/>
          <w:cols w:space="720" w:num="1" w:equalWidth="0"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86" w:lineRule="auto" w:before="34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Сказка фольклорная (народная) и литературная (авторская).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Восприятие текста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и устного народного творчества (не менее четырёх произведений).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Фольклорная и литературная (авторская) сказка: сходство и различия. Реальность и волшебство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сказке. Событийная сторона сказок: последовательность событий в фольклорной (народной)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литературной (авторской) сказке. Отражение сюжета в иллюстрациях. Герои сказочных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произведений. Нравственные ценности и идеи, традиции, быт, культура в русских народных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литературных (авторских) сказках, поступки, отражающие нравственные качества (отношение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природе, людям, предметам).</w:t>
      </w:r>
    </w:p>
    <w:p>
      <w:pPr>
        <w:autoSpaceDN w:val="0"/>
        <w:autoSpaceDE w:val="0"/>
        <w:widowControl/>
        <w:spacing w:line="276" w:lineRule="auto" w:before="19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детях и для детей.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Понятие «тема произведения» (общее представление): чему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посвящено, о чём рассказывает. Главная мысль произведения: его основная идея (чему учит? какие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качества воспитывает?).  Произведения одной темы, но разных жанров: рассказ, стихотворение,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сказка (общее представление  на   примере   не   менее   шести   произведений К. Д. Ушинского, Л. Н.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Толстого, В. Г. Сутеева, Е. А. Пермяка, В. А. Осеевой, А. Л. Барто,  Ю. И. Ермолаева,  Р. С. Сефа, С.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В. Михалкова, В. Д. Берестова, В. Ю. Драгунского и др.). Характеристика героя произведения, общая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оценка поступков. Понимание заголовка произведения, его соотношения с содержанием произведения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его идеей. Осознание нравственно-этических понятий: друг, дружба, забота, труд, взаимопомощь.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Произведения о родной природе.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Восприятие и самостоятельное чтение поэтических произведений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природе (на примере трёх-четырёх    доступных    произведений    А. С. Пушкина, Ф. И. Тютчева, 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К. Толстого, С. А. Есенина, А. Н. Плещеева, Е. А. Баратынского, И. С. Никитина, Е. Ф. Трутневой, А.</w:t>
      </w:r>
    </w:p>
    <w:p>
      <w:pPr>
        <w:autoSpaceDN w:val="0"/>
        <w:autoSpaceDE w:val="0"/>
        <w:widowControl/>
        <w:spacing w:line="283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Л. Барто, С. Я. Маршака и др.). Тема поэтических произведений: звуки и краски природы, времена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года, человек и природа; Родина, природа родного края. Особенности стихотворной речи, сравнение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прозаической: рифма, ритм (практическое ознакомление). Настроение, которое рождает поэтическое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произведение. Отражение нравственной идеи в произведении: любовь к Родине, природе родного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края. Иллюстрация к произведению как отражение эмоционального отклика на произведение.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Выразительное чтение поэзии. Роль интонации при выразительном чтении. Интонационный рисунок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выразительного чтения: ритм, темп, сила голоса.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Устное народное творчество — малые фольклорные жанры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(не менее шести произведений).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Многообразие малых жанров устного народного творчества: потешка, загадка, пословица,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назначение (веселить, потешать, играть, поучать). Особенности разных малых фольклорных жанров.</w:t>
      </w:r>
    </w:p>
    <w:p>
      <w:pPr>
        <w:autoSpaceDN w:val="0"/>
        <w:autoSpaceDE w:val="0"/>
        <w:widowControl/>
        <w:spacing w:line="271" w:lineRule="auto" w:before="72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Потешка — игровой народный фольклор. Загадки — средство воспитания живости ума,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сообразительности. Пословицы — проявление народной мудрости, средство воспитания понимания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жизненных правил.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братьях наших меньших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(трёх-четырёх авторов по выбору). Животные — герои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произведений. Цель и назначение произведений о взаимоотношениях человека и животных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воспитание добрых чувств и бережного отношения к животным. Виды текстов: художественный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научно-познавательный, их сравнение. Характеристика героя: описание его внешности, поступки,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речь, взаимоотношения с другими героями произведения. Авторское отношение к герою. Осознание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нравственно-этических понятий: любовь и забота о животных.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Произведения о маме.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Восприятие и самостоятельное чтение разножанровых произведений о маме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(не менее одного автора по выбору, на примере доступных произведений Е. А. Благининой, А. Л.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Барто, Н. Н. Бромлей, А. В. Митяева, В. Д. Берестова, Э. Э. Мошковской, Г. П. Виеру, Р. С. Сефа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др.). Осознание нравственно-этических понятий: чувство любви как привязанность одного человека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другому (матери к ребёнку, детей к матери, близким), проявление любви и заботы о родных людях.</w:t>
      </w:r>
    </w:p>
    <w:p>
      <w:pPr>
        <w:sectPr>
          <w:pgSz w:w="11900" w:h="16840"/>
          <w:pgMar w:top="298" w:right="650" w:bottom="324" w:left="666" w:header="720" w:footer="720" w:gutter="0"/>
          <w:cols w:space="720" w:num="1" w:equalWidth="0"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2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Фольклорные и авторские произведения о чудесах и фантазии (не менее трёх произведений).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автора произведения замечать чудесное в каждом жизненном проявлении, необычное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обыкновенных явлениях окружающего мира. Сочетание в произведении реалистических событий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необычными, сказочными, фантастическими.</w:t>
      </w:r>
    </w:p>
    <w:p>
      <w:pPr>
        <w:autoSpaceDN w:val="0"/>
        <w:autoSpaceDE w:val="0"/>
        <w:widowControl/>
        <w:spacing w:line="27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Библиографическая культура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(работа с детской книгой). Представление о том, что книга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источник необходимых знаний. Обложка, оглавление, иллюстрации — элементы ориентировки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книге. Умение использовать тематический каталог при выборе книг в библиотеке.</w:t>
      </w:r>
    </w:p>
    <w:p>
      <w:pPr>
        <w:sectPr>
          <w:pgSz w:w="11900" w:h="16840"/>
          <w:pgMar w:top="340" w:right="836" w:bottom="1440" w:left="666" w:header="720" w:footer="720" w:gutter="0"/>
          <w:cols w:space="720" w:num="1" w:equalWidth="0"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литературного чтения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6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предмета «Литературное чтение»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процессе единства учебной и воспитательной деятельности, обеспечивающей позитивную динамику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личности младшего школьника, ориентированную на процессы самопознания, саморазвития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самовоспитания. Личностные результаты освоения программы предмета «Литературное чтение»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отражают освоение младшими школьниками социально значимых норм и отношений,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позитивного отношения обучающихся к общественным, традиционным, социокультурным и духовно-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нравственным ценностям, приобретение опыта применения сформированных представлений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отношений на практике.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Гражданско-патриотическое воспитание: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ценностного отношения к своей Родине — России, малой родине, проявление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 к изучению родного языка, истории и культуре Российской Федерации, понимание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естественной связи прошлого и настоящего в культуре общества;</w:t>
      </w:r>
    </w:p>
    <w:p>
      <w:pPr>
        <w:autoSpaceDN w:val="0"/>
        <w:autoSpaceDE w:val="0"/>
        <w:widowControl/>
        <w:spacing w:line="276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своей этнокультурной и российской гражданской идентичности, сопричастности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прошлому, настоящему и будущему своей страны и родного края, проявление уважения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 и культуре своего и других народов в процессе восприятия и анализа произведений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выдающихся представителей русской литературы и творчества народов России;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первоначальные представления о человеке как члене общества,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нравственно-этических нормах поведения и правилах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межличностных отношений.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опыта человеческих взаимоотношений, признаки индивидуальности каждого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проявление сопереживания, уважения, любви, доброжелательности и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моральных качеств к родным, близким и чужим людям, независимо от их национальности,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социального статуса, вероисповедания;</w:t>
      </w:r>
    </w:p>
    <w:p>
      <w:pPr>
        <w:autoSpaceDN w:val="0"/>
        <w:autoSpaceDE w:val="0"/>
        <w:widowControl/>
        <w:spacing w:line="262" w:lineRule="auto" w:before="24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этических понятий, оценка поведения и поступков персонажей художественных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в ситуации нравственного выбора;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выражение своего видения мира, индивидуальной позиции посредством накопления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систематизации литературных впечатлений, разнообразных по эмоциональной окраске;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неприятие любых форм поведения, направленных на причинение физического и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другим людям 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Эстетическое воспитание: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проявление уважительного отношения и интереса к художественной культуре, к различным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видам искусства, восприимчивость к разным видам искусства,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народов, готовность выражать своё отношение в разных видах художественной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приобретение  эстетического  опыта  слушания,  чтения и эмоционально-эстетической оценки</w:t>
      </w:r>
    </w:p>
    <w:p>
      <w:pPr>
        <w:sectPr>
          <w:pgSz w:w="11900" w:h="16840"/>
          <w:pgMar w:top="298" w:right="650" w:bottom="440" w:left="666" w:header="720" w:footer="720" w:gutter="0"/>
          <w:cols w:space="720" w:num="1" w:equalWidth="0"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произведений фольклора и художественной литературы;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понимание образного языка художественных произведений, выразительных средств,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создающих художественный образ.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Физическое воспитание, формирование культуры здоровья эмоционального благополучия:</w:t>
      </w:r>
    </w:p>
    <w:p>
      <w:pPr>
        <w:autoSpaceDN w:val="0"/>
        <w:autoSpaceDE w:val="0"/>
        <w:widowControl/>
        <w:spacing w:line="262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 здорового  и  безопасного  (для 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окружающей среде (в том числе информационной);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бережное отношение к физическому и психическому здоровью.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Трудовое воспитание:</w:t>
      </w:r>
    </w:p>
    <w:p>
      <w:pPr>
        <w:autoSpaceDN w:val="0"/>
        <w:autoSpaceDE w:val="0"/>
        <w:widowControl/>
        <w:spacing w:line="271" w:lineRule="auto" w:before="18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ценности труда в жизни человека и общества, ответственное потребление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бережное отношение к результатам труда, навыки участия в различных видах трудовой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деятельности, интерес к различным профессиям.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Экологическое воспитание: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бережное отношение к природе, осознание проблем взаимоотношений человека и животных,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отражённых в литературных произведениях;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</w:p>
    <w:p>
      <w:pPr>
        <w:autoSpaceDN w:val="0"/>
        <w:autoSpaceDE w:val="0"/>
        <w:widowControl/>
        <w:spacing w:line="271" w:lineRule="auto" w:before="17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в деятельности на первоначальные представления о научной картине мира,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важности слова как средства создания словесно-художественного образа, способа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выражения мыслей, чувств, идей автора;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овладение смысловым чтением для решения различного уровня учебных и жизненных задач;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потребность в самостоятельной читательской деятельности, саморазвитии средствами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литературы, развитие познавательного интереса, активности, инициативности, любознательности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самостоятельности в познании произведений фольклора и художественной литературы,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творчества писателей.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«Литературное чтение» в начальной школе у обучающихся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сформированы познавательные универсальные учебные действия: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произведения по теме, главной мысли (морали), жанру, соотносить произведение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его автора, устанавливать основания для сравнения произведений, устанавливать аналогии;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объединять произведения по жанру, авторской принадлежности;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существенный признак для классификации, классифицировать произведения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темам, жанрам и видам;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закономерности и противоречия при анализе сюжета (композиции), восстанавливать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нарушенную последовательность событий (сюжета), составлять аннотацию, отзыв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предложенному алгоритму;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недостаток информации для решения учебной (практической)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причинно-следственные связи в сюжете фольклорного и художественного</w:t>
      </w:r>
    </w:p>
    <w:p>
      <w:pPr>
        <w:sectPr>
          <w:pgSz w:w="11900" w:h="16840"/>
          <w:pgMar w:top="286" w:right="720" w:bottom="296" w:left="666" w:header="720" w:footer="720" w:gutter="0"/>
          <w:cols w:space="720" w:num="1" w:equalWidth="0"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420" w:val="left"/>
        </w:tabs>
        <w:autoSpaceDE w:val="0"/>
        <w:widowControl/>
        <w:spacing w:line="341" w:lineRule="auto" w:before="0" w:after="0"/>
        <w:ind w:left="18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текста, при составлении плана, пересказе текста, характеристике поступков героев;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определять разрыв между реальным и желательным состоянием объекта (ситуации) на основе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предложенных учителем вопросов;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с помощью учителя цель, планировать изменения объекта, ситуации;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несколько вариантов решения задачи, выбирать наиболее подходящий (на основе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предложенных критериев);</w:t>
      </w:r>
    </w:p>
    <w:p>
      <w:pPr>
        <w:autoSpaceDN w:val="0"/>
        <w:tabs>
          <w:tab w:pos="420" w:val="left"/>
        </w:tabs>
        <w:autoSpaceDE w:val="0"/>
        <w:widowControl/>
        <w:spacing w:line="341" w:lineRule="auto" w:before="238" w:after="0"/>
        <w:ind w:left="18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предложенному плану опыт, несложное исследование по  установлению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особенностей  объекта  изучения и связей между объектами (часть — целое, причина —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следствие);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выводы и подкреплять их доказательствами на основе результатов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проведённого наблюдения (опыта, классификации, сравнения, исследования);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развитие  процессов,  событий и их последствия в аналогичных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или сходных ситуациях; 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выбирать источник получения информации;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согласно заданному алгоритму находить в предложенном источнике информацию,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представленную в явном виде;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достоверную и недостоверную информацию самостоятельно или на основании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с помощью взрослых (учителей, родителей (законных представителей) правила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информационной безопасности при поиске информации в сети Интернет;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анализировать и создавать текстовую, видео, графическую, звуковую информацию в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самостоятельно создавать схемы, таблицы для представления информации.</w:t>
      </w:r>
    </w:p>
    <w:p>
      <w:pPr>
        <w:autoSpaceDN w:val="0"/>
        <w:tabs>
          <w:tab w:pos="180" w:val="left"/>
          <w:tab w:pos="420" w:val="left"/>
        </w:tabs>
        <w:autoSpaceDE w:val="0"/>
        <w:widowControl/>
        <w:spacing w:line="350" w:lineRule="auto" w:before="178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соответствии с целями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уважительное отношение к собеседнику, соблюдать правила ведения диалога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корректно и аргументированно высказывать своё мнение;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речевое высказывание в соответствии с поставленной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создавать устные и письменные тексты (описание, рассуждение, повествование);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готовить небольшие публичные выступления;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подбирать иллюстративный материал (рисунки, фото, плакаты) к тексту выступления.</w:t>
      </w:r>
    </w:p>
    <w:p>
      <w:pPr>
        <w:sectPr>
          <w:pgSz w:w="11900" w:h="16840"/>
          <w:pgMar w:top="310" w:right="766" w:bottom="392" w:left="666" w:header="720" w:footer="720" w:gutter="0"/>
          <w:cols w:space="720" w:num="1" w:equalWidth="0"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регулятивные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планировать действия по решению учебной задачи для получения результата;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выстраивать последовательность выбранных действий;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устанавливать причины успеха/неудач учебной деятельности;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корректировать свои учебные действия для преодоления ошибок.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22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формата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планирования, распределения промежуточных шагов и сроков;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проявлять готовность руководить, выполнять поручения, подчиняться;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ответственно выполнять свою часть работы;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освоения программы начального общего образования по учебному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«Литературное чтение» отражают специфику содержания предметной области,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ориентированы на применение знаний, умений и навыков обучающимися в различных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ситуациях и жизненных условиях и представлены по годам обучения.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в первом классе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обучающийся научится:</w:t>
      </w:r>
    </w:p>
    <w:p>
      <w:pPr>
        <w:autoSpaceDN w:val="0"/>
        <w:autoSpaceDE w:val="0"/>
        <w:widowControl/>
        <w:spacing w:line="278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ценность чтения для решения учебных задач и применения в различных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ситуациях: отвечать на вопрос о важности чтения для личного развития, находить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произведениях отражение нравственных ценностей, традиций, быта разных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техникой слогового плавного чтения с переходом на чтение целыми словами,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вслух целыми словами без пропусков и перестановок букв и слогов доступные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восприятия и небольшие по объёму произведения в темпе не менее 30 слов в минуту (без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отметочного оценивания);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 наизусть с соблюдением орфоэпических и пунктуационных норм не менее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стихотворений о Родине, о детях, о семье, о родной природе в разные времена года;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 прозаическую (нестихотворную) и стихотворную речь;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и называть отдельные жанры фольклора (устного народного творчества)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художественной литературы (загадки, пословицы, потешки, сказки (фольклорные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литературные), рассказы, стихотворения);</w:t>
      </w:r>
    </w:p>
    <w:p>
      <w:pPr>
        <w:sectPr>
          <w:pgSz w:w="11900" w:h="16840"/>
          <w:pgMar w:top="298" w:right="740" w:bottom="492" w:left="666" w:header="720" w:footer="720" w:gutter="0"/>
          <w:cols w:space="720" w:num="1" w:equalWidth="0"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содержание прослушанного/прочитанного произведения: отвечать на вопросы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фактическому содержанию произведения;</w:t>
      </w:r>
    </w:p>
    <w:p>
      <w:pPr>
        <w:autoSpaceDN w:val="0"/>
        <w:autoSpaceDE w:val="0"/>
        <w:widowControl/>
        <w:spacing w:line="276" w:lineRule="auto" w:before="19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элементарными умениями анализа текста прослушанного/прочитанного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произведения: определять последовательность событий в произведении,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поступки (положительные или отрицательные) героя, объяснять значение незнакомого слова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словаря;</w:t>
      </w:r>
    </w:p>
    <w:p>
      <w:pPr>
        <w:autoSpaceDN w:val="0"/>
        <w:autoSpaceDE w:val="0"/>
        <w:widowControl/>
        <w:spacing w:line="276" w:lineRule="auto" w:before="190" w:after="0"/>
        <w:ind w:left="0" w:right="20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обсуждении прослушанного/прочитанного произведения: отвечать на вопросы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впечатлении от произведения, использовать в беседе изученные литературные понятия (автор,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герой, тема, идея, заголовок, содержание произведения), подтверждать свой ответ примерами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текста;</w:t>
      </w:r>
    </w:p>
    <w:p>
      <w:pPr>
        <w:autoSpaceDN w:val="0"/>
        <w:autoSpaceDE w:val="0"/>
        <w:widowControl/>
        <w:spacing w:line="262" w:lineRule="auto" w:before="19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пересказывать (устно) содержание произведения с соблюдением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событий, с опорой на предложенные ключевые слова, вопросы, рисунки, предложенный план;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по ролям с соблюдением норм произношения, расстановки ударения;</w:t>
      </w:r>
    </w:p>
    <w:p>
      <w:pPr>
        <w:autoSpaceDN w:val="0"/>
        <w:autoSpaceDE w:val="0"/>
        <w:widowControl/>
        <w:spacing w:line="262" w:lineRule="auto" w:before="19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высказывания по содержанию  произведения (не менее 3 предложений)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заданному алгоритму;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сочинять небольшие  тексты  по  предложенному  началу и др. (не менее 3 предложений);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книге/учебнике по обложке, оглавлению, иллюстрациям;</w:t>
      </w:r>
    </w:p>
    <w:p>
      <w:pPr>
        <w:autoSpaceDN w:val="0"/>
        <w:autoSpaceDE w:val="0"/>
        <w:widowControl/>
        <w:spacing w:line="262" w:lineRule="auto" w:before="19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книги для самостоятельного чтения по совету взрослого и с учётом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рекомендательного списка, рассказывать о прочитанной книге по предложенному алгоритму;</w:t>
      </w:r>
    </w:p>
    <w:p>
      <w:pPr>
        <w:autoSpaceDN w:val="0"/>
        <w:autoSpaceDE w:val="0"/>
        <w:widowControl/>
        <w:spacing w:line="262" w:lineRule="auto" w:before="19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обращаться к справочной литературе для получения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задачей.</w:t>
      </w:r>
    </w:p>
    <w:p>
      <w:pPr>
        <w:sectPr>
          <w:pgSz w:w="11900" w:h="16840"/>
          <w:pgMar w:top="328" w:right="868" w:bottom="1440" w:left="1086" w:header="720" w:footer="720" w:gutter="0"/>
          <w:cols w:space="720" w:num="1" w:equalWidth="0"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930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89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6"/>
            <w:vMerge w:val="restart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454"/>
            <w:vMerge w:val="restart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текста при 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прослушивании и при самостоятельном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чтении вслух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выстроенных в правильной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изображённых событий, обсуждение сюжета,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устного рассказа с опорой на картинки;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 с нарушенной последовательностью,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изображённых событий, установление правильной последовательности событий,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объяснение ошибки художника, внесение изменений в последовательность картинок,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устного рассказа по восстановленной серии картинок;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348"/>
        </w:trPr>
        <w:tc>
          <w:tcPr>
            <w:tcW w:type="dxa" w:w="339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576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Слово и предложение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 слова и предложения. Работа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 предложением: выделение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изменение их порядка, распространение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«Снежный ком»: распространение предложений с добавлением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 по цепочке;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293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Различение слова и обозначаемого 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предмета. Восприятие слова как объекта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изучения, материала для анализа. 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09.09.2022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 «Живые слова» (дети играют роль слов в предложении, идёт перестановка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предложении, прочтение получившегося);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45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04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Наблюдение над значением слова.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Активизация и расширение словарного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запаса. Включение слов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предложение.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12.09.2022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предложения: определение количества слов в предложении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обозначение каждого слова полоской;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Самостоятельная работа: определение количества слов в предложении, обозначение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 полосками;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54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единства звукового состава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 и его значения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моделью предложения: изменение предложения в соответствии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изменением модели;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348"/>
        </w:trPr>
        <w:tc>
          <w:tcPr>
            <w:tcW w:type="dxa" w:w="33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576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3.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Чтение. Графика.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Формирование навыка слогового чтения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(ориентация на букву, обозначающую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гласный звук).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22.09.2022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«Заверши предложение», отрабатывается умение завершать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прочитанные незаконченные предло​ жения с опорой на общий смысл предложения;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Подбирать пропущенные в предложении слова, ориентируясь на смысл предложения;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соотносить прочитанные предложения с нужным рисунком, который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передаёт содержание предложения;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28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Плавное слоговое чтение и чтение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целыми словами со скоростью,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соответствующей индивидуальному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темпу.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29.09.2022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соотносить прочитанные предложения с нужным рисунком, который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передаёт содержание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ответы на вопросы по прочитанному тексту, отработка умения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находить содержащуюся в тексте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Творческая работа: дорисовывание картинки в соответствии с прочитанным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(отрабатывается умение осознавать смысл прочитанного предложения/текста);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34" w:left="666" w:header="720" w:footer="720" w:gutter="0"/>
          <w:cols w:space="720" w:num="1" w:equalWidth="0"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Осознанное чтение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словосочетаний, предложений. Чтение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интонациями и паузами в соответствии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 знаками препинания.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соотносить прочитанные предложения с нужным рисунком, который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передаёт содержание предложения;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ответы на вопросы по прочитанному тексту, отработка умения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находить содержащуюся в тексте информацию;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осознанности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выразительности чтения на материале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небольших текстов и стихотворений.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13.10.2022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 важности двух видов чтения: орфографического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орфоэпического, о целях этих двух видов чтения;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Практическая работа: овладение орфоэпическим чтением;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293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орфоэпическим чтением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(при переходе к чтению целыми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словами).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20.10.2022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15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 важности двух видов чтения: орфографического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орфоэпического, о целях этих двух видов чтения;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овладение орфоэпическим чтением;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тренировка в выразительном чтении;</w:t>
            </w:r>
          </w:p>
        </w:tc>
        <w:tc>
          <w:tcPr>
            <w:tcW w:type="dxa" w:w="1116"/>
            <w:tcBorders>
              <w:start w:sz="4.800000000000182" w:val="single" w:color="#000000"/>
              <w:top w:sz="4.0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Орфографическое чтение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(проговаривание) как средство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самоконтроля при письме под диктовку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 списывании.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31.10.2022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03.11.2022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прочитанного слога с картинкой, в названии которой есть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этот слог;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соотнесение прочитанных слов с картинками, на которых изображены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соответствующие предметы;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Буква как знак звука.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Различение звука и буквы.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14.11.2022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Дифференцированное задание: группировка слов в зависимости от способа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обозначения звука [й’];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«Зачем нам нужны буквы ь и ъ?», объяснение в ходе диалога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функции букв ь и ъ;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Буквы, обозначающие гласные звуки.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Буквы, обозначающие согласные звуки.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25.11.2022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«Зачем нам нужны буквы ь и ъ?», объяснение в ходе диалога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 ь и ъ;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об истории русского алфавита, о значении алфавита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систематизации информации, о важности знания последовательности букв в русском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алфавите;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слоговым принципом русской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графики.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01.12.2022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«Найди нужную букву» (отрабатывается умение соотносить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соответствующую ему букву);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открытом слоге: буквы гласных как показатель твёрдости — мягкости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предшествующих согласных звуков;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69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Буквы гласных как показатель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твёрдости — мягкости согласных звуков.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17.12.2022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16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«Повтори фрагмент алфавита»;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Игра-соревнование «Повтори алфавит»;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098"/>
        </w:trPr>
        <w:tc>
          <w:tcPr>
            <w:tcW w:type="dxa" w:w="468"/>
            <w:tcBorders>
              <w:start w:sz="4.800000000000011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2930"/>
            <w:tcBorders>
              <w:start w:sz="4.7999999999999545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букв, обозначающих гласный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в открытом слоге: обозначение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гласного звука и указание на твёрдость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или мягкость предшествующего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согласного.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364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6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27.12.2022</w:t>
            </w:r>
          </w:p>
        </w:tc>
        <w:tc>
          <w:tcPr>
            <w:tcW w:type="dxa" w:w="589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упражнения «Запиши слова по алфавиту»;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нахождение ошибок в упорядочивании слов по алфавиту;</w:t>
            </w:r>
          </w:p>
        </w:tc>
        <w:tc>
          <w:tcPr>
            <w:tcW w:type="dxa" w:w="1116"/>
            <w:tcBorders>
              <w:start w:sz="4.800000000000182" w:val="single" w:color="#000000"/>
              <w:top w:sz="5.600000000000364" w:val="single" w:color="#000000"/>
              <w:end w:sz="4.79999999999927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826" w:left="666" w:header="720" w:footer="720" w:gutter="0"/>
          <w:cols w:space="720" w:num="1" w:equalWidth="0"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е, 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10.01.2023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«Найди нужную букву» (отрабатывается умение соотносить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соответствующую ему букву);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объяснение функции букв, обозначающих гласные звуки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открытом слоге: буквы гласных как показатель твёрдости — мягкости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предшествующих согласных звуков;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3.13.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Мягкий знак как показатель мягкости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предшест​вующего согласного звука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 слова. Разные способы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обозначения буквами звука [й’].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0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18.01.2023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«Найди нужную букву» (отрабатывается умение соотносить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 и соответствующую ему букву);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68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3.14.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Функция букв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ь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ъ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19.01.2023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25.01.2023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«Зачем нам нужны буквы ь и ъ?», объяснение в ходе диалога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 ь и ъ;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учителя об истории русского алфавита, о значении алфавита 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систематизации информации, о важности знания последовательности букв в русском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алфавите;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3.15.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русским алфавитом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последовательностью букв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02.02.2023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Игра-соревнование «Повтори алфавит»;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упражнения «Запиши слова по алфавиту»;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 в парах: нахождение ошибок в упорядочивании слов по алфавиту;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348"/>
        </w:trPr>
        <w:tc>
          <w:tcPr>
            <w:tcW w:type="dxa" w:w="339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11576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Сказка народная (фольклорная)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литературная (авторская)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06.02.2023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14.02.2023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чтения учителем фольклорных произведений (на примере русских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народных сказок: «Кот, петух и лиса», «Кот и лиса», «Жихарка», «Лисичка-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сестричка и волк» и литературных (авторских): К. И. Чуковский «Путаница»,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«Айболит», «Муха-Цокотуха», С Я Маршак «Тихая сказка», В. Г. Сутеев «Палочка-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выручалочка»);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727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детях и для детей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15.02.2023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07.03.2023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менее шести произведений по выбору, например: К. Д. Ушинский «Играющие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собаки», «Худо тому, кто добра не делает никому», Л. Н. Толстой «Косточка», В. Г.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Сутеев «Чей же гриб?», Е. А. Пермяк «Самое страшное», «Торопливый ножик», В. А.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Осеева «Плохо», «Три товарища», А. Л. Барто «Подари, подари…», «Я — лишний»,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Н. М. Артюхова «Саша-дразнилка», Ю. И. Ермолаев «Лучший друг», Р. С. Сеф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«Совет»;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131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родной природе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08.03.2023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16.03.2023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стихотворного текста, составление интонационного рисунка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знаки препинания;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90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Устное народное творчество — малые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фольклорные жанры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20.03.2023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23.03.2023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объяснение смысла пословиц, соотнесение их с содержанием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4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378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братьях наших меньших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0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03.04.2023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по выявлению понимания прослушанного произведения, ответы на вопросы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впечатлении от 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Самостоятельное чтение произведений о животных, различение прозаического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стихотворного текстов. Например, Е. А. Благинина «Котёнок», «В лесу смешная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птица», «Жук, жук, где твой дом?», Э. Ю. Шим «Жук на ниточке», В. Д. Берестов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«Выводок», «Цыплята», С. В. Михалков «Мой щенок», «Трезор», «Зяблик», И. П.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Токмакова «Купите собаку», «Разговор синицы и дятла», И. А. Мазнин «Давайте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дружить»;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по обсуждению прочитанного произведения: определение темы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главной мысли, осознание нравственно-этического содержания произведения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(любовь и забота о братьях наших меньших, бережное отношение к природе);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011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Произведения о маме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17.04.2023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20.04.2023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по предложенному плану о своём родном крае, городе, селе, о своих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чувствах к месту;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Задания на проверку знания названия страны, в которой мы живём, её столицы;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293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Фольклорные и авторские произведения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 чудесах и фантазии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42"/>
            <w:tcBorders>
              <w:start w:sz="4.0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6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24.04.2023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03.05.2023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Выразительное чтение стихотворений с опорой на интонационный рисунок;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Задание на развитие творческого воображения: узнай зрительные образы,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представленные в воображаемой ситуации (например, задание «Кто живёт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кляксах?», «Каких животных ты видишь в проплывающих облаках?»);</w:t>
            </w:r>
          </w:p>
        </w:tc>
        <w:tc>
          <w:tcPr>
            <w:tcW w:type="dxa" w:w="1116"/>
            <w:tcBorders>
              <w:start w:sz="4.800000000000182" w:val="single" w:color="#000000"/>
              <w:top w:sz="4.7999999999999545" w:val="single" w:color="#000000"/>
              <w:end w:sz="4.79999999999927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работа;;</w:t>
            </w:r>
          </w:p>
        </w:tc>
        <w:tc>
          <w:tcPr>
            <w:tcW w:type="dxa" w:w="1454"/>
            <w:tcBorders>
              <w:start w:sz="4.79999999999927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https://urok.1sept.ru/</w:t>
            </w:r>
          </w:p>
        </w:tc>
      </w:tr>
      <w:tr>
        <w:trPr>
          <w:trHeight w:hRule="exact" w:val="54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293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Библиографическая культура (работа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детской книгой)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18.05.2023</w:t>
            </w:r>
          </w:p>
        </w:tc>
        <w:tc>
          <w:tcPr>
            <w:tcW w:type="dxa" w:w="589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 о своих любимых книгах по предложенному алгоритму;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Рекомендации по летнему чтению, оформление дневника читателя;</w:t>
            </w:r>
          </w:p>
        </w:tc>
        <w:tc>
          <w:tcPr>
            <w:tcW w:type="dxa" w:w="1116"/>
            <w:tcBorders>
              <w:start w:sz="4.800000000000182" w:val="single" w:color="#000000"/>
              <w:top w:sz="4.800000000000182" w:val="single" w:color="#000000"/>
              <w:end w:sz="4.79999999999927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454"/>
            <w:tcBorders>
              <w:start w:sz="4.79999999999927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http://school-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collection.edu.ru/</w:t>
            </w:r>
          </w:p>
        </w:tc>
      </w:tr>
      <w:tr>
        <w:trPr>
          <w:trHeight w:hRule="exact" w:val="348"/>
        </w:trPr>
        <w:tc>
          <w:tcPr>
            <w:tcW w:type="dxa" w:w="3398"/>
            <w:gridSpan w:val="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</w:t>
            </w:r>
          </w:p>
        </w:tc>
        <w:tc>
          <w:tcPr>
            <w:tcW w:type="dxa" w:w="11576"/>
            <w:gridSpan w:val="6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33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11576"/>
            <w:gridSpan w:val="6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652"/>
        </w:trPr>
        <w:tc>
          <w:tcPr>
            <w:tcW w:type="dxa" w:w="339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142"/>
            <w:tcBorders>
              <w:start w:sz="4.0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105</w:t>
            </w:r>
          </w:p>
        </w:tc>
        <w:tc>
          <w:tcPr>
            <w:tcW w:type="dxa" w:w="9330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07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Устная и письменная речь.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Предложение.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 и слово.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Устная речь. Слово и слог.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Письменная речь. Слог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ударение.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Слог. Ударение.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в окружающем мире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речи.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Гласные и согласные звуки.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образуется слог?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– мать учения.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Гласные и согласные звуки.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Азбука – к мудрости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ступенька. Звук [а].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А, 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Кто скоро помог, тот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дважды помог. Звук [о].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О, о.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19.09.2022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Нет друга – ищи, а нашёл–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береги. Звук [и]. Буквы 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стыдно не знать, стыдно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учиться. Звук [ы]. Буква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ы.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01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Ученье – путь к уменью.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[у]. Буквы У, у.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Труд кормит, а лень портит.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[н], [н']. Буквы Н,н.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27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Старый друг лучше новых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двух. Звуки [с], [с']. Буквы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С, с.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Каков мастер, такова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работа. Звуки [к], [к'].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К, к.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Сказки А.С. Пушкина.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[т], [т']. Буквы Т, т.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Буквы, обозначающие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звуки.Правописание имен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собственных.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Сказки К.И. Чуковского.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[л], [л']. Буквы Л, л.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Л, 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Сказки А.С. Пушкина.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[р], [р']. Буквы Р, р.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Век живи – век учись.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[в], [в']. Буквы В, в.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Русская народная сказка.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[й'э], [э]. Буквы Е, е.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Е, е.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Красуйся, град Петров!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[п], [п']. Буквы П, п.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Многозначность слов.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П, п.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Все работы хороши,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выбирай на вкус! Чтение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с буквой М, м.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 братьях наших меньших.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[з], [з']. Буквы З, з.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слов, текстов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буквами З, з. Звонкие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глухие звуки.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Сказки А.С. Пушкина.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[б], [б']. Буквы Б, б.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Терпенье и труд всё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перетрут. Звуки [д], [д'].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Д, д.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Профессии. Чтение слов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 с буквой Д, д.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Россия – Родина моя.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[й'а]. Буквы Я, я. Двойная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роль букв Я, я.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Природа и человек. Чтение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 с буквой Я, 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делай другим того, чего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себе не пожелаешь. Звуки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[г], [г']. Буквы Г, г.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Основная мысль текста.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Г, г.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Делу время, а потехе час.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[ч']. Буквы Ч, ч.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Ученику удача – учителю–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радость. Чтение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Ч, ч.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Красна птица опереньем, 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 уменьем. Буква ь.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Разделительный мягкий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Мало уметь читать, надо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уметь думать. Звук [ш].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Ш, ш.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Где дружбой дорожат, там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враги дрожат. Звук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[ж].Буквы Ж, ж.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слов с буквами Ж, ж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 Ш, ш. Сочетания ЖИ–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Люби всё живое. Звук [й'о].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Ё, ё.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Жить – Родине служить.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[й']. Буква Й.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Без труда хлеб не родится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никогда. Звуки [х],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[х'].Буквы Х, х.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С.Я. Маршак «Сказка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глупом мышонке».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[й'у], ['у]. Буквы Ю, ю.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Хороша потеха, когда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 доброго смеха. Звук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[ц]. Буквы Ц, ц.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слов с буквой Ц, ц.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человек научился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летать. Звук [э]. Буквы Э, э.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Русские народные сказки.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 [щ']. Буквы Щ, щ.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Чтение и словарная работа.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Играют волны, ветер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свищет… Звуки [ф], [ф'].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Ф, ф.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тесноте, да не в обиде.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 Ь и Ъ.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Русский алфавит. Проверка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техники чтения.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хорошо уметь читать!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С. Маршака,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 Берестова, Е. Чарушина.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К.Д. Ушинский «Наше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Отечество»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Чтение и анализ статьи В.Н.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Крупина«Первоучители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словенские».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В.Н. Крупин «Первый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букварь»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А.С. Пушкин «Сказки»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Л.Н. Толстой. Рассказы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детей.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К.Д. Ушинский Рассказы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для детей.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Сказка К.И.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Чуковского«Телефон»,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«Путаница»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В.В. Бианки «Первая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охота».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С.Я. Маршак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«Угомон»,«Дважды два»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Пришвин «Глоток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молока», «Предмайское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утро».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Творчество А. Барто, 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Михалкова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Творчество, Б. Заходера,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В.Д. Берестова.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Проект: «Живая Азбука».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Проверим себя и оценим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свои достижения.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Вводный урок. Знакомство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новым учебником. В.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Данько«Загадочные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буквы».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Токмакова «Аля,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Кляксич и буква «А», Г.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Сапгир «Про медведя»,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72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Бородицкая «Разговор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пчелой», И. Гамазкова«Кто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как кричит».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С. Маршак «Автобус номер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двадцать шесть»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Поговорим о самом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главном. С.Чёрный«Живая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азбука»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разделу«Жили-были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буквы». Проверка техники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Е. Чарушин «Теремок»,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Русская народная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сказка«Рукавичка».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сравнить сказки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одну тему. Петух и собака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придумать загадку.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Небылицы.Как сочинить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небылицу.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Английские народные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песенки и небылицы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может быть. "Я видел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озеро в огне..."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Король Пипин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Дом, который построил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Джек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хорошо уметь читать.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Пушкин А.С. Отрывки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сказок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А. Майков «Ласточка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примчалась», «Весна». 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Плещеев «Сельская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песенка».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Т.</w:t>
            </w:r>
          </w:p>
          <w:p>
            <w:pPr>
              <w:autoSpaceDN w:val="0"/>
              <w:autoSpaceDE w:val="0"/>
              <w:widowControl/>
              <w:spacing w:line="262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Белозёров«Подснежники».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С. Маршак «Апрель».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Стихи-загадки писателей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Токмаковой, 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Ульяницкой, Л. Яхнина, Е.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Трутнева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Стихотворения 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Берестова, Р. Сефа.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Комплексная 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по оценке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сформированности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метапредметных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результатов.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мире книг. Разноцветные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страницы.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07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Токмакова И. Мы играли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хохотушки.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Пивоварова И. Кулинаки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пилинаки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Кружков Г.Ррры!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Чуковский К.Федотка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Чуковский К.Телефон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Артюхова Н.Сашка-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дразнилка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Как пересказать текст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иллюстрации.Поговорим 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самом главном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Ушинский К.Ворон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сорока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Ушинский К. Худо тому,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кто добра не делает никому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Ушинский К. Что хорошо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дурно?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Как хорошо уметь читать.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техники чтения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101.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Пляцковский М.Помощник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20.03.2023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Как рассказать о герое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21.03.2023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 мире книг. Разноцветные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страницы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104. Лунин . В Волк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Павлова Т. Рассказ мудрой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вороны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 Павлова Т.Кто?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Ю.Ермолаев Лучший друг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Благинина Е. Подарок.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Орлов В.Кто первый?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Михалков С. Бараны. СефР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Совет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Орлов В."Если дружбой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дорожить", Пивоварова И.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Вежливый ослик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Маршак С.Хороший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день.Сердитый дог Буль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Поговорим о самом главном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Тихомиров Д. Н аходка.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Как хорошо уметь читать.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Энтин Ю. Лучший друг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114. Что мы знаем и умеем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 В.Берестов "Цыпа-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цыпа!Аты-баты!"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Е.Благинина Е.Благинина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"Как страшно мышке "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"Жук, жук, где твой дом?"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"Мышонок шепчет мышь..."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"В лесу смешная птица..."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Промежуточная аттестация.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КМС по оценке уровня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обученности. Итоговый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Работа над ошибками.Р.Сеф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"Кто любит собак..."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03.05.2023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Как составить рассказ о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любимце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04.05.2023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И.Токмакова "Купите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собаку"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Н.Сладков "Лисица и Ёж"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 В.Осеева "Плохо"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Научно-познавательный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 о собаках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М.Пляцковский "Цап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Царапыч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 Г.Сапгир "Кошка"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Научно-познавательный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текст о кошках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В. Берестов «Лягушата», 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Лунин «Никого не обижай»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Д. Хармс«Храбрый ёж», Н.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Сладков «Лисица и ёж»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131. С. Михалков «Важный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совет»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Обобщение по разделу «О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братьях наших меньших»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техники чтения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</w:t>
            </w:r>
          </w:p>
        </w:tc>
        <w:tc>
          <w:tcPr>
            <w:tcW w:type="dxa" w:w="4550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Климанова Л.Ф., Горецкий В.Г., Виноградская Л.А., Литературное чтение (в 2 частях). Учебник.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класс. Акционерное общество 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Методическая разработка по литературному чтению к учебнику ""Литературное чтение" 1 класс УМК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"Школа России".</w:t>
      </w:r>
    </w:p>
    <w:p>
      <w:pPr>
        <w:autoSpaceDN w:val="0"/>
        <w:autoSpaceDE w:val="0"/>
        <w:widowControl/>
        <w:spacing w:line="276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Учебно-методические комплекты по литературному чтению для 1 – 4 классов (программы, учебники,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рабочие тетради и др.)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Литературное чтение. 1 класс. Учебник для образовательных учреждений. В 2 –х ч. Л.Ф.Климанова,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В.Г.Горецкий, М.В.Голованова. М.: «Просвещение», 2012.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Литературное чтение. 1 класс.Рабочая тетрадь. М.В.Бойкина, Л.А.Виноградская. М.: «Просвещение»,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2013.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Азбука. 1класс. Учебник для обр. учреждений. В.Г.Горецкий, В.А.Кирюшкин, Л.А.Виноградская,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М.В.Бойкина. М.: «Просвещение», 2012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Электронное приложение к учебнику Л.Ф.Климановой.1 класс.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360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https://urok.1sept.ru/ http://school-collection.edu.ru/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https://rosuchebnik.ru/metodicheskaja-pomosch/nachalnoe-obrazovanie/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38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Наборы таблиц по литературному чтению. Портреты писателей.</w:t>
      </w:r>
    </w:p>
    <w:p>
      <w:pPr>
        <w:autoSpaceDN w:val="0"/>
        <w:autoSpaceDE w:val="0"/>
        <w:widowControl/>
        <w:spacing w:line="298" w:lineRule="auto" w:before="262" w:after="0"/>
        <w:ind w:left="0" w:right="7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ДЕМОНСТРАЦИЙ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Мультимедийный проектор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Компьютер 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9946" w:space="0"/>
            <w:col w:w="10494" w:space="0"/>
            <w:col w:w="10468" w:space="0"/>
            <w:col w:w="10514" w:space="0"/>
            <w:col w:w="10584" w:space="0"/>
            <w:col w:w="10398" w:space="0"/>
            <w:col w:w="10584" w:space="0"/>
            <w:col w:w="10440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9946" w:space="0"/>
        <w:col w:w="10494" w:space="0"/>
        <w:col w:w="10468" w:space="0"/>
        <w:col w:w="10514" w:space="0"/>
        <w:col w:w="10584" w:space="0"/>
        <w:col w:w="10398" w:space="0"/>
        <w:col w:w="10584" w:space="0"/>
        <w:col w:w="10440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