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autoSpaceDN w:val="0"/>
        <w:autoSpaceDE w:val="0"/>
        <w:widowControl/>
        <w:spacing w:line="220" w:lineRule="exact" w:before="0" w:after="78"/>
        <w:ind w:left="0" w:right="0"/>
      </w:pPr>
    </w:p>
    <w:p>
      <w:pPr>
        <w:autoSpaceDN w:val="0"/>
        <w:autoSpaceDE w:val="0"/>
        <w:widowControl/>
        <w:spacing w:line="230" w:lineRule="auto" w:before="0" w:after="0"/>
        <w:ind w:left="1494" w:right="0" w:firstLine="0"/>
        <w:jc w:val="left"/>
      </w:pPr>
      <w:r>
        <w:rPr>
          <w:rFonts w:ascii="Times New Roman" w:hAnsi="Times New Roman" w:eastAsia="Times New Roman"/>
          <w:b/>
          <w:i w:val="0"/>
          <w:color w:val="000000"/>
          <w:sz w:val="24"/>
        </w:rPr>
        <w:t>МИНИСТЕРСТВО ПРОСВЕЩЕНИЯ РОССИЙСКОЙ ФЕДЕРАЦИИ</w:t>
      </w:r>
    </w:p>
    <w:p>
      <w:pPr>
        <w:autoSpaceDN w:val="0"/>
        <w:autoSpaceDE w:val="0"/>
        <w:widowControl/>
        <w:spacing w:line="230" w:lineRule="auto" w:before="670" w:after="0"/>
        <w:ind w:left="2340" w:right="0" w:firstLine="0"/>
        <w:jc w:val="left"/>
      </w:pP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>Министерство образования и науки Республики Дагестан</w:t>
      </w:r>
    </w:p>
    <w:p>
      <w:pPr>
        <w:autoSpaceDN w:val="0"/>
        <w:autoSpaceDE w:val="0"/>
        <w:widowControl/>
        <w:spacing w:line="230" w:lineRule="auto" w:before="670" w:after="0"/>
        <w:ind w:left="0" w:right="3578" w:firstLine="0"/>
        <w:jc w:val="right"/>
      </w:pP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>МО Кизилюртовский район</w:t>
      </w:r>
    </w:p>
    <w:p>
      <w:pPr>
        <w:autoSpaceDN w:val="0"/>
        <w:autoSpaceDE w:val="0"/>
        <w:widowControl/>
        <w:spacing w:line="230" w:lineRule="auto" w:before="670" w:after="1376"/>
        <w:ind w:left="2118" w:right="0" w:firstLine="0"/>
        <w:jc w:val="left"/>
      </w:pP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>МКОУ "Нижнечирюртовская СОШ"Кизилюртовского района</w:t>
      </w:r>
    </w:p>
    <w:tbl>
      <w:tblPr>
        <w:tblW w:type="auto" w:w="0"/>
        <w:tblLayout w:type="fixed"/>
        <w:tblLook w:firstColumn="1" w:firstRow="1" w:lastColumn="0" w:lastRow="0" w:noHBand="0" w:noVBand="1" w:val="04A0"/>
        <w:tblInd w:w="0.0" w:type="dxa"/>
      </w:tblPr>
      <w:tblGrid>
        <w:gridCol w:w="3428"/>
        <w:gridCol w:w="3428"/>
        <w:gridCol w:w="3428"/>
      </w:tblGrid>
      <w:tr>
        <w:trPr>
          <w:trHeight w:hRule="exact" w:val="274"/>
        </w:trPr>
        <w:tc>
          <w:tcPr>
            <w:tcW w:type="dxa" w:w="3182"/>
            <w:tcBorders/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48" w:after="0"/>
              <w:ind w:left="0" w:right="0" w:firstLine="0"/>
              <w:jc w:val="left"/>
            </w:pPr>
            <w:r>
              <w:rPr>
                <w:w w:val="102.02845573425292"/>
                <w:rFonts w:ascii="Times New Roman" w:hAnsi="Times New Roman" w:eastAsia="Times New Roman"/>
                <w:b w:val="0"/>
                <w:i w:val="0"/>
                <w:color w:val="000000"/>
                <w:sz w:val="20"/>
              </w:rPr>
              <w:t>РАССМОТРЕНО</w:t>
            </w:r>
          </w:p>
        </w:tc>
        <w:tc>
          <w:tcPr>
            <w:tcW w:type="dxa" w:w="3440"/>
            <w:tcBorders/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48" w:after="0"/>
              <w:ind w:left="336" w:right="0" w:firstLine="0"/>
              <w:jc w:val="left"/>
            </w:pPr>
            <w:r>
              <w:rPr>
                <w:w w:val="102.02845573425292"/>
                <w:rFonts w:ascii="Times New Roman" w:hAnsi="Times New Roman" w:eastAsia="Times New Roman"/>
                <w:b w:val="0"/>
                <w:i w:val="0"/>
                <w:color w:val="000000"/>
                <w:sz w:val="20"/>
              </w:rPr>
              <w:t>СОГЛАСОВАНО</w:t>
            </w:r>
          </w:p>
        </w:tc>
        <w:tc>
          <w:tcPr>
            <w:tcW w:type="dxa" w:w="2720"/>
            <w:tcBorders/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48" w:after="0"/>
              <w:ind w:left="412" w:right="0" w:firstLine="0"/>
              <w:jc w:val="left"/>
            </w:pPr>
            <w:r>
              <w:rPr>
                <w:w w:val="102.02845573425292"/>
                <w:rFonts w:ascii="Times New Roman" w:hAnsi="Times New Roman" w:eastAsia="Times New Roman"/>
                <w:b w:val="0"/>
                <w:i w:val="0"/>
                <w:color w:val="000000"/>
                <w:sz w:val="20"/>
              </w:rPr>
              <w:t>УТВЕРЖДЕНО</w:t>
            </w:r>
          </w:p>
        </w:tc>
      </w:tr>
      <w:tr>
        <w:trPr>
          <w:trHeight w:hRule="exact" w:val="276"/>
        </w:trPr>
        <w:tc>
          <w:tcPr>
            <w:tcW w:type="dxa" w:w="3182"/>
            <w:tcBorders/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0" w:after="0"/>
              <w:ind w:left="0" w:right="0" w:firstLine="0"/>
              <w:jc w:val="left"/>
            </w:pPr>
            <w:r>
              <w:rPr>
                <w:w w:val="102.02845573425292"/>
                <w:rFonts w:ascii="Times New Roman" w:hAnsi="Times New Roman" w:eastAsia="Times New Roman"/>
                <w:b w:val="0"/>
                <w:i w:val="0"/>
                <w:color w:val="000000"/>
                <w:sz w:val="20"/>
              </w:rPr>
              <w:t>МО учителей начальных классов</w:t>
            </w:r>
          </w:p>
        </w:tc>
        <w:tc>
          <w:tcPr>
            <w:tcW w:type="dxa" w:w="3440"/>
            <w:tcBorders/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0" w:after="0"/>
              <w:ind w:left="0" w:right="0" w:firstLine="0"/>
              <w:jc w:val="center"/>
            </w:pPr>
            <w:r>
              <w:rPr>
                <w:w w:val="102.02845573425292"/>
                <w:rFonts w:ascii="Times New Roman" w:hAnsi="Times New Roman" w:eastAsia="Times New Roman"/>
                <w:b w:val="0"/>
                <w:i w:val="0"/>
                <w:color w:val="000000"/>
                <w:sz w:val="20"/>
              </w:rPr>
              <w:t>Заместитель директора по УВР</w:t>
            </w:r>
          </w:p>
        </w:tc>
        <w:tc>
          <w:tcPr>
            <w:tcW w:type="dxa" w:w="2720"/>
            <w:tcBorders/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0" w:after="0"/>
              <w:ind w:left="412" w:right="0" w:firstLine="0"/>
              <w:jc w:val="left"/>
            </w:pPr>
            <w:r>
              <w:rPr>
                <w:w w:val="102.02845573425292"/>
                <w:rFonts w:ascii="Times New Roman" w:hAnsi="Times New Roman" w:eastAsia="Times New Roman"/>
                <w:b w:val="0"/>
                <w:i w:val="0"/>
                <w:color w:val="000000"/>
                <w:sz w:val="20"/>
              </w:rPr>
              <w:t>Директор</w:t>
            </w:r>
          </w:p>
        </w:tc>
      </w:tr>
    </w:tbl>
    <w:p>
      <w:pPr>
        <w:autoSpaceDN w:val="0"/>
        <w:autoSpaceDE w:val="0"/>
        <w:widowControl/>
        <w:spacing w:line="60" w:lineRule="exact" w:before="0" w:after="0"/>
        <w:ind w:left="0" w:right="0"/>
      </w:pPr>
    </w:p>
    <w:tbl>
      <w:tblPr>
        <w:tblW w:type="auto" w:w="0"/>
        <w:tblLayout w:type="fixed"/>
        <w:tblLook w:firstColumn="1" w:firstRow="1" w:lastColumn="0" w:lastRow="0" w:noHBand="0" w:noVBand="1" w:val="04A0"/>
        <w:tblInd w:w="0.0" w:type="dxa"/>
      </w:tblPr>
      <w:tblGrid>
        <w:gridCol w:w="3428"/>
        <w:gridCol w:w="3428"/>
        <w:gridCol w:w="3428"/>
      </w:tblGrid>
      <w:tr>
        <w:trPr>
          <w:trHeight w:hRule="exact" w:val="362"/>
        </w:trPr>
        <w:tc>
          <w:tcPr>
            <w:tcW w:type="dxa" w:w="3082"/>
            <w:tcBorders/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60" w:after="0"/>
              <w:ind w:left="0" w:right="0" w:firstLine="0"/>
              <w:jc w:val="left"/>
            </w:pPr>
            <w:r>
              <w:rPr>
                <w:w w:val="102.02845573425292"/>
                <w:rFonts w:ascii="Times New Roman" w:hAnsi="Times New Roman" w:eastAsia="Times New Roman"/>
                <w:b w:val="0"/>
                <w:i w:val="0"/>
                <w:color w:val="000000"/>
                <w:sz w:val="20"/>
              </w:rPr>
              <w:t>______________Юсупова Х.С.</w:t>
            </w:r>
          </w:p>
        </w:tc>
        <w:tc>
          <w:tcPr>
            <w:tcW w:type="dxa" w:w="3800"/>
            <w:tcBorders/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60" w:after="0"/>
              <w:ind w:left="436" w:right="0" w:firstLine="0"/>
              <w:jc w:val="left"/>
            </w:pPr>
            <w:r>
              <w:rPr>
                <w:w w:val="102.02845573425292"/>
                <w:rFonts w:ascii="Times New Roman" w:hAnsi="Times New Roman" w:eastAsia="Times New Roman"/>
                <w:b w:val="0"/>
                <w:i w:val="0"/>
                <w:color w:val="000000"/>
                <w:sz w:val="20"/>
              </w:rPr>
              <w:t>______________Абдурахманова Г.М.</w:t>
            </w:r>
          </w:p>
        </w:tc>
        <w:tc>
          <w:tcPr>
            <w:tcW w:type="dxa" w:w="3020"/>
            <w:tcBorders/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60" w:after="0"/>
              <w:ind w:left="152" w:right="0" w:firstLine="0"/>
              <w:jc w:val="left"/>
            </w:pPr>
            <w:r>
              <w:rPr>
                <w:w w:val="102.02845573425292"/>
                <w:rFonts w:ascii="Times New Roman" w:hAnsi="Times New Roman" w:eastAsia="Times New Roman"/>
                <w:b w:val="0"/>
                <w:i w:val="0"/>
                <w:color w:val="000000"/>
                <w:sz w:val="20"/>
              </w:rPr>
              <w:t>______________Нугаева З.Г.</w:t>
            </w:r>
          </w:p>
        </w:tc>
      </w:tr>
      <w:tr>
        <w:trPr>
          <w:trHeight w:hRule="exact" w:val="420"/>
        </w:trPr>
        <w:tc>
          <w:tcPr>
            <w:tcW w:type="dxa" w:w="3082"/>
            <w:tcBorders/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106" w:after="0"/>
              <w:ind w:left="0" w:right="0" w:firstLine="0"/>
              <w:jc w:val="left"/>
            </w:pPr>
            <w:r>
              <w:rPr>
                <w:w w:val="102.02845573425292"/>
                <w:rFonts w:ascii="Times New Roman" w:hAnsi="Times New Roman" w:eastAsia="Times New Roman"/>
                <w:b w:val="0"/>
                <w:i w:val="0"/>
                <w:color w:val="000000"/>
                <w:sz w:val="20"/>
              </w:rPr>
              <w:t>Протокол №</w:t>
            </w:r>
          </w:p>
        </w:tc>
        <w:tc>
          <w:tcPr>
            <w:tcW w:type="dxa" w:w="3800"/>
            <w:tcBorders/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106" w:after="0"/>
              <w:ind w:left="436" w:right="0" w:firstLine="0"/>
              <w:jc w:val="left"/>
            </w:pPr>
            <w:r>
              <w:rPr>
                <w:w w:val="102.02845573425292"/>
                <w:rFonts w:ascii="Times New Roman" w:hAnsi="Times New Roman" w:eastAsia="Times New Roman"/>
                <w:b w:val="0"/>
                <w:i w:val="0"/>
                <w:color w:val="000000"/>
                <w:sz w:val="20"/>
              </w:rPr>
              <w:t>Протокол №</w:t>
            </w:r>
          </w:p>
        </w:tc>
        <w:tc>
          <w:tcPr>
            <w:tcW w:type="dxa" w:w="3020"/>
            <w:tcBorders/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106" w:after="0"/>
              <w:ind w:left="152" w:right="0" w:firstLine="0"/>
              <w:jc w:val="left"/>
            </w:pPr>
            <w:r>
              <w:rPr>
                <w:w w:val="102.02845573425292"/>
                <w:rFonts w:ascii="Times New Roman" w:hAnsi="Times New Roman" w:eastAsia="Times New Roman"/>
                <w:b w:val="0"/>
                <w:i w:val="0"/>
                <w:color w:val="000000"/>
                <w:sz w:val="20"/>
              </w:rPr>
              <w:t>Приказ №</w:t>
            </w:r>
          </w:p>
        </w:tc>
      </w:tr>
      <w:tr>
        <w:trPr>
          <w:trHeight w:hRule="exact" w:val="380"/>
        </w:trPr>
        <w:tc>
          <w:tcPr>
            <w:tcW w:type="dxa" w:w="3082"/>
            <w:tcBorders/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4" w:after="0"/>
              <w:ind w:left="0" w:right="0" w:firstLine="0"/>
              <w:jc w:val="left"/>
            </w:pPr>
            <w:r>
              <w:rPr>
                <w:w w:val="102.02845573425292"/>
                <w:rFonts w:ascii="Times New Roman" w:hAnsi="Times New Roman" w:eastAsia="Times New Roman"/>
                <w:b w:val="0"/>
                <w:i w:val="0"/>
                <w:color w:val="000000"/>
                <w:sz w:val="20"/>
              </w:rPr>
              <w:t>от "" г.</w:t>
            </w:r>
          </w:p>
        </w:tc>
        <w:tc>
          <w:tcPr>
            <w:tcW w:type="dxa" w:w="3800"/>
            <w:tcBorders/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4" w:after="0"/>
              <w:ind w:left="436" w:right="0" w:firstLine="0"/>
              <w:jc w:val="left"/>
            </w:pPr>
            <w:r>
              <w:rPr>
                <w:w w:val="102.02845573425292"/>
                <w:rFonts w:ascii="Times New Roman" w:hAnsi="Times New Roman" w:eastAsia="Times New Roman"/>
                <w:b w:val="0"/>
                <w:i w:val="0"/>
                <w:color w:val="000000"/>
                <w:sz w:val="20"/>
              </w:rPr>
              <w:t>от ""    г.</w:t>
            </w:r>
          </w:p>
        </w:tc>
        <w:tc>
          <w:tcPr>
            <w:tcW w:type="dxa" w:w="3020"/>
            <w:tcBorders/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4" w:after="0"/>
              <w:ind w:left="152" w:right="0" w:firstLine="0"/>
              <w:jc w:val="left"/>
            </w:pPr>
            <w:r>
              <w:rPr>
                <w:w w:val="102.02845573425292"/>
                <w:rFonts w:ascii="Times New Roman" w:hAnsi="Times New Roman" w:eastAsia="Times New Roman"/>
                <w:b w:val="0"/>
                <w:i w:val="0"/>
                <w:color w:val="000000"/>
                <w:sz w:val="20"/>
              </w:rPr>
              <w:t>от ""  г.</w:t>
            </w:r>
          </w:p>
        </w:tc>
      </w:tr>
    </w:tbl>
    <w:p>
      <w:pPr>
        <w:autoSpaceDN w:val="0"/>
        <w:autoSpaceDE w:val="0"/>
        <w:widowControl/>
        <w:spacing w:line="230" w:lineRule="auto" w:before="978" w:after="0"/>
        <w:ind w:left="0" w:right="3642" w:firstLine="0"/>
        <w:jc w:val="right"/>
      </w:pPr>
      <w:r>
        <w:rPr>
          <w:rFonts w:ascii="Times New Roman" w:hAnsi="Times New Roman" w:eastAsia="Times New Roman"/>
          <w:b/>
          <w:i w:val="0"/>
          <w:color w:val="000000"/>
          <w:sz w:val="24"/>
        </w:rPr>
        <w:t>РАБОЧАЯ ПРОГРАММА</w:t>
      </w:r>
    </w:p>
    <w:p>
      <w:pPr>
        <w:autoSpaceDN w:val="0"/>
        <w:autoSpaceDE w:val="0"/>
        <w:widowControl/>
        <w:spacing w:line="230" w:lineRule="auto" w:before="70" w:after="0"/>
        <w:ind w:left="0" w:right="4414" w:firstLine="0"/>
        <w:jc w:val="right"/>
      </w:pPr>
      <w:r>
        <w:rPr>
          <w:rFonts w:ascii="Times New Roman" w:hAnsi="Times New Roman" w:eastAsia="Times New Roman"/>
          <w:b/>
          <w:i w:val="0"/>
          <w:color w:val="000000"/>
          <w:sz w:val="24"/>
        </w:rPr>
        <w:t>(ID 2750244)</w:t>
      </w:r>
    </w:p>
    <w:p>
      <w:pPr>
        <w:autoSpaceDN w:val="0"/>
        <w:autoSpaceDE w:val="0"/>
        <w:widowControl/>
        <w:spacing w:line="230" w:lineRule="auto" w:before="166" w:after="0"/>
        <w:ind w:left="0" w:right="4014" w:firstLine="0"/>
        <w:jc w:val="right"/>
      </w:pP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>учебного предмета</w:t>
      </w:r>
    </w:p>
    <w:p>
      <w:pPr>
        <w:autoSpaceDN w:val="0"/>
        <w:autoSpaceDE w:val="0"/>
        <w:widowControl/>
        <w:spacing w:line="230" w:lineRule="auto" w:before="70" w:after="0"/>
        <w:ind w:left="0" w:right="3924" w:firstLine="0"/>
        <w:jc w:val="right"/>
      </w:pP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>«Окружающий мир»</w:t>
      </w:r>
    </w:p>
    <w:p>
      <w:pPr>
        <w:autoSpaceDN w:val="0"/>
        <w:autoSpaceDE w:val="0"/>
        <w:widowControl/>
        <w:spacing w:line="230" w:lineRule="auto" w:before="670" w:after="0"/>
        <w:ind w:left="0" w:right="2674" w:firstLine="0"/>
        <w:jc w:val="right"/>
      </w:pP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>для 1 класса начального общего образования</w:t>
      </w:r>
    </w:p>
    <w:p>
      <w:pPr>
        <w:autoSpaceDN w:val="0"/>
        <w:autoSpaceDE w:val="0"/>
        <w:widowControl/>
        <w:spacing w:line="230" w:lineRule="auto" w:before="70" w:after="0"/>
        <w:ind w:left="0" w:right="3612" w:firstLine="0"/>
        <w:jc w:val="right"/>
      </w:pP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>на 2022-2023  учебный год</w:t>
      </w:r>
    </w:p>
    <w:p>
      <w:pPr>
        <w:autoSpaceDN w:val="0"/>
        <w:autoSpaceDE w:val="0"/>
        <w:widowControl/>
        <w:spacing w:line="230" w:lineRule="auto" w:before="2112" w:after="0"/>
        <w:ind w:left="0" w:right="20" w:firstLine="0"/>
        <w:jc w:val="right"/>
      </w:pP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>Составитель: Гаджиева Джахбат Гусейновна</w:t>
      </w:r>
    </w:p>
    <w:p>
      <w:pPr>
        <w:autoSpaceDN w:val="0"/>
        <w:autoSpaceDE w:val="0"/>
        <w:widowControl/>
        <w:spacing w:line="230" w:lineRule="auto" w:before="70" w:after="0"/>
        <w:ind w:left="0" w:right="22" w:firstLine="0"/>
        <w:jc w:val="right"/>
      </w:pP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>учитель начальных классов</w:t>
      </w:r>
    </w:p>
    <w:p>
      <w:pPr>
        <w:autoSpaceDN w:val="0"/>
        <w:autoSpaceDE w:val="0"/>
        <w:widowControl/>
        <w:spacing w:line="230" w:lineRule="auto" w:before="2830" w:after="0"/>
        <w:ind w:left="0" w:right="4120" w:firstLine="0"/>
        <w:jc w:val="right"/>
      </w:pP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>г. Кизилюрт 2022</w:t>
      </w:r>
    </w:p>
    <w:p>
      <w:pPr>
        <w:sectPr>
          <w:pgSz w:w="11900" w:h="16840"/>
          <w:pgMar w:top="298" w:right="878" w:bottom="296" w:left="738" w:header="720" w:footer="720" w:gutter="0"/>
          <w:cols w:space="720" w:num="1" w:equalWidth="0">
            <w:col w:w="10284" w:space="0"/>
          </w:cols>
          <w:docGrid w:linePitch="360"/>
        </w:sectPr>
      </w:pPr>
    </w:p>
    <w:p>
      <w:pPr>
        <w:sectPr>
          <w:pgSz w:w="11900" w:h="16840"/>
          <w:pgMar w:top="1440" w:right="1440" w:bottom="1440" w:left="1440" w:header="720" w:footer="720" w:gutter="0"/>
          <w:cols w:space="720" w:num="1" w:equalWidth="0">
            <w:col w:w="10284" w:space="0"/>
          </w:cols>
          <w:docGrid w:linePitch="360"/>
        </w:sectPr>
      </w:pPr>
    </w:p>
    <w:p>
      <w:pPr>
        <w:autoSpaceDN w:val="0"/>
        <w:autoSpaceDE w:val="0"/>
        <w:widowControl/>
        <w:spacing w:line="220" w:lineRule="exact" w:before="0" w:after="78"/>
        <w:ind w:left="0" w:right="0"/>
      </w:pPr>
    </w:p>
    <w:p>
      <w:pPr>
        <w:autoSpaceDN w:val="0"/>
        <w:autoSpaceDE w:val="0"/>
        <w:widowControl/>
        <w:spacing w:line="230" w:lineRule="auto" w:before="0" w:after="0"/>
        <w:ind w:left="0" w:right="0" w:firstLine="0"/>
        <w:jc w:val="left"/>
      </w:pPr>
      <w:r>
        <w:rPr>
          <w:rFonts w:ascii="Times New Roman" w:hAnsi="Times New Roman" w:eastAsia="Times New Roman"/>
          <w:b/>
          <w:i w:val="0"/>
          <w:color w:val="000000"/>
          <w:sz w:val="24"/>
        </w:rPr>
        <w:t>ПОЯСНИТЕЛЬНАЯ ЗАПИСКА</w:t>
      </w:r>
    </w:p>
    <w:p>
      <w:pPr>
        <w:autoSpaceDN w:val="0"/>
        <w:autoSpaceDE w:val="0"/>
        <w:widowControl/>
        <w:spacing w:line="271" w:lineRule="auto" w:before="346" w:after="0"/>
        <w:ind w:left="0" w:right="288" w:firstLine="180"/>
        <w:jc w:val="left"/>
      </w:pP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 xml:space="preserve">Программа по учебному предмету «Окружающий мир» (предметная область «Обществознание и </w:t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 xml:space="preserve">естествознание» («Окружающий мир») включает: пояснительную записку, содержание обучения, </w:t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>планируемые результаты освоения программы учебного предмета, тематическое планирование.</w:t>
      </w:r>
    </w:p>
    <w:p>
      <w:pPr>
        <w:autoSpaceDN w:val="0"/>
        <w:autoSpaceDE w:val="0"/>
        <w:widowControl/>
        <w:spacing w:line="276" w:lineRule="auto" w:before="70" w:after="0"/>
        <w:ind w:left="0" w:right="144" w:firstLine="180"/>
        <w:jc w:val="left"/>
      </w:pP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 xml:space="preserve">Пояснительная записка отражает общие цели и задачи изучения предмета, характеристику </w:t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 xml:space="preserve">психологических предпосылок к его изучению младшими школьниками; место в структуре учебного </w:t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 xml:space="preserve">плана, а также подходы к отбору содержания, планируемым результатам и тематическому </w:t>
      </w:r>
      <w:r>
        <w:br/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>планированию.</w:t>
      </w:r>
    </w:p>
    <w:p>
      <w:pPr>
        <w:autoSpaceDN w:val="0"/>
        <w:autoSpaceDE w:val="0"/>
        <w:widowControl/>
        <w:spacing w:line="286" w:lineRule="auto" w:before="70" w:after="0"/>
        <w:ind w:left="0" w:right="144" w:firstLine="180"/>
        <w:jc w:val="left"/>
      </w:pP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 xml:space="preserve">Содержание обучения раскрывает  содержательные  линии для обязательного изучения в 1 классе </w:t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 xml:space="preserve">начальной школы. Содержание обучения в 1 классе завершатся перечнем универсальных учебных </w:t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 xml:space="preserve">действий (УУД) — познавательных, коммуникативных и регулятивных, которые возможно </w:t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 xml:space="preserve">формировать средствами  учебного  предмета  «Окружающий  мир» с   учётом   возрастных </w:t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 xml:space="preserve">особенностей   младших   школьников. В первом классе предлагается пропедевтический уровень </w:t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 xml:space="preserve">формирования УУД, поскольку становление универсальности действий на этом этапе обучения </w:t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 xml:space="preserve">только начинается. С учётом того, что выполнение правил совместной деятельности строится на </w:t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 xml:space="preserve">интеграции регулятивных (определенные волевые усилия, саморегуляция, самоконтроль, проявление </w:t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 xml:space="preserve">терпения и доброжелательности при налаживании отношений) и коммуникативных (способность </w:t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 xml:space="preserve">вербальными средствами устанавливать взаимоотношения) универсальных учебных действий, их </w:t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>перечень дан в специальном разделе — «Совместная деятельность».</w:t>
      </w:r>
    </w:p>
    <w:p>
      <w:pPr>
        <w:autoSpaceDN w:val="0"/>
        <w:tabs>
          <w:tab w:pos="180" w:val="left"/>
        </w:tabs>
        <w:autoSpaceDE w:val="0"/>
        <w:widowControl/>
        <w:spacing w:line="281" w:lineRule="auto" w:before="70" w:after="0"/>
        <w:ind w:left="0" w:right="0" w:firstLine="0"/>
        <w:jc w:val="left"/>
      </w:pPr>
      <w:r>
        <w:tab/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 xml:space="preserve">Планируемые результаты включают личностные, метапредметные результаты за период обучения, а </w:t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 xml:space="preserve">также предметные достижения младшего школьника за первый год обучения в начальной школе. </w:t>
      </w:r>
      <w:r>
        <w:tab/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 xml:space="preserve">В тематическом планировании описывается программное содержание по всем разделам содержания </w:t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 xml:space="preserve">обучения 1 класса, а также раскрываются методы и формы организации обучения и характеристика </w:t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 xml:space="preserve">деятельностей, которые целесообразно использовать при изучении той или иной программной темы. </w:t>
      </w:r>
      <w:r>
        <w:tab/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>Представлены также способы организации дифференцированного обучения.</w:t>
      </w:r>
    </w:p>
    <w:p>
      <w:pPr>
        <w:autoSpaceDN w:val="0"/>
        <w:autoSpaceDE w:val="0"/>
        <w:widowControl/>
        <w:spacing w:line="281" w:lineRule="auto" w:before="70" w:after="0"/>
        <w:ind w:left="0" w:right="432" w:firstLine="180"/>
        <w:jc w:val="left"/>
      </w:pP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 xml:space="preserve">Рабочая программа по предмету «Окружающий мир» на уровне 1 класса начального общего </w:t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 xml:space="preserve">образования составлена на основе требований к результатам освоения основной образовательной </w:t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 xml:space="preserve">программы начального общего образования, представленных в Федеральном государственном </w:t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 xml:space="preserve">образовательном стандарте начального общего образования, Примерной программы воспитания, а </w:t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>также с учётом историко-культурного  стандарта.</w:t>
      </w:r>
    </w:p>
    <w:p>
      <w:pPr>
        <w:autoSpaceDN w:val="0"/>
        <w:autoSpaceDE w:val="0"/>
        <w:widowControl/>
        <w:spacing w:line="271" w:lineRule="auto" w:before="72" w:after="0"/>
        <w:ind w:left="0" w:right="288" w:firstLine="180"/>
        <w:jc w:val="left"/>
      </w:pP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 xml:space="preserve">Изучение предмета «Окружающий мир», интегрирующего знания о природе, предметном мире, </w:t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 xml:space="preserve">обществе и взаимодействии людей в нём, соответствует потребностям и интересам детей младшего </w:t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>школьного возраста и направлено на достижение следующих целей:</w:t>
      </w:r>
    </w:p>
    <w:p>
      <w:pPr>
        <w:autoSpaceDN w:val="0"/>
        <w:autoSpaceDE w:val="0"/>
        <w:widowControl/>
        <w:spacing w:line="276" w:lineRule="auto" w:before="178" w:after="0"/>
        <w:ind w:left="420" w:right="288" w:firstLine="0"/>
        <w:jc w:val="left"/>
      </w:pP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 xml:space="preserve">—  формирование целостного взгляда на мир, осознание места в нём человека на основе </w:t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 xml:space="preserve">целостного взгляда на окружающий мир (природную и социальную среду обитания); освоение </w:t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 xml:space="preserve">естественнонаучных, обществоведческих, нравственно этических понятий, представленных в </w:t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 xml:space="preserve">содержании данного учебного предмета; </w:t>
      </w:r>
    </w:p>
    <w:p>
      <w:pPr>
        <w:autoSpaceDN w:val="0"/>
        <w:autoSpaceDE w:val="0"/>
        <w:widowControl/>
        <w:spacing w:line="276" w:lineRule="auto" w:before="190" w:after="0"/>
        <w:ind w:left="420" w:right="0" w:firstLine="0"/>
        <w:jc w:val="left"/>
      </w:pP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 xml:space="preserve">—  развитие умений  и  навыков  применять  полученные  знания в реальной  учебной  и </w:t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 xml:space="preserve">жизненной  практике,  связанной  как с поисково-исследовательской деятельностью (наблюдения, </w:t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 xml:space="preserve">опыты, трудовая деятельность), так и с творческим использованием приобретённых знаний в </w:t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 xml:space="preserve">речевой, изобразительной, художественной деятельности; </w:t>
      </w:r>
    </w:p>
    <w:p>
      <w:pPr>
        <w:autoSpaceDN w:val="0"/>
        <w:autoSpaceDE w:val="0"/>
        <w:widowControl/>
        <w:spacing w:line="271" w:lineRule="auto" w:before="190" w:after="0"/>
        <w:ind w:left="420" w:right="144" w:firstLine="0"/>
        <w:jc w:val="left"/>
      </w:pP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 xml:space="preserve">—  духовно-нравственное развитие и воспитание личности гражданина России, понимание своей </w:t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 xml:space="preserve">принадлежности к Российскому государству, определённому этносу; проявление уважения к </w:t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>истории, культуре, традициям народов РФ; освоение младшими школьниками мирового</w:t>
      </w:r>
    </w:p>
    <w:p>
      <w:pPr>
        <w:sectPr>
          <w:pgSz w:w="11900" w:h="16840"/>
          <w:pgMar w:top="298" w:right="650" w:bottom="450" w:left="666" w:header="720" w:footer="720" w:gutter="0"/>
          <w:cols w:space="720" w:num="1" w:equalWidth="0">
            <w:col w:w="10584" w:space="0"/>
            <w:col w:w="10284" w:space="0"/>
          </w:cols>
          <w:docGrid w:linePitch="360"/>
        </w:sectPr>
      </w:pPr>
    </w:p>
    <w:p>
      <w:pPr>
        <w:autoSpaceDN w:val="0"/>
        <w:autoSpaceDE w:val="0"/>
        <w:widowControl/>
        <w:spacing w:line="220" w:lineRule="exact" w:before="0" w:after="66"/>
        <w:ind w:left="0" w:right="0"/>
      </w:pPr>
    </w:p>
    <w:p>
      <w:pPr>
        <w:autoSpaceDN w:val="0"/>
        <w:autoSpaceDE w:val="0"/>
        <w:widowControl/>
        <w:spacing w:line="262" w:lineRule="auto" w:before="0" w:after="0"/>
        <w:ind w:left="420" w:right="432" w:firstLine="0"/>
        <w:jc w:val="left"/>
      </w:pP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 xml:space="preserve">культурного опыта по созданию общечеловеческих ценностей, законов и правил построения </w:t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 xml:space="preserve">взаимоотношений в социуме; обогащение духовного богатства обучающихся; </w:t>
      </w:r>
    </w:p>
    <w:p>
      <w:pPr>
        <w:autoSpaceDN w:val="0"/>
        <w:autoSpaceDE w:val="0"/>
        <w:widowControl/>
        <w:spacing w:line="281" w:lineRule="auto" w:before="190" w:after="0"/>
        <w:ind w:left="420" w:right="0" w:firstLine="0"/>
        <w:jc w:val="left"/>
      </w:pP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 xml:space="preserve">—  развитие способности ребёнка к социализации на основе принятия гуманистических норм </w:t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 xml:space="preserve">жизни, приобретение опыта эмоционально-положительного отношения к природе в соответствии </w:t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 xml:space="preserve">с экологическими нормами поведения; становление навыков повседневного проявления </w:t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 xml:space="preserve">культуры общения, гуманного отношения к людям,  уважительного  отношения  к их взглядам, </w:t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>мнению и индивидуальности</w:t>
      </w:r>
    </w:p>
    <w:p>
      <w:pPr>
        <w:autoSpaceDN w:val="0"/>
        <w:autoSpaceDE w:val="0"/>
        <w:widowControl/>
        <w:spacing w:line="286" w:lineRule="auto" w:before="178" w:after="0"/>
        <w:ind w:left="0" w:right="0" w:firstLine="180"/>
        <w:jc w:val="left"/>
      </w:pP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 xml:space="preserve">Центральной идеей конструирования содержания и планируемых результатов обучения является </w:t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 xml:space="preserve">раскрытие роли человека в природе и обществе, ознакомление с правилами поведения в среде </w:t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>обитания и освоение общечеловеческих ценностей взаимодействия в системах «Человек и природа»,</w:t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 xml:space="preserve">«Человек и общество», «Человек и другие люди», «Человек и познание». Важнейшей составляющей </w:t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 xml:space="preserve">всех указанных систем является содержание, усвоение которого гарантирует формирование у </w:t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 xml:space="preserve">обучающихся навыков здорового и безопасного образа жизни на основе развивающейся способности </w:t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>предвидеть результаты своих поступков и оценки возникшей ситуации.  Отбор содержания курса</w:t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>«Окружающий мир» осуществлён на основе следующих ведущих идей:</w:t>
      </w:r>
    </w:p>
    <w:p>
      <w:pPr>
        <w:autoSpaceDN w:val="0"/>
        <w:autoSpaceDE w:val="0"/>
        <w:widowControl/>
        <w:spacing w:line="230" w:lineRule="auto" w:before="178" w:after="0"/>
        <w:ind w:left="420" w:right="0" w:firstLine="0"/>
        <w:jc w:val="left"/>
      </w:pP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 xml:space="preserve">—  раскрытие роли человека в природе и обществе; </w:t>
      </w:r>
    </w:p>
    <w:p>
      <w:pPr>
        <w:autoSpaceDN w:val="0"/>
        <w:autoSpaceDE w:val="0"/>
        <w:widowControl/>
        <w:spacing w:line="271" w:lineRule="auto" w:before="190" w:after="0"/>
        <w:ind w:left="420" w:right="432" w:firstLine="0"/>
        <w:jc w:val="left"/>
      </w:pP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>—  освоение общечеловеческих ценностей взаимодействия в системах «Человек и природа»,</w:t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 xml:space="preserve">«Человек и общество», «Человек и другие люди», «Человек и его самость», «Человек и </w:t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>познание».</w:t>
      </w:r>
    </w:p>
    <w:p>
      <w:pPr>
        <w:autoSpaceDN w:val="0"/>
        <w:tabs>
          <w:tab w:pos="180" w:val="left"/>
        </w:tabs>
        <w:autoSpaceDE w:val="0"/>
        <w:widowControl/>
        <w:spacing w:line="262" w:lineRule="auto" w:before="178" w:after="0"/>
        <w:ind w:left="0" w:right="288" w:firstLine="0"/>
        <w:jc w:val="left"/>
      </w:pPr>
      <w:r>
        <w:tab/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 xml:space="preserve">Общее число часов, отведённых на изучение курса «Окружающий мир» в 1 классе составляет 66 </w:t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>часов (два часа в неделю).</w:t>
      </w:r>
    </w:p>
    <w:p>
      <w:pPr>
        <w:sectPr>
          <w:pgSz w:w="11900" w:h="16840"/>
          <w:pgMar w:top="286" w:right="766" w:bottom="1440" w:left="666" w:header="720" w:footer="720" w:gutter="0"/>
          <w:cols w:space="720" w:num="1" w:equalWidth="0">
            <w:col w:w="10468" w:space="0"/>
            <w:col w:w="10584" w:space="0"/>
            <w:col w:w="10284" w:space="0"/>
          </w:cols>
          <w:docGrid w:linePitch="360"/>
        </w:sectPr>
      </w:pPr>
    </w:p>
    <w:p>
      <w:pPr>
        <w:autoSpaceDN w:val="0"/>
        <w:autoSpaceDE w:val="0"/>
        <w:widowControl/>
        <w:spacing w:line="220" w:lineRule="exact" w:before="0" w:after="78"/>
        <w:ind w:left="0" w:right="0"/>
      </w:pPr>
    </w:p>
    <w:p>
      <w:pPr>
        <w:autoSpaceDN w:val="0"/>
        <w:autoSpaceDE w:val="0"/>
        <w:widowControl/>
        <w:spacing w:line="230" w:lineRule="auto" w:before="0" w:after="0"/>
        <w:ind w:left="0" w:right="0" w:firstLine="0"/>
        <w:jc w:val="left"/>
      </w:pPr>
      <w:r>
        <w:rPr>
          <w:rFonts w:ascii="Times New Roman" w:hAnsi="Times New Roman" w:eastAsia="Times New Roman"/>
          <w:b/>
          <w:i w:val="0"/>
          <w:color w:val="000000"/>
          <w:sz w:val="24"/>
        </w:rPr>
        <w:t xml:space="preserve">СОДЕРЖАНИЕ УЧЕБНОГО ПРЕДМЕТА </w:t>
      </w:r>
    </w:p>
    <w:p>
      <w:pPr>
        <w:autoSpaceDN w:val="0"/>
        <w:tabs>
          <w:tab w:pos="180" w:val="left"/>
        </w:tabs>
        <w:autoSpaceDE w:val="0"/>
        <w:widowControl/>
        <w:spacing w:line="281" w:lineRule="auto" w:before="346" w:after="0"/>
        <w:ind w:left="0" w:right="0" w:firstLine="0"/>
        <w:jc w:val="left"/>
      </w:pPr>
      <w:r>
        <w:tab/>
      </w:r>
      <w:r>
        <w:rPr>
          <w:rFonts w:ascii="Times New Roman" w:hAnsi="Times New Roman" w:eastAsia="Times New Roman"/>
          <w:b w:val="0"/>
          <w:i/>
          <w:color w:val="000000"/>
          <w:sz w:val="24"/>
        </w:rPr>
        <w:t xml:space="preserve">Человек и общество </w:t>
      </w:r>
      <w:r>
        <w:br/>
      </w:r>
      <w:r>
        <w:tab/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 xml:space="preserve">Школа. Школьные традиции и праздники. Адрес школы. Классный, школьный коллектив. Друзья, </w:t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 xml:space="preserve">взаимоотношения между ними; ценность дружбы, согласия, взаимной помощи. Совместная </w:t>
      </w:r>
      <w:r>
        <w:br/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 xml:space="preserve">деятельность с одноклассниками — учёба, игры, отдых. Рабочее место школьника: удобное </w:t>
      </w:r>
      <w:r>
        <w:br/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 xml:space="preserve">размещение учебных материалов и учебного оборудования; поза; освещение рабочего места. Правила </w:t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>безопасной работы на учебном месте. Режим труда и отдыха.</w:t>
      </w:r>
    </w:p>
    <w:p>
      <w:pPr>
        <w:autoSpaceDN w:val="0"/>
        <w:tabs>
          <w:tab w:pos="180" w:val="left"/>
        </w:tabs>
        <w:autoSpaceDE w:val="0"/>
        <w:widowControl/>
        <w:spacing w:line="262" w:lineRule="auto" w:before="70" w:after="0"/>
        <w:ind w:left="0" w:right="864" w:firstLine="0"/>
        <w:jc w:val="left"/>
      </w:pPr>
      <w:r>
        <w:tab/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 xml:space="preserve">Семья.  Моя семья в прошлом и настоящем.  Имена и фамилии членов семьи, их профессии. </w:t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>Взаимоотношения и взаимопомощь в семье.  Совместный труд и отдых.  Домашний адрес.</w:t>
      </w:r>
    </w:p>
    <w:p>
      <w:pPr>
        <w:autoSpaceDN w:val="0"/>
        <w:autoSpaceDE w:val="0"/>
        <w:widowControl/>
        <w:spacing w:line="276" w:lineRule="auto" w:before="72" w:after="0"/>
        <w:ind w:left="0" w:right="0" w:firstLine="180"/>
        <w:jc w:val="left"/>
      </w:pP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 xml:space="preserve">Россия — наша Родина. Москва — столица России. Символы России (герб, флаг, гимн). Народы </w:t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 xml:space="preserve">России. Первоначальные сведения о родном крае. Название своего населённого пункта (города, села), </w:t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 xml:space="preserve">региона. Культурные объекты родного края. Ценность и красота рукотворного  мира.    Правила </w:t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>поведения в социуме.</w:t>
      </w:r>
    </w:p>
    <w:p>
      <w:pPr>
        <w:autoSpaceDN w:val="0"/>
        <w:tabs>
          <w:tab w:pos="180" w:val="left"/>
        </w:tabs>
        <w:autoSpaceDE w:val="0"/>
        <w:widowControl/>
        <w:spacing w:line="281" w:lineRule="auto" w:before="70" w:after="0"/>
        <w:ind w:left="0" w:right="0" w:firstLine="0"/>
        <w:jc w:val="left"/>
      </w:pPr>
      <w:r>
        <w:tab/>
      </w:r>
      <w:r>
        <w:rPr>
          <w:rFonts w:ascii="Times New Roman" w:hAnsi="Times New Roman" w:eastAsia="Times New Roman"/>
          <w:b w:val="0"/>
          <w:i/>
          <w:color w:val="000000"/>
          <w:sz w:val="24"/>
        </w:rPr>
        <w:t xml:space="preserve">Человек и природа </w:t>
      </w:r>
      <w:r>
        <w:br/>
      </w:r>
      <w:r>
        <w:tab/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 xml:space="preserve">Природа — среда обитания человека. Природа и предметы, созданные человеком. Природные </w:t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 xml:space="preserve">материалы. Бережное отношение к предметам, вещам, уход за ними. Неживая и живая природа. </w:t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 xml:space="preserve">Наблюдение за погодой своего края. Погода и термометр. Определение температуры воздуха (воды) </w:t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 xml:space="preserve">по термометру. Сезонные изменения в природе.  Взаимосвязи между человеком и природой.  Правила </w:t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>нравственного и безопасного поведения в природе.</w:t>
      </w:r>
    </w:p>
    <w:p>
      <w:pPr>
        <w:autoSpaceDN w:val="0"/>
        <w:autoSpaceDE w:val="0"/>
        <w:widowControl/>
        <w:spacing w:line="276" w:lineRule="auto" w:before="70" w:after="0"/>
        <w:ind w:left="0" w:right="144" w:firstLine="180"/>
        <w:jc w:val="left"/>
      </w:pP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 xml:space="preserve">Растительный мир. Растения ближайшего окружения (узнавание, называние, краткое описание). </w:t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 xml:space="preserve">Лиственные и хвойные растения. Дикорастущие и культурные растения. Части растения (называние, </w:t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 xml:space="preserve">краткая характеристика значения для жизни растения): корень, стебель, лист, цветок, плод, семя. </w:t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>Комнатные растения, правила содержания и ухода.</w:t>
      </w:r>
    </w:p>
    <w:p>
      <w:pPr>
        <w:autoSpaceDN w:val="0"/>
        <w:tabs>
          <w:tab w:pos="180" w:val="left"/>
        </w:tabs>
        <w:autoSpaceDE w:val="0"/>
        <w:widowControl/>
        <w:spacing w:line="262" w:lineRule="auto" w:before="70" w:after="0"/>
        <w:ind w:left="0" w:right="576" w:firstLine="0"/>
        <w:jc w:val="left"/>
      </w:pPr>
      <w:r>
        <w:tab/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 xml:space="preserve">Мир животных Разные группы животных (звери, насекомые, птицы, рыбы и др. ). Домашние и </w:t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>дикие животные (различия в условиях жизни). Забота о домашних питомцах.</w:t>
      </w:r>
    </w:p>
    <w:p>
      <w:pPr>
        <w:autoSpaceDN w:val="0"/>
        <w:autoSpaceDE w:val="0"/>
        <w:widowControl/>
        <w:spacing w:line="262" w:lineRule="auto" w:before="70" w:after="0"/>
        <w:ind w:left="180" w:right="144" w:firstLine="0"/>
        <w:jc w:val="left"/>
      </w:pPr>
      <w:r>
        <w:rPr>
          <w:rFonts w:ascii="Times New Roman" w:hAnsi="Times New Roman" w:eastAsia="Times New Roman"/>
          <w:b w:val="0"/>
          <w:i/>
          <w:color w:val="000000"/>
          <w:sz w:val="24"/>
        </w:rPr>
        <w:t xml:space="preserve">Правила безопасной жизни </w:t>
      </w:r>
      <w:r>
        <w:br/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 xml:space="preserve">Понимание необходимости соблюдения режима дня, правил здорового питания и личной гигиены. </w:t>
      </w:r>
    </w:p>
    <w:p>
      <w:pPr>
        <w:autoSpaceDN w:val="0"/>
        <w:autoSpaceDE w:val="0"/>
        <w:widowControl/>
        <w:spacing w:line="230" w:lineRule="auto" w:before="70" w:after="0"/>
        <w:ind w:left="0" w:right="0" w:firstLine="0"/>
        <w:jc w:val="left"/>
      </w:pP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>Правила безопасности в быту: пользование бытовыми электроприборами, газовыми плитами.</w:t>
      </w:r>
    </w:p>
    <w:p>
      <w:pPr>
        <w:autoSpaceDN w:val="0"/>
        <w:tabs>
          <w:tab w:pos="180" w:val="left"/>
        </w:tabs>
        <w:autoSpaceDE w:val="0"/>
        <w:widowControl/>
        <w:spacing w:line="262" w:lineRule="auto" w:before="70" w:after="0"/>
        <w:ind w:left="0" w:right="288" w:firstLine="0"/>
        <w:jc w:val="left"/>
      </w:pPr>
      <w:r>
        <w:tab/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 xml:space="preserve">Дорога от дома до школы. Правила безопасного поведения пешехода (дорожные знаки, дорожная </w:t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>разметка, дорожные сигналы).</w:t>
      </w:r>
    </w:p>
    <w:p>
      <w:pPr>
        <w:autoSpaceDN w:val="0"/>
        <w:tabs>
          <w:tab w:pos="180" w:val="left"/>
        </w:tabs>
        <w:autoSpaceDE w:val="0"/>
        <w:widowControl/>
        <w:spacing w:line="262" w:lineRule="auto" w:before="72" w:after="0"/>
        <w:ind w:left="0" w:right="432" w:firstLine="0"/>
        <w:jc w:val="left"/>
      </w:pPr>
      <w:r>
        <w:tab/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 xml:space="preserve">Безопасность в сети Интернет (электронный дневник и электронные ресурсы школы) в условиях </w:t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>контролируемого доступа в Интернет.</w:t>
      </w:r>
    </w:p>
    <w:p>
      <w:pPr>
        <w:autoSpaceDN w:val="0"/>
        <w:autoSpaceDE w:val="0"/>
        <w:widowControl/>
        <w:spacing w:line="262" w:lineRule="auto" w:before="192" w:after="0"/>
        <w:ind w:left="180" w:right="3456" w:firstLine="0"/>
        <w:jc w:val="left"/>
      </w:pPr>
      <w:r>
        <w:rPr>
          <w:rFonts w:ascii="Times New Roman" w:hAnsi="Times New Roman" w:eastAsia="Times New Roman"/>
          <w:b/>
          <w:i w:val="0"/>
          <w:color w:val="000000"/>
          <w:sz w:val="24"/>
        </w:rPr>
        <w:t xml:space="preserve">Универсальные учебные действия (пропедевтический уровень) </w:t>
      </w:r>
      <w:r>
        <w:rPr>
          <w:rFonts w:ascii="Times New Roman" w:hAnsi="Times New Roman" w:eastAsia="Times New Roman"/>
          <w:b w:val="0"/>
          <w:i/>
          <w:color w:val="000000"/>
          <w:sz w:val="24"/>
        </w:rPr>
        <w:t>Познавательные универсальные учебные действия:</w:t>
      </w:r>
    </w:p>
    <w:p>
      <w:pPr>
        <w:autoSpaceDN w:val="0"/>
        <w:autoSpaceDE w:val="0"/>
        <w:widowControl/>
        <w:spacing w:line="262" w:lineRule="auto" w:before="178" w:after="0"/>
        <w:ind w:left="420" w:right="144" w:firstLine="0"/>
        <w:jc w:val="left"/>
      </w:pP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 xml:space="preserve">—  сравнивать происходящие в природе изменения, наблюдать зависимость изменений в живой </w:t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 xml:space="preserve">природе от состояния неживой природы; </w:t>
      </w:r>
    </w:p>
    <w:p>
      <w:pPr>
        <w:autoSpaceDN w:val="0"/>
        <w:autoSpaceDE w:val="0"/>
        <w:widowControl/>
        <w:spacing w:line="262" w:lineRule="auto" w:before="190" w:after="0"/>
        <w:ind w:left="420" w:right="288" w:firstLine="0"/>
        <w:jc w:val="left"/>
      </w:pP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 xml:space="preserve">—  приводить примеры представителей разных групп животных (звери, насекомые, рыбы, </w:t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 xml:space="preserve">птицы), называть главную особенность представителей одной группы (в пределах изученного); </w:t>
      </w:r>
    </w:p>
    <w:p>
      <w:pPr>
        <w:autoSpaceDN w:val="0"/>
        <w:autoSpaceDE w:val="0"/>
        <w:widowControl/>
        <w:spacing w:line="262" w:lineRule="auto" w:before="190" w:after="0"/>
        <w:ind w:left="420" w:right="144" w:firstLine="0"/>
        <w:jc w:val="left"/>
      </w:pP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 xml:space="preserve">—  приводить примеры лиственных и хвойных растений, сравнивать их, устанавливать различия </w:t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>во внешнем виде.</w:t>
      </w:r>
    </w:p>
    <w:p>
      <w:pPr>
        <w:autoSpaceDN w:val="0"/>
        <w:autoSpaceDE w:val="0"/>
        <w:widowControl/>
        <w:spacing w:line="230" w:lineRule="auto" w:before="178" w:after="0"/>
        <w:ind w:left="180" w:right="0" w:firstLine="0"/>
        <w:jc w:val="left"/>
      </w:pPr>
      <w:r>
        <w:rPr>
          <w:rFonts w:ascii="Times New Roman" w:hAnsi="Times New Roman" w:eastAsia="Times New Roman"/>
          <w:b w:val="0"/>
          <w:i/>
          <w:color w:val="000000"/>
          <w:sz w:val="24"/>
        </w:rPr>
        <w:t>Работа с информацией:</w:t>
      </w:r>
    </w:p>
    <w:p>
      <w:pPr>
        <w:autoSpaceDN w:val="0"/>
        <w:autoSpaceDE w:val="0"/>
        <w:widowControl/>
        <w:spacing w:line="262" w:lineRule="auto" w:before="178" w:after="0"/>
        <w:ind w:left="420" w:right="0" w:firstLine="0"/>
        <w:jc w:val="left"/>
      </w:pP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 xml:space="preserve">—  понимать, что информация может быть представлена в разной форме — текста, иллюстраций, </w:t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 xml:space="preserve">видео, таблицы; </w:t>
      </w:r>
    </w:p>
    <w:p>
      <w:pPr>
        <w:sectPr>
          <w:pgSz w:w="11900" w:h="16840"/>
          <w:pgMar w:top="298" w:right="650" w:bottom="450" w:left="666" w:header="720" w:footer="720" w:gutter="0"/>
          <w:cols w:space="720" w:num="1" w:equalWidth="0">
            <w:col w:w="10584" w:space="0"/>
            <w:col w:w="10468" w:space="0"/>
            <w:col w:w="10584" w:space="0"/>
            <w:col w:w="10284" w:space="0"/>
          </w:cols>
          <w:docGrid w:linePitch="360"/>
        </w:sectPr>
      </w:pPr>
    </w:p>
    <w:p>
      <w:pPr>
        <w:autoSpaceDN w:val="0"/>
        <w:autoSpaceDE w:val="0"/>
        <w:widowControl/>
        <w:spacing w:line="220" w:lineRule="exact" w:before="0" w:after="108"/>
        <w:ind w:left="0" w:right="0"/>
      </w:pPr>
    </w:p>
    <w:p>
      <w:pPr>
        <w:autoSpaceDN w:val="0"/>
        <w:autoSpaceDE w:val="0"/>
        <w:widowControl/>
        <w:spacing w:line="230" w:lineRule="auto" w:before="0" w:after="0"/>
        <w:ind w:left="240" w:right="0" w:firstLine="0"/>
        <w:jc w:val="left"/>
      </w:pP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>—  соотносить иллюстрацию явления (объекта, предмета) с его названием.</w:t>
      </w:r>
    </w:p>
    <w:p>
      <w:pPr>
        <w:autoSpaceDN w:val="0"/>
        <w:autoSpaceDE w:val="0"/>
        <w:widowControl/>
        <w:spacing w:line="230" w:lineRule="auto" w:before="178" w:after="0"/>
        <w:ind w:left="0" w:right="0" w:firstLine="0"/>
        <w:jc w:val="left"/>
      </w:pPr>
      <w:r>
        <w:rPr>
          <w:rFonts w:ascii="Times New Roman" w:hAnsi="Times New Roman" w:eastAsia="Times New Roman"/>
          <w:b w:val="0"/>
          <w:i/>
          <w:color w:val="000000"/>
          <w:sz w:val="24"/>
        </w:rPr>
        <w:t>Коммуникативные универсальные учебные действия:</w:t>
      </w:r>
    </w:p>
    <w:p>
      <w:pPr>
        <w:autoSpaceDN w:val="0"/>
        <w:autoSpaceDE w:val="0"/>
        <w:widowControl/>
        <w:spacing w:line="262" w:lineRule="auto" w:before="178" w:after="0"/>
        <w:ind w:left="240" w:right="288" w:firstLine="0"/>
        <w:jc w:val="left"/>
      </w:pP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 xml:space="preserve">—  в процессе учебного диалога слушать говорящего; отвечать на вопросы, дополнять ответы </w:t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 xml:space="preserve">участников; уважительно от носиться к разным мнениям; </w:t>
      </w:r>
    </w:p>
    <w:p>
      <w:pPr>
        <w:autoSpaceDN w:val="0"/>
        <w:autoSpaceDE w:val="0"/>
        <w:widowControl/>
        <w:spacing w:line="262" w:lineRule="auto" w:before="190" w:after="0"/>
        <w:ind w:left="240" w:right="1008" w:firstLine="0"/>
        <w:jc w:val="left"/>
      </w:pP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 xml:space="preserve">—  воспроизводить названия своего населенного пункта, название страны, её столицы; </w:t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 xml:space="preserve">воспроизводить наизусть слова гимна России; </w:t>
      </w:r>
    </w:p>
    <w:p>
      <w:pPr>
        <w:autoSpaceDN w:val="0"/>
        <w:autoSpaceDE w:val="0"/>
        <w:widowControl/>
        <w:spacing w:line="262" w:lineRule="auto" w:before="190" w:after="0"/>
        <w:ind w:left="240" w:right="0" w:firstLine="0"/>
        <w:jc w:val="left"/>
      </w:pP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 xml:space="preserve">—  соотносить  предметы   декоративно-прикладного   искусства с принадлежностью народу РФ, </w:t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 xml:space="preserve">описывать предмет по предложенному плану; </w:t>
      </w:r>
    </w:p>
    <w:p>
      <w:pPr>
        <w:autoSpaceDN w:val="0"/>
        <w:autoSpaceDE w:val="0"/>
        <w:widowControl/>
        <w:spacing w:line="262" w:lineRule="auto" w:before="192" w:after="0"/>
        <w:ind w:left="240" w:right="432" w:firstLine="0"/>
        <w:jc w:val="left"/>
      </w:pP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 xml:space="preserve">—  описывать по предложенному плану время года, передавать в рассказе своё отношение к </w:t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 xml:space="preserve">природным явлениям; </w:t>
      </w:r>
    </w:p>
    <w:p>
      <w:pPr>
        <w:autoSpaceDN w:val="0"/>
        <w:autoSpaceDE w:val="0"/>
        <w:widowControl/>
        <w:spacing w:line="230" w:lineRule="auto" w:before="190" w:after="0"/>
        <w:ind w:left="240" w:right="0" w:firstLine="0"/>
        <w:jc w:val="left"/>
      </w:pP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>—  сравнивать домашних и диких животных, объяснять, чем они различаются.</w:t>
      </w:r>
    </w:p>
    <w:p>
      <w:pPr>
        <w:autoSpaceDN w:val="0"/>
        <w:autoSpaceDE w:val="0"/>
        <w:widowControl/>
        <w:spacing w:line="230" w:lineRule="auto" w:before="178" w:after="0"/>
        <w:ind w:left="0" w:right="0" w:firstLine="0"/>
        <w:jc w:val="left"/>
      </w:pPr>
      <w:r>
        <w:rPr>
          <w:rFonts w:ascii="Times New Roman" w:hAnsi="Times New Roman" w:eastAsia="Times New Roman"/>
          <w:b w:val="0"/>
          <w:i/>
          <w:color w:val="000000"/>
          <w:sz w:val="24"/>
        </w:rPr>
        <w:t>Регулятивные универсальные учебные действия:</w:t>
      </w:r>
    </w:p>
    <w:p>
      <w:pPr>
        <w:autoSpaceDN w:val="0"/>
        <w:autoSpaceDE w:val="0"/>
        <w:widowControl/>
        <w:spacing w:line="271" w:lineRule="auto" w:before="178" w:after="0"/>
        <w:ind w:left="240" w:right="0" w:firstLine="0"/>
        <w:jc w:val="left"/>
      </w:pP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 xml:space="preserve">—  сравнивать организацию своей жизни с установленными правилами здорового образа жизни </w:t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 xml:space="preserve">(выполнение режима, двигательная активность, закаливание, безопасность использования </w:t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 xml:space="preserve">бытовых электроприборов); </w:t>
      </w:r>
    </w:p>
    <w:p>
      <w:pPr>
        <w:autoSpaceDN w:val="0"/>
        <w:autoSpaceDE w:val="0"/>
        <w:widowControl/>
        <w:spacing w:line="262" w:lineRule="auto" w:before="190" w:after="0"/>
        <w:ind w:left="240" w:right="144" w:firstLine="0"/>
        <w:jc w:val="left"/>
      </w:pP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 xml:space="preserve">—  оценивать выполнение правил безопасного поведения на дорогах и улицах другими детьми, </w:t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 xml:space="preserve">выполнять самооценку; </w:t>
      </w:r>
    </w:p>
    <w:p>
      <w:pPr>
        <w:autoSpaceDN w:val="0"/>
        <w:autoSpaceDE w:val="0"/>
        <w:widowControl/>
        <w:spacing w:line="271" w:lineRule="auto" w:before="190" w:after="0"/>
        <w:ind w:left="240" w:right="0" w:firstLine="0"/>
        <w:jc w:val="left"/>
      </w:pP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 xml:space="preserve">—  анализировать предложенные ситуации: устанавливать нарушения режима дня, организации </w:t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 xml:space="preserve">учебной работы; нарушения правил дорожного движения, правил пользования электро и </w:t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>газовыми приборами.</w:t>
      </w:r>
    </w:p>
    <w:p>
      <w:pPr>
        <w:autoSpaceDN w:val="0"/>
        <w:autoSpaceDE w:val="0"/>
        <w:widowControl/>
        <w:spacing w:line="230" w:lineRule="auto" w:before="178" w:after="0"/>
        <w:ind w:left="0" w:right="0" w:firstLine="0"/>
        <w:jc w:val="left"/>
      </w:pPr>
      <w:r>
        <w:rPr>
          <w:rFonts w:ascii="Times New Roman" w:hAnsi="Times New Roman" w:eastAsia="Times New Roman"/>
          <w:b w:val="0"/>
          <w:i/>
          <w:color w:val="000000"/>
          <w:sz w:val="24"/>
        </w:rPr>
        <w:t>Совместная деятельность:</w:t>
      </w:r>
    </w:p>
    <w:p>
      <w:pPr>
        <w:autoSpaceDN w:val="0"/>
        <w:autoSpaceDE w:val="0"/>
        <w:widowControl/>
        <w:spacing w:line="271" w:lineRule="auto" w:before="178" w:after="0"/>
        <w:ind w:left="240" w:right="432" w:firstLine="0"/>
        <w:jc w:val="left"/>
      </w:pP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 xml:space="preserve">—  соблюдать правила общения в совместной деятельности: договариваться, справедливо </w:t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 xml:space="preserve">распределять работу, определять нарушение правил взаимоотношений, при участии учителя </w:t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>устранять возникающие конфликты.</w:t>
      </w:r>
    </w:p>
    <w:p>
      <w:pPr>
        <w:sectPr>
          <w:pgSz w:w="11900" w:h="16840"/>
          <w:pgMar w:top="328" w:right="796" w:bottom="1440" w:left="846" w:header="720" w:footer="720" w:gutter="0"/>
          <w:cols w:space="720" w:num="1" w:equalWidth="0">
            <w:col w:w="10258" w:space="0"/>
            <w:col w:w="10584" w:space="0"/>
            <w:col w:w="10468" w:space="0"/>
            <w:col w:w="10584" w:space="0"/>
            <w:col w:w="10284" w:space="0"/>
          </w:cols>
          <w:docGrid w:linePitch="360"/>
        </w:sectPr>
      </w:pPr>
    </w:p>
    <w:p>
      <w:pPr>
        <w:autoSpaceDN w:val="0"/>
        <w:autoSpaceDE w:val="0"/>
        <w:widowControl/>
        <w:spacing w:line="220" w:lineRule="exact" w:before="0" w:after="78"/>
        <w:ind w:left="0" w:right="0"/>
      </w:pPr>
    </w:p>
    <w:p>
      <w:pPr>
        <w:autoSpaceDN w:val="0"/>
        <w:autoSpaceDE w:val="0"/>
        <w:widowControl/>
        <w:spacing w:line="230" w:lineRule="auto" w:before="0" w:after="0"/>
        <w:ind w:left="0" w:right="0" w:firstLine="0"/>
        <w:jc w:val="left"/>
      </w:pPr>
      <w:r>
        <w:rPr>
          <w:rFonts w:ascii="Times New Roman" w:hAnsi="Times New Roman" w:eastAsia="Times New Roman"/>
          <w:b/>
          <w:i w:val="0"/>
          <w:color w:val="000000"/>
          <w:sz w:val="24"/>
        </w:rPr>
        <w:t>ПЛАНИРУЕМЫЕ ОБРАЗОВАТЕЛЬНЫЕ РЕЗУЛЬТАТЫ</w:t>
      </w:r>
    </w:p>
    <w:p>
      <w:pPr>
        <w:autoSpaceDN w:val="0"/>
        <w:tabs>
          <w:tab w:pos="180" w:val="left"/>
        </w:tabs>
        <w:autoSpaceDE w:val="0"/>
        <w:widowControl/>
        <w:spacing w:line="262" w:lineRule="auto" w:before="346" w:after="0"/>
        <w:ind w:left="0" w:right="720" w:firstLine="0"/>
        <w:jc w:val="left"/>
      </w:pPr>
      <w:r>
        <w:tab/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 xml:space="preserve">Изучение предмета "Окружающий мир" в 1 классе направлено на достижение обучающимися </w:t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>личностных, метапредметных и предметных результатов освоения учебного предмета.</w:t>
      </w:r>
    </w:p>
    <w:p>
      <w:pPr>
        <w:autoSpaceDN w:val="0"/>
        <w:autoSpaceDE w:val="0"/>
        <w:widowControl/>
        <w:spacing w:line="230" w:lineRule="auto" w:before="226" w:after="0"/>
        <w:ind w:left="0" w:right="0" w:firstLine="0"/>
        <w:jc w:val="left"/>
      </w:pPr>
      <w:r>
        <w:rPr>
          <w:rFonts w:ascii="Times New Roman" w:hAnsi="Times New Roman" w:eastAsia="Times New Roman"/>
          <w:b/>
          <w:i w:val="0"/>
          <w:color w:val="000000"/>
          <w:sz w:val="24"/>
        </w:rPr>
        <w:t>ЛИЧНОСТНЫЕ РЕЗУЛЬТАТЫ</w:t>
      </w:r>
    </w:p>
    <w:p>
      <w:pPr>
        <w:autoSpaceDN w:val="0"/>
        <w:tabs>
          <w:tab w:pos="180" w:val="left"/>
        </w:tabs>
        <w:autoSpaceDE w:val="0"/>
        <w:widowControl/>
        <w:spacing w:line="281" w:lineRule="auto" w:before="346" w:after="0"/>
        <w:ind w:left="0" w:right="720" w:firstLine="0"/>
        <w:jc w:val="left"/>
      </w:pPr>
      <w:r>
        <w:tab/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 xml:space="preserve">Личностные результаты изучения предмета «Окружающий мир» характеризуют готовность </w:t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>обучающихся руководствоваться традиционными российскими социокультурными и духовно-</w:t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 xml:space="preserve">нравственными ценностями, принятыми в обществе правилами и нормами поведения и должны </w:t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 xml:space="preserve">отражать приобретение первоначального опыта деятельности обучающихся, в части: </w:t>
      </w:r>
      <w:r>
        <w:br/>
      </w:r>
      <w:r>
        <w:tab/>
      </w:r>
      <w:r>
        <w:rPr>
          <w:rFonts w:ascii="Times New Roman" w:hAnsi="Times New Roman" w:eastAsia="Times New Roman"/>
          <w:b/>
          <w:i w:val="0"/>
          <w:color w:val="000000"/>
          <w:sz w:val="24"/>
        </w:rPr>
        <w:t>Гражданско-патриотического воспитания:</w:t>
      </w:r>
    </w:p>
    <w:p>
      <w:pPr>
        <w:autoSpaceDN w:val="0"/>
        <w:autoSpaceDE w:val="0"/>
        <w:widowControl/>
        <w:spacing w:line="262" w:lineRule="auto" w:before="180" w:after="0"/>
        <w:ind w:left="420" w:right="720" w:firstLine="0"/>
        <w:jc w:val="left"/>
      </w:pP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 xml:space="preserve">—  становление ценностного отношения к своей Родине — России; понимание особой роли </w:t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 xml:space="preserve">многонациональной России в современном мире; </w:t>
      </w:r>
    </w:p>
    <w:p>
      <w:pPr>
        <w:autoSpaceDN w:val="0"/>
        <w:autoSpaceDE w:val="0"/>
        <w:widowControl/>
        <w:spacing w:line="262" w:lineRule="auto" w:before="190" w:after="0"/>
        <w:ind w:left="420" w:right="0" w:firstLine="0"/>
        <w:jc w:val="left"/>
      </w:pP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 xml:space="preserve">—  осознание своей этнокультурной и российской гражданской идентичности, принадлежности к </w:t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 xml:space="preserve">российскому народу, к своей национальной общности; </w:t>
      </w:r>
    </w:p>
    <w:p>
      <w:pPr>
        <w:autoSpaceDN w:val="0"/>
        <w:autoSpaceDE w:val="0"/>
        <w:widowControl/>
        <w:spacing w:line="271" w:lineRule="auto" w:before="190" w:after="0"/>
        <w:ind w:left="420" w:right="144" w:firstLine="0"/>
        <w:jc w:val="left"/>
      </w:pP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 xml:space="preserve">—  сопричастность к прошлому, настоящему и будущему своей страны и родного края; </w:t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 xml:space="preserve">проявление интереса к истории и многонациональной культуре своей страны, уважения к своему </w:t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 xml:space="preserve">и другим народам; </w:t>
      </w:r>
    </w:p>
    <w:p>
      <w:pPr>
        <w:autoSpaceDN w:val="0"/>
        <w:autoSpaceDE w:val="0"/>
        <w:widowControl/>
        <w:spacing w:line="262" w:lineRule="auto" w:before="190" w:after="0"/>
        <w:ind w:left="420" w:right="1440" w:firstLine="0"/>
        <w:jc w:val="left"/>
      </w:pP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 xml:space="preserve">—  первоначальные представления о человеке как члене общества, осознание прав и </w:t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>ответственности человека как члена общества.</w:t>
      </w:r>
    </w:p>
    <w:p>
      <w:pPr>
        <w:autoSpaceDN w:val="0"/>
        <w:autoSpaceDE w:val="0"/>
        <w:widowControl/>
        <w:spacing w:line="230" w:lineRule="auto" w:before="178" w:after="0"/>
        <w:ind w:left="180" w:right="0" w:firstLine="0"/>
        <w:jc w:val="left"/>
      </w:pPr>
      <w:r>
        <w:rPr>
          <w:rFonts w:ascii="Times New Roman" w:hAnsi="Times New Roman" w:eastAsia="Times New Roman"/>
          <w:b/>
          <w:i w:val="0"/>
          <w:color w:val="000000"/>
          <w:sz w:val="24"/>
        </w:rPr>
        <w:t>Духовно-нравственного воспитания:</w:t>
      </w:r>
    </w:p>
    <w:p>
      <w:pPr>
        <w:autoSpaceDN w:val="0"/>
        <w:autoSpaceDE w:val="0"/>
        <w:widowControl/>
        <w:spacing w:line="262" w:lineRule="auto" w:before="178" w:after="0"/>
        <w:ind w:left="420" w:right="144" w:firstLine="0"/>
        <w:jc w:val="left"/>
      </w:pP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 xml:space="preserve">—  проявление культуры общения, уважительного отношения к людям, их взглядам, признанию </w:t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 xml:space="preserve">их индивидуальности; </w:t>
      </w:r>
    </w:p>
    <w:p>
      <w:pPr>
        <w:autoSpaceDN w:val="0"/>
        <w:autoSpaceDE w:val="0"/>
        <w:widowControl/>
        <w:spacing w:line="271" w:lineRule="auto" w:before="190" w:after="0"/>
        <w:ind w:left="420" w:right="864" w:firstLine="0"/>
        <w:jc w:val="left"/>
      </w:pP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 xml:space="preserve">—  принятие существующих в обществе нравственно-этических норм поведения и правил </w:t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 xml:space="preserve">межличностных отношений, которые строятся на проявлении гуманизма, сопереживания, </w:t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 xml:space="preserve">уважения и доброжелательности; </w:t>
      </w:r>
    </w:p>
    <w:p>
      <w:pPr>
        <w:autoSpaceDN w:val="0"/>
        <w:autoSpaceDE w:val="0"/>
        <w:widowControl/>
        <w:spacing w:line="271" w:lineRule="auto" w:before="190" w:after="0"/>
        <w:ind w:left="420" w:right="576" w:firstLine="0"/>
        <w:jc w:val="left"/>
      </w:pP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 xml:space="preserve">—  применение правил совместной деятельности, проявление способности договариваться, </w:t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 xml:space="preserve">неприятие любых форм поведения, направленных на причинение физического и морального </w:t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>вреда другим людям.</w:t>
      </w:r>
    </w:p>
    <w:p>
      <w:pPr>
        <w:autoSpaceDN w:val="0"/>
        <w:autoSpaceDE w:val="0"/>
        <w:widowControl/>
        <w:spacing w:line="230" w:lineRule="auto" w:before="180" w:after="0"/>
        <w:ind w:left="180" w:right="0" w:firstLine="0"/>
        <w:jc w:val="left"/>
      </w:pPr>
      <w:r>
        <w:rPr>
          <w:rFonts w:ascii="Times New Roman" w:hAnsi="Times New Roman" w:eastAsia="Times New Roman"/>
          <w:b/>
          <w:i w:val="0"/>
          <w:color w:val="000000"/>
          <w:sz w:val="24"/>
        </w:rPr>
        <w:t>Эстетического воспитания:</w:t>
      </w:r>
    </w:p>
    <w:p>
      <w:pPr>
        <w:autoSpaceDN w:val="0"/>
        <w:autoSpaceDE w:val="0"/>
        <w:widowControl/>
        <w:spacing w:line="271" w:lineRule="auto" w:before="178" w:after="0"/>
        <w:ind w:left="420" w:right="144" w:firstLine="0"/>
        <w:jc w:val="left"/>
      </w:pP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 xml:space="preserve">—  понимание особой роли России в развитии общемировой художественной культуры, </w:t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 xml:space="preserve">проявление уважительного отношения, восприимчивости и интереса к разным видам искусства, </w:t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 xml:space="preserve">традициям и творчеству своего и других народов; </w:t>
      </w:r>
    </w:p>
    <w:p>
      <w:pPr>
        <w:autoSpaceDN w:val="0"/>
        <w:autoSpaceDE w:val="0"/>
        <w:widowControl/>
        <w:spacing w:line="262" w:lineRule="auto" w:before="190" w:after="0"/>
        <w:ind w:left="420" w:right="144" w:firstLine="0"/>
        <w:jc w:val="left"/>
      </w:pP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 xml:space="preserve">—  использование полученных знаний в продуктивной и преобразующей деятельности, в разных </w:t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>видах художественной деятельности.</w:t>
      </w:r>
    </w:p>
    <w:p>
      <w:pPr>
        <w:autoSpaceDN w:val="0"/>
        <w:autoSpaceDE w:val="0"/>
        <w:widowControl/>
        <w:spacing w:line="230" w:lineRule="auto" w:before="178" w:after="0"/>
        <w:ind w:left="180" w:right="0" w:firstLine="0"/>
        <w:jc w:val="left"/>
      </w:pPr>
      <w:r>
        <w:rPr>
          <w:rFonts w:ascii="Times New Roman" w:hAnsi="Times New Roman" w:eastAsia="Times New Roman"/>
          <w:b/>
          <w:i w:val="0"/>
          <w:color w:val="000000"/>
          <w:sz w:val="24"/>
        </w:rPr>
        <w:t>Физического воспитания, формирования культуры здоровья и эмоционального благополучия:</w:t>
      </w:r>
    </w:p>
    <w:p>
      <w:pPr>
        <w:autoSpaceDN w:val="0"/>
        <w:autoSpaceDE w:val="0"/>
        <w:widowControl/>
        <w:spacing w:line="271" w:lineRule="auto" w:before="178" w:after="0"/>
        <w:ind w:left="420" w:right="288" w:firstLine="0"/>
        <w:jc w:val="left"/>
      </w:pP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 xml:space="preserve">—  соблюдение правил организации здорового и безопасного (для себя и других людей) образа </w:t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 xml:space="preserve">жизни; выполнение правил безопасного поведении в окружающей среде (в том числе </w:t>
      </w:r>
      <w:r>
        <w:br/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 xml:space="preserve">информационной); </w:t>
      </w:r>
    </w:p>
    <w:p>
      <w:pPr>
        <w:autoSpaceDN w:val="0"/>
        <w:autoSpaceDE w:val="0"/>
        <w:widowControl/>
        <w:spacing w:line="262" w:lineRule="auto" w:before="190" w:after="0"/>
        <w:ind w:left="420" w:right="432" w:firstLine="0"/>
        <w:jc w:val="left"/>
      </w:pP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 xml:space="preserve">—  приобретение опыта эмоционального отношения к среде обитания, бережное отношение к </w:t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>физическому и психическому здоровью.</w:t>
      </w:r>
    </w:p>
    <w:p>
      <w:pPr>
        <w:sectPr>
          <w:pgSz w:w="11900" w:h="16840"/>
          <w:pgMar w:top="298" w:right="648" w:bottom="450" w:left="666" w:header="720" w:footer="720" w:gutter="0"/>
          <w:cols w:space="720" w:num="1" w:equalWidth="0">
            <w:col w:w="10586" w:space="0"/>
            <w:col w:w="10258" w:space="0"/>
            <w:col w:w="10584" w:space="0"/>
            <w:col w:w="10468" w:space="0"/>
            <w:col w:w="10584" w:space="0"/>
            <w:col w:w="10284" w:space="0"/>
          </w:cols>
          <w:docGrid w:linePitch="360"/>
        </w:sectPr>
      </w:pPr>
    </w:p>
    <w:p>
      <w:pPr>
        <w:autoSpaceDN w:val="0"/>
        <w:autoSpaceDE w:val="0"/>
        <w:widowControl/>
        <w:spacing w:line="220" w:lineRule="exact" w:before="0" w:after="78"/>
        <w:ind w:left="0" w:right="0"/>
      </w:pPr>
    </w:p>
    <w:p>
      <w:pPr>
        <w:autoSpaceDN w:val="0"/>
        <w:autoSpaceDE w:val="0"/>
        <w:widowControl/>
        <w:spacing w:line="230" w:lineRule="auto" w:before="0" w:after="0"/>
        <w:ind w:left="180" w:right="0" w:firstLine="0"/>
        <w:jc w:val="left"/>
      </w:pPr>
      <w:r>
        <w:rPr>
          <w:rFonts w:ascii="Times New Roman" w:hAnsi="Times New Roman" w:eastAsia="Times New Roman"/>
          <w:b/>
          <w:i w:val="0"/>
          <w:color w:val="000000"/>
          <w:sz w:val="24"/>
        </w:rPr>
        <w:t>Трудового воспитания:</w:t>
      </w:r>
    </w:p>
    <w:p>
      <w:pPr>
        <w:autoSpaceDN w:val="0"/>
        <w:autoSpaceDE w:val="0"/>
        <w:widowControl/>
        <w:spacing w:line="271" w:lineRule="auto" w:before="178" w:after="0"/>
        <w:ind w:left="420" w:right="576" w:firstLine="0"/>
        <w:jc w:val="left"/>
      </w:pP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 xml:space="preserve">—  осознание ценности трудовой деятельности в жизни человека и общества, ответственное </w:t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 xml:space="preserve">потребление и бережное отношение к результатам труда, навыки участия в различных видах </w:t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>трудовой деятельности, интерес к различным профессиям.</w:t>
      </w:r>
    </w:p>
    <w:p>
      <w:pPr>
        <w:autoSpaceDN w:val="0"/>
        <w:autoSpaceDE w:val="0"/>
        <w:widowControl/>
        <w:spacing w:line="230" w:lineRule="auto" w:before="178" w:after="0"/>
        <w:ind w:left="180" w:right="0" w:firstLine="0"/>
        <w:jc w:val="left"/>
      </w:pPr>
      <w:r>
        <w:rPr>
          <w:rFonts w:ascii="Times New Roman" w:hAnsi="Times New Roman" w:eastAsia="Times New Roman"/>
          <w:b/>
          <w:i w:val="0"/>
          <w:color w:val="000000"/>
          <w:sz w:val="24"/>
        </w:rPr>
        <w:t>Экологического воспитания:</w:t>
      </w:r>
    </w:p>
    <w:p>
      <w:pPr>
        <w:autoSpaceDN w:val="0"/>
        <w:autoSpaceDE w:val="0"/>
        <w:widowControl/>
        <w:spacing w:line="262" w:lineRule="auto" w:before="178" w:after="0"/>
        <w:ind w:left="420" w:right="432" w:firstLine="0"/>
        <w:jc w:val="left"/>
      </w:pP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 xml:space="preserve">—  осознание роли человека в природе и обществе, принятие экологических норм поведения, </w:t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>бережного отношения к природе, неприятие действий, приносящих ей вред.</w:t>
      </w:r>
    </w:p>
    <w:p>
      <w:pPr>
        <w:autoSpaceDN w:val="0"/>
        <w:autoSpaceDE w:val="0"/>
        <w:widowControl/>
        <w:spacing w:line="230" w:lineRule="auto" w:before="178" w:after="0"/>
        <w:ind w:left="180" w:right="0" w:firstLine="0"/>
        <w:jc w:val="left"/>
      </w:pPr>
      <w:r>
        <w:rPr>
          <w:rFonts w:ascii="Times New Roman" w:hAnsi="Times New Roman" w:eastAsia="Times New Roman"/>
          <w:b/>
          <w:i w:val="0"/>
          <w:color w:val="000000"/>
          <w:sz w:val="24"/>
        </w:rPr>
        <w:t>Ценности научного познания:</w:t>
      </w:r>
    </w:p>
    <w:p>
      <w:pPr>
        <w:autoSpaceDN w:val="0"/>
        <w:autoSpaceDE w:val="0"/>
        <w:widowControl/>
        <w:spacing w:line="230" w:lineRule="auto" w:before="180" w:after="0"/>
        <w:ind w:left="420" w:right="0" w:firstLine="0"/>
        <w:jc w:val="left"/>
      </w:pP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 xml:space="preserve">—  ориентация в деятельности на первоначальные представления о научной картине мира; </w:t>
      </w:r>
    </w:p>
    <w:p>
      <w:pPr>
        <w:autoSpaceDN w:val="0"/>
        <w:autoSpaceDE w:val="0"/>
        <w:widowControl/>
        <w:spacing w:line="271" w:lineRule="auto" w:before="192" w:after="0"/>
        <w:ind w:left="420" w:right="576" w:firstLine="0"/>
        <w:jc w:val="left"/>
      </w:pP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 xml:space="preserve">—  осознание ценности познания, проявление познавательного интереса, активности, </w:t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 xml:space="preserve">инициативности, любознательности и самостоятельности в обогащении своих знаний, в том </w:t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>числе с использованием различных информационных средств.</w:t>
      </w:r>
    </w:p>
    <w:p>
      <w:pPr>
        <w:autoSpaceDN w:val="0"/>
        <w:autoSpaceDE w:val="0"/>
        <w:widowControl/>
        <w:spacing w:line="230" w:lineRule="auto" w:before="286" w:after="0"/>
        <w:ind w:left="0" w:right="0" w:firstLine="0"/>
        <w:jc w:val="left"/>
      </w:pPr>
      <w:r>
        <w:rPr>
          <w:rFonts w:ascii="Times New Roman" w:hAnsi="Times New Roman" w:eastAsia="Times New Roman"/>
          <w:b/>
          <w:i w:val="0"/>
          <w:color w:val="000000"/>
          <w:sz w:val="24"/>
        </w:rPr>
        <w:t>МЕТАПРЕДМЕТНЫЕ РЕЗУЛЬТАТЫ</w:t>
      </w:r>
    </w:p>
    <w:p>
      <w:pPr>
        <w:autoSpaceDN w:val="0"/>
        <w:autoSpaceDE w:val="0"/>
        <w:widowControl/>
        <w:spacing w:line="262" w:lineRule="auto" w:before="346" w:after="0"/>
        <w:ind w:left="180" w:right="4752" w:firstLine="0"/>
        <w:jc w:val="left"/>
      </w:pPr>
      <w:r>
        <w:rPr>
          <w:rFonts w:ascii="Times New Roman" w:hAnsi="Times New Roman" w:eastAsia="Times New Roman"/>
          <w:b/>
          <w:i w:val="0"/>
          <w:color w:val="000000"/>
          <w:sz w:val="24"/>
        </w:rPr>
        <w:t xml:space="preserve">Познавательныеуниверсальные учебные действия: </w:t>
      </w:r>
      <w:r>
        <w:rPr>
          <w:rFonts w:ascii="Times New Roman" w:hAnsi="Times New Roman" w:eastAsia="Times New Roman"/>
          <w:b w:val="0"/>
          <w:i/>
          <w:color w:val="000000"/>
          <w:sz w:val="24"/>
        </w:rPr>
        <w:t>1)  Базовые логические действия:</w:t>
      </w:r>
    </w:p>
    <w:p>
      <w:pPr>
        <w:autoSpaceDN w:val="0"/>
        <w:autoSpaceDE w:val="0"/>
        <w:widowControl/>
        <w:spacing w:line="262" w:lineRule="auto" w:before="178" w:after="0"/>
        <w:ind w:left="420" w:right="720" w:firstLine="0"/>
        <w:jc w:val="left"/>
      </w:pP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 xml:space="preserve">—  понимать целостность окружающего мира (взаимосвязь природной и социальной среды </w:t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 xml:space="preserve">обитания), проявлять способность ориентироваться в изменяющейся действительности; </w:t>
      </w:r>
    </w:p>
    <w:p>
      <w:pPr>
        <w:autoSpaceDN w:val="0"/>
        <w:autoSpaceDE w:val="0"/>
        <w:widowControl/>
        <w:spacing w:line="271" w:lineRule="auto" w:before="190" w:after="0"/>
        <w:ind w:left="420" w:right="144" w:firstLine="0"/>
        <w:jc w:val="left"/>
      </w:pP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 xml:space="preserve">—  на основе наблюдений доступных объектов окружающего мира устанавливать связи и </w:t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 xml:space="preserve">зависимости между объектами (часть — целое; причина — следствие; изменения во времени и в </w:t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 xml:space="preserve">пространстве); </w:t>
      </w:r>
    </w:p>
    <w:p>
      <w:pPr>
        <w:autoSpaceDN w:val="0"/>
        <w:autoSpaceDE w:val="0"/>
        <w:widowControl/>
        <w:spacing w:line="262" w:lineRule="auto" w:before="190" w:after="0"/>
        <w:ind w:left="420" w:right="1296" w:firstLine="0"/>
        <w:jc w:val="left"/>
      </w:pP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 xml:space="preserve">—  сравнивать объекты окружающего мира, устанавливать основания для сравнения, </w:t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 xml:space="preserve">устанавливать аналогии; </w:t>
      </w:r>
    </w:p>
    <w:p>
      <w:pPr>
        <w:autoSpaceDN w:val="0"/>
        <w:autoSpaceDE w:val="0"/>
        <w:widowControl/>
        <w:spacing w:line="230" w:lineRule="auto" w:before="190" w:after="0"/>
        <w:ind w:left="420" w:right="0" w:firstLine="0"/>
        <w:jc w:val="left"/>
      </w:pP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 xml:space="preserve">—  объединять части объекта (объекты) по определённому признаку; </w:t>
      </w:r>
    </w:p>
    <w:p>
      <w:pPr>
        <w:autoSpaceDN w:val="0"/>
        <w:autoSpaceDE w:val="0"/>
        <w:widowControl/>
        <w:spacing w:line="262" w:lineRule="auto" w:before="190" w:after="0"/>
        <w:ind w:left="420" w:right="576" w:firstLine="0"/>
        <w:jc w:val="left"/>
      </w:pP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 xml:space="preserve">—  определять существенный признак для классификации, классифицировать предложенные </w:t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 xml:space="preserve">объекты; </w:t>
      </w:r>
    </w:p>
    <w:p>
      <w:pPr>
        <w:autoSpaceDN w:val="0"/>
        <w:autoSpaceDE w:val="0"/>
        <w:widowControl/>
        <w:spacing w:line="262" w:lineRule="auto" w:before="192" w:after="0"/>
        <w:ind w:left="420" w:right="144" w:firstLine="0"/>
        <w:jc w:val="left"/>
      </w:pP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 xml:space="preserve">—  находить закономерности и противоречия в рассматриваемых фактах, данных и наблюдениях </w:t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 xml:space="preserve">на основе предложенного алгоритма; </w:t>
      </w:r>
    </w:p>
    <w:p>
      <w:pPr>
        <w:autoSpaceDN w:val="0"/>
        <w:autoSpaceDE w:val="0"/>
        <w:widowControl/>
        <w:spacing w:line="262" w:lineRule="auto" w:before="192" w:after="0"/>
        <w:ind w:left="420" w:right="576" w:firstLine="0"/>
        <w:jc w:val="left"/>
      </w:pP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 xml:space="preserve">—  выявлять недостаток информации для решения учебной (практической) задачи на основе </w:t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>предложенного алгоритма</w:t>
      </w:r>
    </w:p>
    <w:p>
      <w:pPr>
        <w:autoSpaceDN w:val="0"/>
        <w:autoSpaceDE w:val="0"/>
        <w:widowControl/>
        <w:spacing w:line="230" w:lineRule="auto" w:before="178" w:after="0"/>
        <w:ind w:left="180" w:right="0" w:firstLine="0"/>
        <w:jc w:val="left"/>
      </w:pPr>
      <w:r>
        <w:rPr>
          <w:rFonts w:ascii="Times New Roman" w:hAnsi="Times New Roman" w:eastAsia="Times New Roman"/>
          <w:b w:val="0"/>
          <w:i/>
          <w:color w:val="000000"/>
          <w:sz w:val="24"/>
        </w:rPr>
        <w:t>2)  Базовые исследовательские действия:</w:t>
      </w:r>
    </w:p>
    <w:p>
      <w:pPr>
        <w:autoSpaceDN w:val="0"/>
        <w:autoSpaceDE w:val="0"/>
        <w:widowControl/>
        <w:spacing w:line="271" w:lineRule="auto" w:before="178" w:after="0"/>
        <w:ind w:left="420" w:right="576" w:firstLine="0"/>
        <w:jc w:val="left"/>
      </w:pP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 xml:space="preserve">—  проводить (по предложенному и самостоятельно составленному плану или выдвинутому </w:t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 xml:space="preserve">предположению) наблюдения, несложные опыты; проявлять интерес к экспериментам, </w:t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 xml:space="preserve">проводимым под руководством учителя; </w:t>
      </w:r>
    </w:p>
    <w:p>
      <w:pPr>
        <w:autoSpaceDN w:val="0"/>
        <w:autoSpaceDE w:val="0"/>
        <w:widowControl/>
        <w:spacing w:line="262" w:lineRule="auto" w:before="190" w:after="0"/>
        <w:ind w:left="420" w:right="720" w:firstLine="0"/>
        <w:jc w:val="left"/>
      </w:pP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 xml:space="preserve">—  определять разницу между реальным и желательным состоянием объекта (ситуации) на </w:t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 xml:space="preserve">основе предложенных вопросов; </w:t>
      </w:r>
    </w:p>
    <w:p>
      <w:pPr>
        <w:autoSpaceDN w:val="0"/>
        <w:autoSpaceDE w:val="0"/>
        <w:widowControl/>
        <w:spacing w:line="262" w:lineRule="auto" w:before="190" w:after="0"/>
        <w:ind w:left="420" w:right="432" w:firstLine="0"/>
        <w:jc w:val="left"/>
      </w:pP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 xml:space="preserve">—  формулировать с помощью учителя цель предстоящей работы, прогнозировать возможное </w:t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 xml:space="preserve">развитие процессов, событий и последствия в аналогичных или сходных ситуациях; </w:t>
      </w:r>
    </w:p>
    <w:p>
      <w:pPr>
        <w:autoSpaceDN w:val="0"/>
        <w:autoSpaceDE w:val="0"/>
        <w:widowControl/>
        <w:spacing w:line="262" w:lineRule="auto" w:before="190" w:after="0"/>
        <w:ind w:left="420" w:right="0" w:firstLine="0"/>
        <w:jc w:val="left"/>
      </w:pP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 xml:space="preserve">—  моделировать ситуации на основе изученного материала о связях в природе (живая и неживая </w:t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>природа, цепи питания; природные зоны), а также в социуме (лента времени; поведение и его</w:t>
      </w:r>
    </w:p>
    <w:p>
      <w:pPr>
        <w:sectPr>
          <w:pgSz w:w="11900" w:h="16840"/>
          <w:pgMar w:top="298" w:right="650" w:bottom="324" w:left="666" w:header="720" w:footer="720" w:gutter="0"/>
          <w:cols w:space="720" w:num="1" w:equalWidth="0">
            <w:col w:w="10584" w:space="0"/>
            <w:col w:w="10586" w:space="0"/>
            <w:col w:w="10258" w:space="0"/>
            <w:col w:w="10584" w:space="0"/>
            <w:col w:w="10468" w:space="0"/>
            <w:col w:w="10584" w:space="0"/>
            <w:col w:w="10284" w:space="0"/>
          </w:cols>
          <w:docGrid w:linePitch="360"/>
        </w:sectPr>
      </w:pPr>
    </w:p>
    <w:p>
      <w:pPr>
        <w:autoSpaceDN w:val="0"/>
        <w:autoSpaceDE w:val="0"/>
        <w:widowControl/>
        <w:spacing w:line="220" w:lineRule="exact" w:before="0" w:after="66"/>
        <w:ind w:left="0" w:right="0"/>
      </w:pPr>
    </w:p>
    <w:p>
      <w:pPr>
        <w:autoSpaceDN w:val="0"/>
        <w:autoSpaceDE w:val="0"/>
        <w:widowControl/>
        <w:spacing w:line="230" w:lineRule="auto" w:before="0" w:after="0"/>
        <w:ind w:left="240" w:right="0" w:firstLine="0"/>
        <w:jc w:val="left"/>
      </w:pP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 xml:space="preserve">последствия; коллективный труд и его результаты и др. ); </w:t>
      </w:r>
    </w:p>
    <w:p>
      <w:pPr>
        <w:autoSpaceDN w:val="0"/>
        <w:autoSpaceDE w:val="0"/>
        <w:widowControl/>
        <w:spacing w:line="271" w:lineRule="auto" w:before="190" w:after="0"/>
        <w:ind w:left="240" w:right="720" w:firstLine="0"/>
        <w:jc w:val="left"/>
      </w:pP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 xml:space="preserve">—  проводить по предложенному плану опыт, несложное исследование по установлению </w:t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>особенностей объекта изучения и связей между объектами (часть — целое, причина —</w:t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 xml:space="preserve">следствие); </w:t>
      </w:r>
    </w:p>
    <w:p>
      <w:pPr>
        <w:autoSpaceDN w:val="0"/>
        <w:autoSpaceDE w:val="0"/>
        <w:widowControl/>
        <w:spacing w:line="262" w:lineRule="auto" w:before="190" w:after="0"/>
        <w:ind w:left="240" w:right="1152" w:firstLine="0"/>
        <w:jc w:val="left"/>
      </w:pP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 xml:space="preserve">—  формулировать выводы и подкреплять их доказательствами на основе результатов </w:t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>проведённого наблюдения (опыта, измерения, исследования).</w:t>
      </w:r>
    </w:p>
    <w:p>
      <w:pPr>
        <w:autoSpaceDN w:val="0"/>
        <w:autoSpaceDE w:val="0"/>
        <w:widowControl/>
        <w:spacing w:line="230" w:lineRule="auto" w:before="178" w:after="0"/>
        <w:ind w:left="0" w:right="0" w:firstLine="0"/>
        <w:jc w:val="left"/>
      </w:pPr>
      <w:r>
        <w:rPr>
          <w:rFonts w:ascii="Times New Roman" w:hAnsi="Times New Roman" w:eastAsia="Times New Roman"/>
          <w:b w:val="0"/>
          <w:i/>
          <w:color w:val="000000"/>
          <w:sz w:val="24"/>
        </w:rPr>
        <w:t>3)  Работа с информацией:</w:t>
      </w:r>
    </w:p>
    <w:p>
      <w:pPr>
        <w:autoSpaceDN w:val="0"/>
        <w:autoSpaceDE w:val="0"/>
        <w:widowControl/>
        <w:spacing w:line="262" w:lineRule="auto" w:before="178" w:after="0"/>
        <w:ind w:left="240" w:right="144" w:firstLine="0"/>
        <w:jc w:val="left"/>
      </w:pP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 xml:space="preserve">—  использовать различные источники для поиска информации, выбирать источник получения </w:t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 xml:space="preserve">информации с учётом учебной задачи; </w:t>
      </w:r>
    </w:p>
    <w:p>
      <w:pPr>
        <w:autoSpaceDN w:val="0"/>
        <w:autoSpaceDE w:val="0"/>
        <w:widowControl/>
        <w:spacing w:line="262" w:lineRule="auto" w:before="192" w:after="0"/>
        <w:ind w:left="240" w:right="1008" w:firstLine="0"/>
        <w:jc w:val="left"/>
      </w:pP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 xml:space="preserve">—  согласно заданному алгоритму находить в предложенном источнике информацию, </w:t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 xml:space="preserve">представленную в явном виде; </w:t>
      </w:r>
    </w:p>
    <w:p>
      <w:pPr>
        <w:autoSpaceDN w:val="0"/>
        <w:autoSpaceDE w:val="0"/>
        <w:widowControl/>
        <w:spacing w:line="262" w:lineRule="auto" w:before="190" w:after="0"/>
        <w:ind w:left="240" w:right="432" w:firstLine="0"/>
        <w:jc w:val="left"/>
      </w:pP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 xml:space="preserve">—  распознавать достоверную и недостоверную информацию самостоятельно или на основе </w:t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 xml:space="preserve">предложенного учителем способа её проверки; </w:t>
      </w:r>
    </w:p>
    <w:p>
      <w:pPr>
        <w:autoSpaceDN w:val="0"/>
        <w:autoSpaceDE w:val="0"/>
        <w:widowControl/>
        <w:spacing w:line="262" w:lineRule="auto" w:before="190" w:after="0"/>
        <w:ind w:left="240" w:right="1440" w:firstLine="0"/>
        <w:jc w:val="left"/>
      </w:pP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 xml:space="preserve">—  находить и использовать для решения учебных задач текстовую, графическую, </w:t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 xml:space="preserve">аудиовизуальную информацию; </w:t>
      </w:r>
    </w:p>
    <w:p>
      <w:pPr>
        <w:autoSpaceDN w:val="0"/>
        <w:autoSpaceDE w:val="0"/>
        <w:widowControl/>
        <w:spacing w:line="262" w:lineRule="auto" w:before="190" w:after="0"/>
        <w:ind w:left="240" w:right="720" w:firstLine="0"/>
        <w:jc w:val="left"/>
      </w:pP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 xml:space="preserve">—  читать и интерпретировать графически представленную информацию (схему, таблицу, </w:t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 xml:space="preserve">иллюстрацию); </w:t>
      </w:r>
    </w:p>
    <w:p>
      <w:pPr>
        <w:autoSpaceDN w:val="0"/>
        <w:autoSpaceDE w:val="0"/>
        <w:widowControl/>
        <w:spacing w:line="262" w:lineRule="auto" w:before="190" w:after="0"/>
        <w:ind w:left="240" w:right="288" w:firstLine="0"/>
        <w:jc w:val="left"/>
      </w:pP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 xml:space="preserve">—  соблюдать правила информационной безопасности в условиях контролируемого доступа в </w:t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 xml:space="preserve">Интернет (с помощью учителя); </w:t>
      </w:r>
    </w:p>
    <w:p>
      <w:pPr>
        <w:autoSpaceDN w:val="0"/>
        <w:autoSpaceDE w:val="0"/>
        <w:widowControl/>
        <w:spacing w:line="262" w:lineRule="auto" w:before="190" w:after="0"/>
        <w:ind w:left="240" w:right="864" w:firstLine="0"/>
        <w:jc w:val="left"/>
      </w:pP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 xml:space="preserve">—  анализировать и создавать текстовую, видео, графическую, звуковую информацию в </w:t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>соответствии с учебной задачей;</w:t>
      </w:r>
    </w:p>
    <w:p>
      <w:pPr>
        <w:autoSpaceDN w:val="0"/>
        <w:autoSpaceDE w:val="0"/>
        <w:widowControl/>
        <w:spacing w:line="262" w:lineRule="auto" w:before="190" w:after="0"/>
        <w:ind w:left="240" w:right="0" w:firstLine="0"/>
        <w:jc w:val="left"/>
      </w:pP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 xml:space="preserve">—  фиксировать полученные результаты в текстовой форме (отчёт, выступление, высказывание) </w:t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>и графическом виде (рисунок, схема, диаграмма).</w:t>
      </w:r>
    </w:p>
    <w:p>
      <w:pPr>
        <w:autoSpaceDN w:val="0"/>
        <w:autoSpaceDE w:val="0"/>
        <w:widowControl/>
        <w:spacing w:line="230" w:lineRule="auto" w:before="178" w:after="0"/>
        <w:ind w:left="0" w:right="0" w:firstLine="0"/>
        <w:jc w:val="left"/>
      </w:pPr>
      <w:r>
        <w:rPr>
          <w:rFonts w:ascii="Times New Roman" w:hAnsi="Times New Roman" w:eastAsia="Times New Roman"/>
          <w:b/>
          <w:i w:val="0"/>
          <w:color w:val="000000"/>
          <w:sz w:val="24"/>
        </w:rPr>
        <w:t>Коммуникативные универсальные учебные действия:</w:t>
      </w:r>
    </w:p>
    <w:p>
      <w:pPr>
        <w:autoSpaceDN w:val="0"/>
        <w:autoSpaceDE w:val="0"/>
        <w:widowControl/>
        <w:spacing w:line="262" w:lineRule="auto" w:before="178" w:after="0"/>
        <w:ind w:left="240" w:right="576" w:firstLine="0"/>
        <w:jc w:val="left"/>
      </w:pP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 xml:space="preserve">—  в процессе диалогов задавать вопросы, высказывать суждения, оценивать выступления </w:t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 xml:space="preserve">участников; </w:t>
      </w:r>
    </w:p>
    <w:p>
      <w:pPr>
        <w:autoSpaceDN w:val="0"/>
        <w:autoSpaceDE w:val="0"/>
        <w:widowControl/>
        <w:spacing w:line="262" w:lineRule="auto" w:before="192" w:after="0"/>
        <w:ind w:left="240" w:right="0" w:firstLine="0"/>
        <w:jc w:val="left"/>
      </w:pP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 xml:space="preserve">—  признавать возможность существования разных точек зрения; корректно и аргументированно </w:t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 xml:space="preserve">высказывать своё мнение; приводить доказательства своей правоты; </w:t>
      </w:r>
    </w:p>
    <w:p>
      <w:pPr>
        <w:autoSpaceDN w:val="0"/>
        <w:autoSpaceDE w:val="0"/>
        <w:widowControl/>
        <w:spacing w:line="262" w:lineRule="auto" w:before="192" w:after="0"/>
        <w:ind w:left="240" w:right="576" w:firstLine="0"/>
        <w:jc w:val="left"/>
      </w:pP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 xml:space="preserve">—  соблюдать правила ведения диалога и дискуссии; проявлять уважительное отношение к </w:t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 xml:space="preserve">собеседнику; </w:t>
      </w:r>
    </w:p>
    <w:p>
      <w:pPr>
        <w:autoSpaceDN w:val="0"/>
        <w:autoSpaceDE w:val="0"/>
        <w:widowControl/>
        <w:spacing w:line="262" w:lineRule="auto" w:before="190" w:after="0"/>
        <w:ind w:left="240" w:right="432" w:firstLine="0"/>
        <w:jc w:val="left"/>
      </w:pP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 xml:space="preserve">—  использовать смысловое чтение для определения темы, главной мысли текста о природе, </w:t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 xml:space="preserve">социальной жизни, взаимоотношениях и поступках людей; </w:t>
      </w:r>
    </w:p>
    <w:p>
      <w:pPr>
        <w:autoSpaceDN w:val="0"/>
        <w:autoSpaceDE w:val="0"/>
        <w:widowControl/>
        <w:spacing w:line="230" w:lineRule="auto" w:before="190" w:after="0"/>
        <w:ind w:left="240" w:right="0" w:firstLine="0"/>
        <w:jc w:val="left"/>
      </w:pP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 xml:space="preserve">—  создавать устные и письменные тексты (описание, рассуждение, повествование); </w:t>
      </w:r>
    </w:p>
    <w:p>
      <w:pPr>
        <w:autoSpaceDN w:val="0"/>
        <w:autoSpaceDE w:val="0"/>
        <w:widowControl/>
        <w:spacing w:line="262" w:lineRule="auto" w:before="190" w:after="0"/>
        <w:ind w:left="240" w:right="576" w:firstLine="0"/>
        <w:jc w:val="left"/>
      </w:pP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 xml:space="preserve">—  конструировать обобщения и выводы на основе полученных результатов наблюдений и </w:t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 xml:space="preserve">опытной работы, подкреплять их доказательствами; </w:t>
      </w:r>
    </w:p>
    <w:p>
      <w:pPr>
        <w:autoSpaceDN w:val="0"/>
        <w:autoSpaceDE w:val="0"/>
        <w:widowControl/>
        <w:spacing w:line="262" w:lineRule="auto" w:before="190" w:after="0"/>
        <w:ind w:left="240" w:right="576" w:firstLine="0"/>
        <w:jc w:val="left"/>
      </w:pP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 xml:space="preserve">—  находить ошибки и восстанавливать деформированный текст об изученных объектах и </w:t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 xml:space="preserve">явлениях природы, событиях социальной жизни; </w:t>
      </w:r>
    </w:p>
    <w:p>
      <w:pPr>
        <w:autoSpaceDN w:val="0"/>
        <w:autoSpaceDE w:val="0"/>
        <w:widowControl/>
        <w:spacing w:line="262" w:lineRule="auto" w:before="190" w:after="0"/>
        <w:ind w:left="240" w:right="432" w:firstLine="0"/>
        <w:jc w:val="left"/>
      </w:pP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 xml:space="preserve">—  готовить небольшие публичные выступления с возможной презентацией (текст, рисунки, </w:t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>фото, плакаты и др. ) к тексту выступления.</w:t>
      </w:r>
    </w:p>
    <w:p>
      <w:pPr>
        <w:sectPr>
          <w:pgSz w:w="11900" w:h="16840"/>
          <w:pgMar w:top="286" w:right="790" w:bottom="438" w:left="846" w:header="720" w:footer="720" w:gutter="0"/>
          <w:cols w:space="720" w:num="1" w:equalWidth="0">
            <w:col w:w="10264" w:space="0"/>
            <w:col w:w="10584" w:space="0"/>
            <w:col w:w="10586" w:space="0"/>
            <w:col w:w="10258" w:space="0"/>
            <w:col w:w="10584" w:space="0"/>
            <w:col w:w="10468" w:space="0"/>
            <w:col w:w="10584" w:space="0"/>
            <w:col w:w="10284" w:space="0"/>
          </w:cols>
          <w:docGrid w:linePitch="360"/>
        </w:sectPr>
      </w:pPr>
    </w:p>
    <w:p>
      <w:pPr>
        <w:autoSpaceDN w:val="0"/>
        <w:autoSpaceDE w:val="0"/>
        <w:widowControl/>
        <w:spacing w:line="220" w:lineRule="exact" w:before="0" w:after="78"/>
        <w:ind w:left="0" w:right="0"/>
      </w:pPr>
    </w:p>
    <w:p>
      <w:pPr>
        <w:autoSpaceDN w:val="0"/>
        <w:autoSpaceDE w:val="0"/>
        <w:widowControl/>
        <w:spacing w:line="262" w:lineRule="auto" w:before="0" w:after="0"/>
        <w:ind w:left="180" w:right="4896" w:firstLine="0"/>
        <w:jc w:val="left"/>
      </w:pPr>
      <w:r>
        <w:rPr>
          <w:rFonts w:ascii="Times New Roman" w:hAnsi="Times New Roman" w:eastAsia="Times New Roman"/>
          <w:b/>
          <w:i w:val="0"/>
          <w:color w:val="000000"/>
          <w:sz w:val="24"/>
        </w:rPr>
        <w:t xml:space="preserve">Регулятивные универсальные учебные действия: </w:t>
      </w:r>
      <w:r>
        <w:rPr>
          <w:rFonts w:ascii="Times New Roman" w:hAnsi="Times New Roman" w:eastAsia="Times New Roman"/>
          <w:b w:val="0"/>
          <w:i/>
          <w:color w:val="000000"/>
          <w:sz w:val="24"/>
        </w:rPr>
        <w:t>1)  Самоорганизация:</w:t>
      </w:r>
    </w:p>
    <w:p>
      <w:pPr>
        <w:autoSpaceDN w:val="0"/>
        <w:autoSpaceDE w:val="0"/>
        <w:widowControl/>
        <w:spacing w:line="262" w:lineRule="auto" w:before="178" w:after="0"/>
        <w:ind w:left="420" w:right="720" w:firstLine="0"/>
        <w:jc w:val="left"/>
      </w:pP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 xml:space="preserve">—  планировать самостоятельно или с небольшой помощью учителя действия по решению </w:t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 xml:space="preserve">учебной задачи; </w:t>
      </w:r>
    </w:p>
    <w:p>
      <w:pPr>
        <w:autoSpaceDN w:val="0"/>
        <w:autoSpaceDE w:val="0"/>
        <w:widowControl/>
        <w:spacing w:line="230" w:lineRule="auto" w:before="190" w:after="0"/>
        <w:ind w:left="420" w:right="0" w:firstLine="0"/>
        <w:jc w:val="left"/>
      </w:pP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>—  выстраивать последовательность выбранных действий и операций.</w:t>
      </w:r>
    </w:p>
    <w:p>
      <w:pPr>
        <w:autoSpaceDN w:val="0"/>
        <w:autoSpaceDE w:val="0"/>
        <w:widowControl/>
        <w:spacing w:line="230" w:lineRule="auto" w:before="178" w:after="0"/>
        <w:ind w:left="180" w:right="0" w:firstLine="0"/>
        <w:jc w:val="left"/>
      </w:pPr>
      <w:r>
        <w:rPr>
          <w:rFonts w:ascii="Times New Roman" w:hAnsi="Times New Roman" w:eastAsia="Times New Roman"/>
          <w:b w:val="0"/>
          <w:i/>
          <w:color w:val="000000"/>
          <w:sz w:val="24"/>
        </w:rPr>
        <w:t>2)  Самоконтроль:</w:t>
      </w:r>
    </w:p>
    <w:p>
      <w:pPr>
        <w:autoSpaceDN w:val="0"/>
        <w:autoSpaceDE w:val="0"/>
        <w:widowControl/>
        <w:spacing w:line="230" w:lineRule="auto" w:before="178" w:after="0"/>
        <w:ind w:left="420" w:right="0" w:firstLine="0"/>
        <w:jc w:val="left"/>
      </w:pP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 xml:space="preserve">—  осуществлять контроль процесса и результата своей деятельности; </w:t>
      </w:r>
    </w:p>
    <w:p>
      <w:pPr>
        <w:autoSpaceDN w:val="0"/>
        <w:autoSpaceDE w:val="0"/>
        <w:widowControl/>
        <w:spacing w:line="262" w:lineRule="auto" w:before="190" w:after="0"/>
        <w:ind w:left="420" w:right="144" w:firstLine="0"/>
        <w:jc w:val="left"/>
      </w:pP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 xml:space="preserve">—  находить ошибки в своей работе и устанавливать их причины; корректировать свои действия </w:t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 xml:space="preserve">при необходимости (с небольшой помощью учителя); </w:t>
      </w:r>
    </w:p>
    <w:p>
      <w:pPr>
        <w:autoSpaceDN w:val="0"/>
        <w:autoSpaceDE w:val="0"/>
        <w:widowControl/>
        <w:spacing w:line="262" w:lineRule="auto" w:before="192" w:after="0"/>
        <w:ind w:left="420" w:right="144" w:firstLine="0"/>
        <w:jc w:val="left"/>
      </w:pP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 xml:space="preserve">—  предвидеть возможность возникновения трудностей и ошибок, предусматривать способы их </w:t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>предупреждения, в том числе в житейских ситуациях, опасных для здоровья и жизни.</w:t>
      </w:r>
    </w:p>
    <w:p>
      <w:pPr>
        <w:autoSpaceDN w:val="0"/>
        <w:autoSpaceDE w:val="0"/>
        <w:widowControl/>
        <w:spacing w:line="230" w:lineRule="auto" w:before="178" w:after="0"/>
        <w:ind w:left="180" w:right="0" w:firstLine="0"/>
        <w:jc w:val="left"/>
      </w:pPr>
      <w:r>
        <w:rPr>
          <w:rFonts w:ascii="Times New Roman" w:hAnsi="Times New Roman" w:eastAsia="Times New Roman"/>
          <w:b w:val="0"/>
          <w:i/>
          <w:color w:val="000000"/>
          <w:sz w:val="24"/>
        </w:rPr>
        <w:t>3)  Самооценка</w:t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>:</w:t>
      </w:r>
    </w:p>
    <w:p>
      <w:pPr>
        <w:autoSpaceDN w:val="0"/>
        <w:autoSpaceDE w:val="0"/>
        <w:widowControl/>
        <w:spacing w:line="262" w:lineRule="auto" w:before="178" w:after="0"/>
        <w:ind w:left="420" w:right="432" w:firstLine="0"/>
        <w:jc w:val="left"/>
      </w:pP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 xml:space="preserve">—  объективно оценивать результаты своей деятельности, соотносить свою оценку с оценкой </w:t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 xml:space="preserve">учителя; </w:t>
      </w:r>
    </w:p>
    <w:p>
      <w:pPr>
        <w:autoSpaceDN w:val="0"/>
        <w:autoSpaceDE w:val="0"/>
        <w:widowControl/>
        <w:spacing w:line="262" w:lineRule="auto" w:before="190" w:after="0"/>
        <w:ind w:left="420" w:right="1440" w:firstLine="0"/>
        <w:jc w:val="left"/>
      </w:pP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 xml:space="preserve">—  оценивать целесообразность выбранных способов действия, при необходимости </w:t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>корректировать их.</w:t>
      </w:r>
    </w:p>
    <w:p>
      <w:pPr>
        <w:autoSpaceDN w:val="0"/>
        <w:autoSpaceDE w:val="0"/>
        <w:widowControl/>
        <w:spacing w:line="230" w:lineRule="auto" w:before="178" w:after="0"/>
        <w:ind w:left="180" w:right="0" w:firstLine="0"/>
        <w:jc w:val="left"/>
      </w:pPr>
      <w:r>
        <w:rPr>
          <w:rFonts w:ascii="Times New Roman" w:hAnsi="Times New Roman" w:eastAsia="Times New Roman"/>
          <w:b/>
          <w:i w:val="0"/>
          <w:color w:val="000000"/>
          <w:sz w:val="24"/>
        </w:rPr>
        <w:t>Совместная деятельность:</w:t>
      </w:r>
    </w:p>
    <w:p>
      <w:pPr>
        <w:autoSpaceDN w:val="0"/>
        <w:autoSpaceDE w:val="0"/>
        <w:widowControl/>
        <w:spacing w:line="271" w:lineRule="auto" w:before="178" w:after="0"/>
        <w:ind w:left="420" w:right="288" w:firstLine="0"/>
        <w:jc w:val="left"/>
      </w:pP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 xml:space="preserve">—  понимать значение коллективной деятельности для успешного решения учебной </w:t>
      </w:r>
      <w:r>
        <w:br/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 xml:space="preserve">(практической) задачи; активно участвовать в формулировании краткосрочных и долгосрочных </w:t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 xml:space="preserve">целей совместной деятельности (на основе изученного материала по окружающему миру); </w:t>
      </w:r>
    </w:p>
    <w:p>
      <w:pPr>
        <w:autoSpaceDN w:val="0"/>
        <w:autoSpaceDE w:val="0"/>
        <w:widowControl/>
        <w:spacing w:line="262" w:lineRule="auto" w:before="190" w:after="0"/>
        <w:ind w:left="420" w:right="1584" w:firstLine="0"/>
        <w:jc w:val="left"/>
      </w:pP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 xml:space="preserve">—  коллективно строить действия по достижению общей цели: распределять роли, </w:t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 xml:space="preserve">договариваться, обсуждать процесс и результат совместной работы; </w:t>
      </w:r>
    </w:p>
    <w:p>
      <w:pPr>
        <w:autoSpaceDN w:val="0"/>
        <w:autoSpaceDE w:val="0"/>
        <w:widowControl/>
        <w:spacing w:line="230" w:lineRule="auto" w:before="190" w:after="0"/>
        <w:ind w:left="420" w:right="0" w:firstLine="0"/>
        <w:jc w:val="left"/>
      </w:pP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 xml:space="preserve">—  проявлять готовность руководить, выполнять поручения, подчиняться; </w:t>
      </w:r>
    </w:p>
    <w:p>
      <w:pPr>
        <w:autoSpaceDN w:val="0"/>
        <w:autoSpaceDE w:val="0"/>
        <w:widowControl/>
        <w:spacing w:line="271" w:lineRule="auto" w:before="190" w:after="0"/>
        <w:ind w:left="420" w:right="144" w:firstLine="0"/>
        <w:jc w:val="left"/>
      </w:pP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 xml:space="preserve">—  выполнять правила совместной деятельности: справедливо распределять и оценивать работу </w:t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 xml:space="preserve">каждого участника; считаться с наличием разных мнений; не допускать  конфликтов, при их </w:t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 xml:space="preserve">возникновении мирно разрешать без участия взрослого; </w:t>
      </w:r>
    </w:p>
    <w:p>
      <w:pPr>
        <w:autoSpaceDN w:val="0"/>
        <w:autoSpaceDE w:val="0"/>
        <w:widowControl/>
        <w:spacing w:line="230" w:lineRule="auto" w:before="192" w:after="0"/>
        <w:ind w:left="420" w:right="0" w:firstLine="0"/>
        <w:jc w:val="left"/>
      </w:pP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>—  ответственно выполнять свою часть работы.</w:t>
      </w:r>
    </w:p>
    <w:p>
      <w:pPr>
        <w:autoSpaceDN w:val="0"/>
        <w:autoSpaceDE w:val="0"/>
        <w:widowControl/>
        <w:spacing w:line="230" w:lineRule="auto" w:before="288" w:after="0"/>
        <w:ind w:left="0" w:right="0" w:firstLine="0"/>
        <w:jc w:val="left"/>
      </w:pPr>
      <w:r>
        <w:rPr>
          <w:rFonts w:ascii="Times New Roman" w:hAnsi="Times New Roman" w:eastAsia="Times New Roman"/>
          <w:b/>
          <w:i w:val="0"/>
          <w:color w:val="000000"/>
          <w:sz w:val="24"/>
        </w:rPr>
        <w:t>ПРЕДМЕТНЫЕ РЕЗУЛЬТАТЫ</w:t>
      </w:r>
    </w:p>
    <w:p>
      <w:pPr>
        <w:autoSpaceDN w:val="0"/>
        <w:autoSpaceDE w:val="0"/>
        <w:widowControl/>
        <w:spacing w:line="230" w:lineRule="auto" w:before="346" w:after="0"/>
        <w:ind w:left="180" w:right="0" w:firstLine="0"/>
        <w:jc w:val="left"/>
      </w:pP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 xml:space="preserve">К концу обучения в </w:t>
      </w:r>
      <w:r>
        <w:rPr>
          <w:rFonts w:ascii="Times New Roman" w:hAnsi="Times New Roman" w:eastAsia="Times New Roman"/>
          <w:b/>
          <w:i w:val="0"/>
          <w:color w:val="000000"/>
          <w:sz w:val="24"/>
        </w:rPr>
        <w:t xml:space="preserve">1 классе </w:t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>обучающийся научится:</w:t>
      </w:r>
    </w:p>
    <w:p>
      <w:pPr>
        <w:autoSpaceDN w:val="0"/>
        <w:autoSpaceDE w:val="0"/>
        <w:widowControl/>
        <w:spacing w:line="271" w:lineRule="auto" w:before="178" w:after="0"/>
        <w:ind w:left="420" w:right="288" w:firstLine="0"/>
        <w:jc w:val="left"/>
      </w:pP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 xml:space="preserve">—  называть себя и членов своей семьи по фамилии, имени, отчеству, профессии членов своей </w:t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 xml:space="preserve">семьи, домашний адрес и адрес своей школы; проявлять уважение к семейным ценностям и </w:t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 xml:space="preserve">традициям, соблюдать правила нравственного поведения в социуме и на природе; </w:t>
      </w:r>
    </w:p>
    <w:p>
      <w:pPr>
        <w:autoSpaceDN w:val="0"/>
        <w:autoSpaceDE w:val="0"/>
        <w:widowControl/>
        <w:spacing w:line="230" w:lineRule="auto" w:before="190" w:after="0"/>
        <w:ind w:left="420" w:right="0" w:firstLine="0"/>
        <w:jc w:val="left"/>
      </w:pP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 xml:space="preserve">—  воспроизводить название своего населённого пункта, региона, страны; </w:t>
      </w:r>
    </w:p>
    <w:p>
      <w:pPr>
        <w:autoSpaceDN w:val="0"/>
        <w:autoSpaceDE w:val="0"/>
        <w:widowControl/>
        <w:spacing w:line="262" w:lineRule="auto" w:before="190" w:after="0"/>
        <w:ind w:left="420" w:right="288" w:firstLine="0"/>
        <w:jc w:val="left"/>
      </w:pP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 xml:space="preserve">—  приводить примеры культурных объектов родного края, школьных традиций и праздников, </w:t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 xml:space="preserve">традиций и ценностей своей семьи, профессий; </w:t>
      </w:r>
    </w:p>
    <w:p>
      <w:pPr>
        <w:autoSpaceDN w:val="0"/>
        <w:autoSpaceDE w:val="0"/>
        <w:widowControl/>
        <w:spacing w:line="271" w:lineRule="auto" w:before="190" w:after="0"/>
        <w:ind w:left="420" w:right="288" w:firstLine="0"/>
        <w:jc w:val="left"/>
      </w:pP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 xml:space="preserve">—  различать объекты живой и неживой природы, объекты, созданные человеком, и природные </w:t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 xml:space="preserve">материалы, части растений (корень, стебель, лист, цветок, плод, семя), группы </w:t>
      </w:r>
      <w:r>
        <w:br/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 xml:space="preserve">животных(насекомые, рыбы, птицы, звери); </w:t>
      </w:r>
    </w:p>
    <w:p>
      <w:pPr>
        <w:sectPr>
          <w:pgSz w:w="11900" w:h="16840"/>
          <w:pgMar w:top="298" w:right="650" w:bottom="432" w:left="666" w:header="720" w:footer="720" w:gutter="0"/>
          <w:cols w:space="720" w:num="1" w:equalWidth="0">
            <w:col w:w="10584" w:space="0"/>
            <w:col w:w="10264" w:space="0"/>
            <w:col w:w="10584" w:space="0"/>
            <w:col w:w="10586" w:space="0"/>
            <w:col w:w="10258" w:space="0"/>
            <w:col w:w="10584" w:space="0"/>
            <w:col w:w="10468" w:space="0"/>
            <w:col w:w="10584" w:space="0"/>
            <w:col w:w="10284" w:space="0"/>
          </w:cols>
          <w:docGrid w:linePitch="360"/>
        </w:sectPr>
      </w:pPr>
    </w:p>
    <w:p>
      <w:pPr>
        <w:autoSpaceDN w:val="0"/>
        <w:autoSpaceDE w:val="0"/>
        <w:widowControl/>
        <w:spacing w:line="220" w:lineRule="exact" w:before="0" w:after="108"/>
        <w:ind w:left="0" w:right="0"/>
      </w:pPr>
    </w:p>
    <w:p>
      <w:pPr>
        <w:autoSpaceDN w:val="0"/>
        <w:autoSpaceDE w:val="0"/>
        <w:widowControl/>
        <w:spacing w:line="276" w:lineRule="auto" w:before="0" w:after="0"/>
        <w:ind w:left="0" w:right="0" w:firstLine="0"/>
        <w:jc w:val="left"/>
      </w:pP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 xml:space="preserve">—  описывать на основе опорных слов наиболее распространённые в родном крае дикорастущие </w:t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 xml:space="preserve">и культурные растения, диких и домашних животных; сезонные явления в разные времена года; </w:t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 xml:space="preserve">деревья, кустарники, травы; основные группы животных (насекомые, рыбы, птицы, звери); </w:t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 xml:space="preserve">выделять их наиболее существенные признаки; </w:t>
      </w:r>
    </w:p>
    <w:p>
      <w:pPr>
        <w:autoSpaceDN w:val="0"/>
        <w:autoSpaceDE w:val="0"/>
        <w:widowControl/>
        <w:spacing w:line="230" w:lineRule="auto" w:before="190" w:after="0"/>
        <w:ind w:left="0" w:right="0" w:firstLine="0"/>
        <w:jc w:val="left"/>
      </w:pP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 xml:space="preserve">—  применять правила ухода за комнатными растениями и домашними животными; </w:t>
      </w:r>
    </w:p>
    <w:p>
      <w:pPr>
        <w:autoSpaceDN w:val="0"/>
        <w:autoSpaceDE w:val="0"/>
        <w:widowControl/>
        <w:spacing w:line="276" w:lineRule="auto" w:before="190" w:after="0"/>
        <w:ind w:left="0" w:right="144" w:firstLine="0"/>
        <w:jc w:val="left"/>
      </w:pP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 xml:space="preserve">—  проводить, соблюдая правила безопасного труда, несложные групповые и индивидуальные </w:t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 xml:space="preserve">наблюдения (в том числе за сезонными изменениями в природе своей местности), измерения (в </w:t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 xml:space="preserve">том числе вести счёт времени, измерять температуру воздуха) и опыты под руководством </w:t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 xml:space="preserve">учителя; </w:t>
      </w:r>
    </w:p>
    <w:p>
      <w:pPr>
        <w:autoSpaceDN w:val="0"/>
        <w:autoSpaceDE w:val="0"/>
        <w:widowControl/>
        <w:spacing w:line="230" w:lineRule="auto" w:before="192" w:after="0"/>
        <w:ind w:left="0" w:right="0" w:firstLine="0"/>
        <w:jc w:val="left"/>
      </w:pP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 xml:space="preserve">—  использовать для ответов на вопросы небольшие тексты о природе и обществе; </w:t>
      </w:r>
    </w:p>
    <w:p>
      <w:pPr>
        <w:autoSpaceDN w:val="0"/>
        <w:autoSpaceDE w:val="0"/>
        <w:widowControl/>
        <w:spacing w:line="262" w:lineRule="auto" w:before="192" w:after="0"/>
        <w:ind w:left="0" w:right="432" w:firstLine="0"/>
        <w:jc w:val="left"/>
      </w:pP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 xml:space="preserve">—  оценивать ситуации, раскрывающие положительное и негативное отношение к природе; </w:t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 xml:space="preserve">правила поведения в быту, в общественных местах; </w:t>
      </w:r>
    </w:p>
    <w:p>
      <w:pPr>
        <w:autoSpaceDN w:val="0"/>
        <w:autoSpaceDE w:val="0"/>
        <w:widowControl/>
        <w:spacing w:line="262" w:lineRule="auto" w:before="190" w:after="0"/>
        <w:ind w:left="0" w:right="576" w:firstLine="0"/>
        <w:jc w:val="left"/>
      </w:pP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 xml:space="preserve">—  соблюдать правила безопасности на учебном месте школьника; во время наблюдений и </w:t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 xml:space="preserve">опытов; безопасно пользоваться бытовыми электроприборами; </w:t>
      </w:r>
    </w:p>
    <w:p>
      <w:pPr>
        <w:autoSpaceDN w:val="0"/>
        <w:autoSpaceDE w:val="0"/>
        <w:widowControl/>
        <w:spacing w:line="230" w:lineRule="auto" w:before="190" w:after="0"/>
        <w:ind w:left="0" w:right="0" w:firstLine="0"/>
        <w:jc w:val="left"/>
      </w:pP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 xml:space="preserve">—  соблюдать правила здорового питания и личной гигиены; </w:t>
      </w:r>
    </w:p>
    <w:p>
      <w:pPr>
        <w:autoSpaceDN w:val="0"/>
        <w:autoSpaceDE w:val="0"/>
        <w:widowControl/>
        <w:spacing w:line="230" w:lineRule="auto" w:before="190" w:after="0"/>
        <w:ind w:left="0" w:right="0" w:firstLine="0"/>
        <w:jc w:val="left"/>
      </w:pP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 xml:space="preserve">—  соблюдать правила безопасного поведения пешехода; </w:t>
      </w:r>
    </w:p>
    <w:p>
      <w:pPr>
        <w:autoSpaceDN w:val="0"/>
        <w:autoSpaceDE w:val="0"/>
        <w:widowControl/>
        <w:spacing w:line="230" w:lineRule="auto" w:before="190" w:after="0"/>
        <w:ind w:left="0" w:right="0" w:firstLine="0"/>
        <w:jc w:val="left"/>
      </w:pP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 xml:space="preserve">—  соблюдать правила безопасного поведения в природе; </w:t>
      </w:r>
    </w:p>
    <w:p>
      <w:pPr>
        <w:autoSpaceDN w:val="0"/>
        <w:autoSpaceDE w:val="0"/>
        <w:widowControl/>
        <w:spacing w:line="262" w:lineRule="auto" w:before="190" w:after="0"/>
        <w:ind w:left="0" w:right="1008" w:firstLine="0"/>
        <w:jc w:val="left"/>
      </w:pP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 xml:space="preserve">—  с помощью взрослых (учителя, родителей) пользоваться электронным дневником и </w:t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>электронными ресурсами школы.</w:t>
      </w:r>
    </w:p>
    <w:p>
      <w:pPr>
        <w:sectPr>
          <w:pgSz w:w="11900" w:h="16840"/>
          <w:pgMar w:top="328" w:right="840" w:bottom="1440" w:left="1086" w:header="720" w:footer="720" w:gutter="0"/>
          <w:cols w:space="720" w:num="1" w:equalWidth="0">
            <w:col w:w="9974" w:space="0"/>
            <w:col w:w="10584" w:space="0"/>
            <w:col w:w="10264" w:space="0"/>
            <w:col w:w="10584" w:space="0"/>
            <w:col w:w="10586" w:space="0"/>
            <w:col w:w="10258" w:space="0"/>
            <w:col w:w="10584" w:space="0"/>
            <w:col w:w="10468" w:space="0"/>
            <w:col w:w="10584" w:space="0"/>
            <w:col w:w="10284" w:space="0"/>
          </w:cols>
          <w:docGrid w:linePitch="360"/>
        </w:sectPr>
      </w:pPr>
    </w:p>
    <w:p>
      <w:pPr>
        <w:autoSpaceDN w:val="0"/>
        <w:autoSpaceDE w:val="0"/>
        <w:widowControl/>
        <w:spacing w:line="220" w:lineRule="exact" w:before="0" w:after="64"/>
        <w:ind w:left="0" w:right="0"/>
      </w:pPr>
    </w:p>
    <w:p>
      <w:pPr>
        <w:autoSpaceDN w:val="0"/>
        <w:autoSpaceDE w:val="0"/>
        <w:widowControl/>
        <w:spacing w:line="233" w:lineRule="auto" w:before="0" w:after="258"/>
        <w:ind w:left="0" w:right="0" w:firstLine="0"/>
        <w:jc w:val="left"/>
      </w:pPr>
      <w:r>
        <w:rPr>
          <w:w w:val="101.11057883814763"/>
          <w:rFonts w:ascii="Times New Roman" w:hAnsi="Times New Roman" w:eastAsia="Times New Roman"/>
          <w:b/>
          <w:i w:val="0"/>
          <w:color w:val="000000"/>
          <w:sz w:val="19"/>
        </w:rPr>
        <w:t xml:space="preserve">ТЕМАТИЧЕСКОЕ ПЛАНИРОВАНИЕ </w:t>
      </w:r>
    </w:p>
    <w:tbl>
      <w:tblPr>
        <w:tblW w:type="auto" w:w="0"/>
        <w:tblLayout w:type="fixed"/>
        <w:tblLook w:firstColumn="1" w:firstRow="1" w:lastColumn="0" w:lastRow="0" w:noHBand="0" w:noVBand="1" w:val="04A0"/>
        <w:tblInd w:w="6.000000000000085" w:type="dxa"/>
      </w:tblPr>
      <w:tblGrid>
        <w:gridCol w:w="1726"/>
        <w:gridCol w:w="1726"/>
        <w:gridCol w:w="1726"/>
        <w:gridCol w:w="1726"/>
        <w:gridCol w:w="1726"/>
        <w:gridCol w:w="1726"/>
        <w:gridCol w:w="1726"/>
        <w:gridCol w:w="1726"/>
        <w:gridCol w:w="1726"/>
      </w:tblGrid>
      <w:tr>
        <w:trPr>
          <w:trHeight w:hRule="exact" w:val="348"/>
        </w:trPr>
        <w:tc>
          <w:tcPr>
            <w:tcW w:type="dxa" w:w="468"/>
            <w:vMerge w:val="restart"/>
            <w:tcBorders>
              <w:start w:sz="4.800000000000011" w:val="single" w:color="#000000"/>
              <w:top w:sz="4.800000000000011" w:val="single" w:color="#000000"/>
              <w:end w:sz="4.7999999999999545" w:val="single" w:color="#000000"/>
              <w:bottom w:sz="4.800000000000068" w:val="single" w:color="#000000"/>
            </w:tcBorders>
            <w:tcMar>
              <w:start w:w="0" w:type="dxa"/>
              <w:end w:w="0" w:type="dxa"/>
            </w:tcMar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45" w:lineRule="auto" w:before="78" w:after="0"/>
              <w:ind w:left="0" w:right="144" w:firstLine="0"/>
              <w:jc w:val="center"/>
            </w:pPr>
            <w:r>
              <w:rPr>
                <w:w w:val="97.55591154098511"/>
                <w:rFonts w:ascii="Times New Roman" w:hAnsi="Times New Roman" w:eastAsia="Times New Roman"/>
                <w:b/>
                <w:i w:val="0"/>
                <w:color w:val="000000"/>
                <w:sz w:val="16"/>
              </w:rPr>
              <w:t>№</w:t>
            </w:r>
            <w:r>
              <w:br/>
            </w:r>
            <w:r>
              <w:rPr>
                <w:w w:val="97.55591154098511"/>
                <w:rFonts w:ascii="Times New Roman" w:hAnsi="Times New Roman" w:eastAsia="Times New Roman"/>
                <w:b/>
                <w:i w:val="0"/>
                <w:color w:val="000000"/>
                <w:sz w:val="16"/>
              </w:rPr>
              <w:t>п/п</w:t>
            </w:r>
          </w:p>
        </w:tc>
        <w:tc>
          <w:tcPr>
            <w:tcW w:type="dxa" w:w="4118"/>
            <w:vMerge w:val="restart"/>
            <w:tcBorders>
              <w:start w:sz="4.7999999999999545" w:val="single" w:color="#000000"/>
              <w:top w:sz="4.800000000000011" w:val="single" w:color="#000000"/>
              <w:end w:sz="4.799999999999727" w:val="single" w:color="#000000"/>
              <w:bottom w:sz="4.800000000000068" w:val="single" w:color="#000000"/>
            </w:tcBorders>
            <w:tcMar>
              <w:start w:w="0" w:type="dxa"/>
              <w:end w:w="0" w:type="dxa"/>
            </w:tcMar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78" w:after="0"/>
              <w:ind w:left="72" w:right="0" w:firstLine="0"/>
              <w:jc w:val="left"/>
            </w:pPr>
            <w:r>
              <w:rPr>
                <w:w w:val="97.55591154098511"/>
                <w:rFonts w:ascii="Times New Roman" w:hAnsi="Times New Roman" w:eastAsia="Times New Roman"/>
                <w:b/>
                <w:i w:val="0"/>
                <w:color w:val="000000"/>
                <w:sz w:val="16"/>
              </w:rPr>
              <w:t>Наименование разделов и тем программы</w:t>
            </w:r>
          </w:p>
        </w:tc>
        <w:tc>
          <w:tcPr>
            <w:tcW w:type="dxa" w:w="2774"/>
            <w:gridSpan w:val="3"/>
            <w:tcBorders>
              <w:start w:sz="4.799999999999727" w:val="single" w:color="#000000"/>
              <w:top w:sz="4.800000000000011" w:val="single" w:color="#000000"/>
              <w:end w:sz="4.799999999999727" w:val="single" w:color="#000000"/>
              <w:bottom w:sz="4.800000000000068" w:val="single" w:color="#000000"/>
            </w:tcBorders>
            <w:tcMar>
              <w:start w:w="0" w:type="dxa"/>
              <w:end w:w="0" w:type="dxa"/>
            </w:tcMar>
            <w:tcMar>
              <w:start w:w="0" w:type="dxa"/>
              <w:end w:w="0" w:type="dxa"/>
            </w:tcMar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78" w:after="0"/>
              <w:ind w:left="72" w:right="0" w:firstLine="0"/>
              <w:jc w:val="left"/>
            </w:pPr>
            <w:r>
              <w:rPr>
                <w:w w:val="97.55591154098511"/>
                <w:rFonts w:ascii="Times New Roman" w:hAnsi="Times New Roman" w:eastAsia="Times New Roman"/>
                <w:b/>
                <w:i w:val="0"/>
                <w:color w:val="000000"/>
                <w:sz w:val="16"/>
              </w:rPr>
              <w:t>Количество часов</w:t>
            </w:r>
          </w:p>
        </w:tc>
        <w:tc>
          <w:tcPr>
            <w:tcW w:type="dxa" w:w="864"/>
            <w:vMerge w:val="restart"/>
            <w:tcBorders>
              <w:start w:sz="4.799999999999727" w:val="single" w:color="#000000"/>
              <w:top w:sz="4.800000000000011" w:val="single" w:color="#000000"/>
              <w:end w:sz="4.800000000000182" w:val="single" w:color="#000000"/>
              <w:bottom w:sz="4.800000000000068" w:val="single" w:color="#000000"/>
            </w:tcBorders>
            <w:tcMar>
              <w:start w:w="0" w:type="dxa"/>
              <w:end w:w="0" w:type="dxa"/>
            </w:tcMar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45" w:lineRule="auto" w:before="78" w:after="0"/>
              <w:ind w:left="72" w:right="0" w:firstLine="0"/>
              <w:jc w:val="left"/>
            </w:pPr>
            <w:r>
              <w:rPr>
                <w:w w:val="97.55591154098511"/>
                <w:rFonts w:ascii="Times New Roman" w:hAnsi="Times New Roman" w:eastAsia="Times New Roman"/>
                <w:b/>
                <w:i w:val="0"/>
                <w:color w:val="000000"/>
                <w:sz w:val="16"/>
              </w:rPr>
              <w:t xml:space="preserve">Дата </w:t>
            </w:r>
            <w:r>
              <w:br/>
            </w:r>
            <w:r>
              <w:rPr>
                <w:w w:val="97.55591154098511"/>
                <w:rFonts w:ascii="Times New Roman" w:hAnsi="Times New Roman" w:eastAsia="Times New Roman"/>
                <w:b/>
                <w:i w:val="0"/>
                <w:color w:val="000000"/>
                <w:sz w:val="16"/>
              </w:rPr>
              <w:t>изучения</w:t>
            </w:r>
          </w:p>
        </w:tc>
        <w:tc>
          <w:tcPr>
            <w:tcW w:type="dxa" w:w="4780"/>
            <w:vMerge w:val="restart"/>
            <w:tcBorders>
              <w:start w:sz="4.800000000000182" w:val="single" w:color="#000000"/>
              <w:top w:sz="4.800000000000011" w:val="single" w:color="#000000"/>
              <w:end w:sz="4.800000000000182" w:val="single" w:color="#000000"/>
              <w:bottom w:sz="4.800000000000068" w:val="single" w:color="#000000"/>
            </w:tcBorders>
            <w:tcMar>
              <w:start w:w="0" w:type="dxa"/>
              <w:end w:w="0" w:type="dxa"/>
            </w:tcMar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78" w:after="0"/>
              <w:ind w:left="72" w:right="0" w:firstLine="0"/>
              <w:jc w:val="left"/>
            </w:pPr>
            <w:r>
              <w:rPr>
                <w:w w:val="97.55591154098511"/>
                <w:rFonts w:ascii="Times New Roman" w:hAnsi="Times New Roman" w:eastAsia="Times New Roman"/>
                <w:b/>
                <w:i w:val="0"/>
                <w:color w:val="000000"/>
                <w:sz w:val="16"/>
              </w:rPr>
              <w:t>Виды деятельности</w:t>
            </w:r>
          </w:p>
        </w:tc>
        <w:tc>
          <w:tcPr>
            <w:tcW w:type="dxa" w:w="1080"/>
            <w:vMerge w:val="restart"/>
            <w:tcBorders>
              <w:start w:sz="4.800000000000182" w:val="single" w:color="#000000"/>
              <w:top w:sz="4.800000000000011" w:val="single" w:color="#000000"/>
              <w:end w:sz="4.800000000000182" w:val="single" w:color="#000000"/>
              <w:bottom w:sz="4.800000000000068" w:val="single" w:color="#000000"/>
            </w:tcBorders>
            <w:tcMar>
              <w:start w:w="0" w:type="dxa"/>
              <w:end w:w="0" w:type="dxa"/>
            </w:tcMar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47" w:lineRule="auto" w:before="78" w:after="0"/>
              <w:ind w:left="72" w:right="288" w:firstLine="0"/>
              <w:jc w:val="left"/>
            </w:pPr>
            <w:r>
              <w:rPr>
                <w:w w:val="97.55591154098511"/>
                <w:rFonts w:ascii="Times New Roman" w:hAnsi="Times New Roman" w:eastAsia="Times New Roman"/>
                <w:b/>
                <w:i w:val="0"/>
                <w:color w:val="000000"/>
                <w:sz w:val="16"/>
              </w:rPr>
              <w:t xml:space="preserve">Виды, </w:t>
            </w:r>
            <w:r>
              <w:br/>
            </w:r>
            <w:r>
              <w:rPr>
                <w:w w:val="97.55591154098511"/>
                <w:rFonts w:ascii="Times New Roman" w:hAnsi="Times New Roman" w:eastAsia="Times New Roman"/>
                <w:b/>
                <w:i w:val="0"/>
                <w:color w:val="000000"/>
                <w:sz w:val="16"/>
              </w:rPr>
              <w:t xml:space="preserve">формы </w:t>
            </w:r>
            <w:r>
              <w:br/>
            </w:r>
            <w:r>
              <w:rPr>
                <w:w w:val="97.55591154098511"/>
                <w:rFonts w:ascii="Times New Roman" w:hAnsi="Times New Roman" w:eastAsia="Times New Roman"/>
                <w:b/>
                <w:i w:val="0"/>
                <w:color w:val="000000"/>
                <w:sz w:val="16"/>
              </w:rPr>
              <w:t>контроля</w:t>
            </w:r>
          </w:p>
        </w:tc>
        <w:tc>
          <w:tcPr>
            <w:tcW w:type="dxa" w:w="1418"/>
            <w:vMerge w:val="restart"/>
            <w:tcBorders>
              <w:start w:sz="4.800000000000182" w:val="single" w:color="#000000"/>
              <w:top w:sz="4.800000000000011" w:val="single" w:color="#000000"/>
              <w:end w:sz="4.800000000000182" w:val="single" w:color="#000000"/>
              <w:bottom w:sz="4.800000000000068" w:val="single" w:color="#000000"/>
            </w:tcBorders>
            <w:tcMar>
              <w:start w:w="0" w:type="dxa"/>
              <w:end w:w="0" w:type="dxa"/>
            </w:tcMar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50" w:lineRule="auto" w:before="78" w:after="0"/>
              <w:ind w:left="72" w:right="0" w:firstLine="0"/>
              <w:jc w:val="left"/>
            </w:pPr>
            <w:r>
              <w:rPr>
                <w:w w:val="97.55591154098511"/>
                <w:rFonts w:ascii="Times New Roman" w:hAnsi="Times New Roman" w:eastAsia="Times New Roman"/>
                <w:b/>
                <w:i w:val="0"/>
                <w:color w:val="000000"/>
                <w:sz w:val="16"/>
              </w:rPr>
              <w:t xml:space="preserve">Электронные </w:t>
            </w:r>
            <w:r>
              <w:br/>
            </w:r>
            <w:r>
              <w:rPr>
                <w:w w:val="97.55591154098511"/>
                <w:rFonts w:ascii="Times New Roman" w:hAnsi="Times New Roman" w:eastAsia="Times New Roman"/>
                <w:b/>
                <w:i w:val="0"/>
                <w:color w:val="000000"/>
                <w:sz w:val="16"/>
              </w:rPr>
              <w:t xml:space="preserve">(цифровые) </w:t>
            </w:r>
            <w:r>
              <w:br/>
            </w:r>
            <w:r>
              <w:rPr>
                <w:w w:val="97.55591154098511"/>
                <w:rFonts w:ascii="Times New Roman" w:hAnsi="Times New Roman" w:eastAsia="Times New Roman"/>
                <w:b/>
                <w:i w:val="0"/>
                <w:color w:val="000000"/>
                <w:sz w:val="16"/>
              </w:rPr>
              <w:t xml:space="preserve">образовательные </w:t>
            </w:r>
            <w:r>
              <w:rPr>
                <w:w w:val="97.55591154098511"/>
                <w:rFonts w:ascii="Times New Roman" w:hAnsi="Times New Roman" w:eastAsia="Times New Roman"/>
                <w:b/>
                <w:i w:val="0"/>
                <w:color w:val="000000"/>
                <w:sz w:val="16"/>
              </w:rPr>
              <w:t>ресурсы</w:t>
            </w:r>
          </w:p>
        </w:tc>
      </w:tr>
      <w:tr>
        <w:trPr>
          <w:trHeight w:hRule="exact" w:val="576"/>
        </w:trPr>
        <w:tc>
          <w:tcPr>
            <w:tcW w:type="dxa" w:w="1726"/>
            <w:vMerge/>
            <w:tcBorders>
              <w:start w:sz="4.800000000000011" w:val="single" w:color="#000000"/>
              <w:top w:sz="4.800000000000011" w:val="single" w:color="#000000"/>
              <w:end w:sz="4.7999999999999545" w:val="single" w:color="#000000"/>
              <w:bottom w:sz="4.800000000000068" w:val="single" w:color="#000000"/>
            </w:tcBorders>
          </w:tcPr>
          <w:p/>
        </w:tc>
        <w:tc>
          <w:tcPr>
            <w:tcW w:type="dxa" w:w="1726"/>
            <w:vMerge/>
            <w:tcBorders>
              <w:start w:sz="4.7999999999999545" w:val="single" w:color="#000000"/>
              <w:top w:sz="4.800000000000011" w:val="single" w:color="#000000"/>
              <w:end w:sz="4.799999999999727" w:val="single" w:color="#000000"/>
              <w:bottom w:sz="4.800000000000068" w:val="single" w:color="#000000"/>
            </w:tcBorders>
          </w:tcPr>
          <w:p/>
        </w:tc>
        <w:tc>
          <w:tcPr>
            <w:tcW w:type="dxa" w:w="530"/>
            <w:tcBorders>
              <w:start w:sz="4.799999999999727" w:val="single" w:color="#000000"/>
              <w:top w:sz="4.800000000000068" w:val="single" w:color="#000000"/>
              <w:end w:sz="4.0" w:val="single" w:color="#000000"/>
              <w:bottom w:sz="4.800000000000068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78" w:after="0"/>
              <w:ind w:left="0" w:right="0" w:firstLine="0"/>
              <w:jc w:val="center"/>
            </w:pPr>
            <w:r>
              <w:rPr>
                <w:w w:val="97.55591154098511"/>
                <w:rFonts w:ascii="Times New Roman" w:hAnsi="Times New Roman" w:eastAsia="Times New Roman"/>
                <w:b/>
                <w:i w:val="0"/>
                <w:color w:val="000000"/>
                <w:sz w:val="16"/>
              </w:rPr>
              <w:t>всего</w:t>
            </w:r>
          </w:p>
        </w:tc>
        <w:tc>
          <w:tcPr>
            <w:tcW w:type="dxa" w:w="1104"/>
            <w:tcBorders>
              <w:start w:sz="4.0" w:val="single" w:color="#000000"/>
              <w:top w:sz="4.800000000000068" w:val="single" w:color="#000000"/>
              <w:end w:sz="4.799999999999727" w:val="single" w:color="#000000"/>
              <w:bottom w:sz="4.800000000000068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45" w:lineRule="auto" w:before="78" w:after="0"/>
              <w:ind w:left="74" w:right="0" w:firstLine="0"/>
              <w:jc w:val="left"/>
            </w:pPr>
            <w:r>
              <w:rPr>
                <w:w w:val="97.55591154098511"/>
                <w:rFonts w:ascii="Times New Roman" w:hAnsi="Times New Roman" w:eastAsia="Times New Roman"/>
                <w:b/>
                <w:i w:val="0"/>
                <w:color w:val="000000"/>
                <w:sz w:val="16"/>
              </w:rPr>
              <w:t xml:space="preserve">контрольные </w:t>
            </w:r>
            <w:r>
              <w:rPr>
                <w:w w:val="97.55591154098511"/>
                <w:rFonts w:ascii="Times New Roman" w:hAnsi="Times New Roman" w:eastAsia="Times New Roman"/>
                <w:b/>
                <w:i w:val="0"/>
                <w:color w:val="000000"/>
                <w:sz w:val="16"/>
              </w:rPr>
              <w:t>работы</w:t>
            </w:r>
          </w:p>
        </w:tc>
        <w:tc>
          <w:tcPr>
            <w:tcW w:type="dxa" w:w="1140"/>
            <w:tcBorders>
              <w:start w:sz="4.799999999999727" w:val="single" w:color="#000000"/>
              <w:top w:sz="4.800000000000068" w:val="single" w:color="#000000"/>
              <w:end w:sz="4.799999999999727" w:val="single" w:color="#000000"/>
              <w:bottom w:sz="4.800000000000068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45" w:lineRule="auto" w:before="78" w:after="0"/>
              <w:ind w:left="72" w:right="0" w:firstLine="0"/>
              <w:jc w:val="left"/>
            </w:pPr>
            <w:r>
              <w:rPr>
                <w:w w:val="97.55591154098511"/>
                <w:rFonts w:ascii="Times New Roman" w:hAnsi="Times New Roman" w:eastAsia="Times New Roman"/>
                <w:b/>
                <w:i w:val="0"/>
                <w:color w:val="000000"/>
                <w:sz w:val="16"/>
              </w:rPr>
              <w:t xml:space="preserve">практические </w:t>
            </w:r>
            <w:r>
              <w:rPr>
                <w:w w:val="97.55591154098511"/>
                <w:rFonts w:ascii="Times New Roman" w:hAnsi="Times New Roman" w:eastAsia="Times New Roman"/>
                <w:b/>
                <w:i w:val="0"/>
                <w:color w:val="000000"/>
                <w:sz w:val="16"/>
              </w:rPr>
              <w:t>работы</w:t>
            </w:r>
          </w:p>
        </w:tc>
        <w:tc>
          <w:tcPr>
            <w:tcW w:type="dxa" w:w="1726"/>
            <w:vMerge/>
            <w:tcBorders>
              <w:start w:sz="4.799999999999727" w:val="single" w:color="#000000"/>
              <w:top w:sz="4.800000000000011" w:val="single" w:color="#000000"/>
              <w:end w:sz="4.800000000000182" w:val="single" w:color="#000000"/>
              <w:bottom w:sz="4.800000000000068" w:val="single" w:color="#000000"/>
            </w:tcBorders>
          </w:tcPr>
          <w:p/>
        </w:tc>
        <w:tc>
          <w:tcPr>
            <w:tcW w:type="dxa" w:w="1726"/>
            <w:vMerge/>
            <w:tcBorders>
              <w:start w:sz="4.800000000000182" w:val="single" w:color="#000000"/>
              <w:top w:sz="4.800000000000011" w:val="single" w:color="#000000"/>
              <w:end w:sz="4.800000000000182" w:val="single" w:color="#000000"/>
              <w:bottom w:sz="4.800000000000068" w:val="single" w:color="#000000"/>
            </w:tcBorders>
          </w:tcPr>
          <w:p/>
        </w:tc>
        <w:tc>
          <w:tcPr>
            <w:tcW w:type="dxa" w:w="1726"/>
            <w:vMerge/>
            <w:tcBorders>
              <w:start w:sz="4.800000000000182" w:val="single" w:color="#000000"/>
              <w:top w:sz="4.800000000000011" w:val="single" w:color="#000000"/>
              <w:end w:sz="4.800000000000182" w:val="single" w:color="#000000"/>
              <w:bottom w:sz="4.800000000000068" w:val="single" w:color="#000000"/>
            </w:tcBorders>
          </w:tcPr>
          <w:p/>
        </w:tc>
        <w:tc>
          <w:tcPr>
            <w:tcW w:type="dxa" w:w="1726"/>
            <w:vMerge/>
            <w:tcBorders>
              <w:start w:sz="4.800000000000182" w:val="single" w:color="#000000"/>
              <w:top w:sz="4.800000000000011" w:val="single" w:color="#000000"/>
              <w:end w:sz="4.800000000000182" w:val="single" w:color="#000000"/>
              <w:bottom w:sz="4.800000000000068" w:val="single" w:color="#000000"/>
            </w:tcBorders>
          </w:tcPr>
          <w:p/>
        </w:tc>
      </w:tr>
      <w:tr>
        <w:trPr>
          <w:trHeight w:hRule="exact" w:val="348"/>
        </w:trPr>
        <w:tc>
          <w:tcPr>
            <w:tcW w:type="dxa" w:w="15502"/>
            <w:gridSpan w:val="9"/>
            <w:tcBorders>
              <w:start w:sz="4.800000000000011" w:val="single" w:color="#000000"/>
              <w:top w:sz="4.800000000000068" w:val="single" w:color="#000000"/>
              <w:end w:sz="4.800000000000182" w:val="single" w:color="#000000"/>
              <w:bottom w:sz="5.600000000000023" w:val="single" w:color="#000000"/>
            </w:tcBorders>
            <w:tcMar>
              <w:start w:w="0" w:type="dxa"/>
              <w:end w:w="0" w:type="dxa"/>
            </w:tcMar>
            <w:tcMar>
              <w:start w:w="0" w:type="dxa"/>
              <w:end w:w="0" w:type="dxa"/>
            </w:tcMar>
            <w:tcMar>
              <w:start w:w="0" w:type="dxa"/>
              <w:end w:w="0" w:type="dxa"/>
            </w:tcMar>
            <w:tcMar>
              <w:start w:w="0" w:type="dxa"/>
              <w:end w:w="0" w:type="dxa"/>
            </w:tcMar>
            <w:tcMar>
              <w:start w:w="0" w:type="dxa"/>
              <w:end w:w="0" w:type="dxa"/>
            </w:tcMar>
            <w:tcMar>
              <w:start w:w="0" w:type="dxa"/>
              <w:end w:w="0" w:type="dxa"/>
            </w:tcMar>
            <w:tcMar>
              <w:start w:w="0" w:type="dxa"/>
              <w:end w:w="0" w:type="dxa"/>
            </w:tcMar>
            <w:tcMar>
              <w:start w:w="0" w:type="dxa"/>
              <w:end w:w="0" w:type="dxa"/>
            </w:tcMar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78" w:after="0"/>
              <w:ind w:left="72" w:right="0" w:firstLine="0"/>
              <w:jc w:val="left"/>
            </w:pP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>Раздел 1.</w:t>
            </w:r>
            <w:r>
              <w:rPr>
                <w:w w:val="97.55591154098511"/>
                <w:rFonts w:ascii="Times New Roman" w:hAnsi="Times New Roman" w:eastAsia="Times New Roman"/>
                <w:b/>
                <w:i w:val="0"/>
                <w:color w:val="000000"/>
                <w:sz w:val="16"/>
              </w:rPr>
              <w:t xml:space="preserve"> Человек и общество.</w:t>
            </w:r>
          </w:p>
        </w:tc>
      </w:tr>
      <w:tr>
        <w:trPr>
          <w:trHeight w:hRule="exact" w:val="542"/>
        </w:trPr>
        <w:tc>
          <w:tcPr>
            <w:tcW w:type="dxa" w:w="468"/>
            <w:tcBorders>
              <w:start w:sz="4.800000000000011" w:val="single" w:color="#000000"/>
              <w:top w:sz="5.600000000000023" w:val="single" w:color="#000000"/>
              <w:end w:sz="4.7999999999999545" w:val="single" w:color="#000000"/>
              <w:bottom w:sz="4.7999999999999545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76" w:after="0"/>
              <w:ind w:left="0" w:right="0" w:firstLine="0"/>
              <w:jc w:val="center"/>
            </w:pP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>1.1.</w:t>
            </w:r>
          </w:p>
        </w:tc>
        <w:tc>
          <w:tcPr>
            <w:tcW w:type="dxa" w:w="4118"/>
            <w:tcBorders>
              <w:start w:sz="4.7999999999999545" w:val="single" w:color="#000000"/>
              <w:top w:sz="5.600000000000023" w:val="single" w:color="#000000"/>
              <w:end w:sz="4.799999999999727" w:val="single" w:color="#000000"/>
              <w:bottom w:sz="4.7999999999999545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45" w:lineRule="auto" w:before="76" w:after="0"/>
              <w:ind w:left="72" w:right="432" w:firstLine="0"/>
              <w:jc w:val="left"/>
            </w:pPr>
            <w:r>
              <w:rPr>
                <w:w w:val="97.55591154098511"/>
                <w:rFonts w:ascii="Times New Roman" w:hAnsi="Times New Roman" w:eastAsia="Times New Roman"/>
                <w:b/>
                <w:i w:val="0"/>
                <w:color w:val="000000"/>
                <w:sz w:val="16"/>
              </w:rPr>
              <w:t xml:space="preserve">Школьные традиции и праздники. Классный, </w:t>
            </w:r>
            <w:r>
              <w:rPr>
                <w:w w:val="97.55591154098511"/>
                <w:rFonts w:ascii="Times New Roman" w:hAnsi="Times New Roman" w:eastAsia="Times New Roman"/>
                <w:b/>
                <w:i w:val="0"/>
                <w:color w:val="000000"/>
                <w:sz w:val="16"/>
              </w:rPr>
              <w:t>школьный коллектив, совместная деятельность.</w:t>
            </w:r>
          </w:p>
        </w:tc>
        <w:tc>
          <w:tcPr>
            <w:tcW w:type="dxa" w:w="530"/>
            <w:tcBorders>
              <w:start w:sz="4.799999999999727" w:val="single" w:color="#000000"/>
              <w:top w:sz="5.600000000000023" w:val="single" w:color="#000000"/>
              <w:end w:sz="4.0" w:val="single" w:color="#000000"/>
              <w:bottom w:sz="4.7999999999999545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76" w:after="0"/>
              <w:ind w:left="72" w:right="0" w:firstLine="0"/>
              <w:jc w:val="left"/>
            </w:pP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>2</w:t>
            </w:r>
          </w:p>
        </w:tc>
        <w:tc>
          <w:tcPr>
            <w:tcW w:type="dxa" w:w="1104"/>
            <w:tcBorders>
              <w:start w:sz="4.0" w:val="single" w:color="#000000"/>
              <w:top w:sz="5.600000000000023" w:val="single" w:color="#000000"/>
              <w:end w:sz="4.799999999999727" w:val="single" w:color="#000000"/>
              <w:bottom w:sz="4.7999999999999545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76" w:after="0"/>
              <w:ind w:left="74" w:right="0" w:firstLine="0"/>
              <w:jc w:val="left"/>
            </w:pP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>0</w:t>
            </w:r>
          </w:p>
        </w:tc>
        <w:tc>
          <w:tcPr>
            <w:tcW w:type="dxa" w:w="1140"/>
            <w:tcBorders>
              <w:start w:sz="4.799999999999727" w:val="single" w:color="#000000"/>
              <w:top w:sz="5.600000000000023" w:val="single" w:color="#000000"/>
              <w:end w:sz="4.799999999999727" w:val="single" w:color="#000000"/>
              <w:bottom w:sz="4.7999999999999545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76" w:after="0"/>
              <w:ind w:left="72" w:right="0" w:firstLine="0"/>
              <w:jc w:val="left"/>
            </w:pP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>2</w:t>
            </w:r>
          </w:p>
        </w:tc>
        <w:tc>
          <w:tcPr>
            <w:tcW w:type="dxa" w:w="864"/>
            <w:tcBorders>
              <w:start w:sz="4.799999999999727" w:val="single" w:color="#000000"/>
              <w:top w:sz="5.600000000000023" w:val="single" w:color="#000000"/>
              <w:end w:sz="4.800000000000182" w:val="single" w:color="#000000"/>
              <w:bottom w:sz="4.7999999999999545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45" w:lineRule="auto" w:before="76" w:after="0"/>
              <w:ind w:left="0" w:right="0" w:firstLine="0"/>
              <w:jc w:val="center"/>
            </w:pP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 xml:space="preserve">02.09.2022 </w:t>
            </w: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>06.09.2022</w:t>
            </w:r>
          </w:p>
        </w:tc>
        <w:tc>
          <w:tcPr>
            <w:tcW w:type="dxa" w:w="4780"/>
            <w:tcBorders>
              <w:start w:sz="4.800000000000182" w:val="single" w:color="#000000"/>
              <w:top w:sz="5.600000000000023" w:val="single" w:color="#000000"/>
              <w:end w:sz="4.800000000000182" w:val="single" w:color="#000000"/>
              <w:bottom w:sz="4.7999999999999545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76" w:after="0"/>
              <w:ind w:left="72" w:right="0" w:firstLine="0"/>
              <w:jc w:val="left"/>
            </w:pP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>Экскурсия по школе, знакомство с помещениями;</w:t>
            </w:r>
          </w:p>
        </w:tc>
        <w:tc>
          <w:tcPr>
            <w:tcW w:type="dxa" w:w="1080"/>
            <w:tcBorders>
              <w:start w:sz="4.800000000000182" w:val="single" w:color="#000000"/>
              <w:top w:sz="5.600000000000023" w:val="single" w:color="#000000"/>
              <w:end w:sz="4.800000000000182" w:val="single" w:color="#000000"/>
              <w:bottom w:sz="4.7999999999999545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45" w:lineRule="auto" w:before="76" w:after="0"/>
              <w:ind w:left="72" w:right="432" w:firstLine="0"/>
              <w:jc w:val="left"/>
            </w:pP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 xml:space="preserve">Устный </w:t>
            </w:r>
            <w:r>
              <w:br/>
            </w: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>опрос;</w:t>
            </w:r>
          </w:p>
        </w:tc>
        <w:tc>
          <w:tcPr>
            <w:tcW w:type="dxa" w:w="1418"/>
            <w:tcBorders>
              <w:start w:sz="4.800000000000182" w:val="single" w:color="#000000"/>
              <w:top w:sz="5.600000000000023" w:val="single" w:color="#000000"/>
              <w:end w:sz="4.800000000000182" w:val="single" w:color="#000000"/>
              <w:bottom w:sz="4.7999999999999545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76" w:after="0"/>
              <w:ind w:left="0" w:right="0" w:firstLine="0"/>
              <w:jc w:val="center"/>
            </w:pP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>https://multiurok.ru/</w:t>
            </w:r>
          </w:p>
        </w:tc>
      </w:tr>
      <w:tr>
        <w:trPr>
          <w:trHeight w:hRule="exact" w:val="540"/>
        </w:trPr>
        <w:tc>
          <w:tcPr>
            <w:tcW w:type="dxa" w:w="468"/>
            <w:tcBorders>
              <w:start w:sz="4.800000000000011" w:val="single" w:color="#000000"/>
              <w:top w:sz="4.7999999999999545" w:val="single" w:color="#000000"/>
              <w:end w:sz="4.7999999999999545" w:val="single" w:color="#000000"/>
              <w:bottom w:sz="4.7999999999999545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3" w:lineRule="auto" w:before="76" w:after="0"/>
              <w:ind w:left="0" w:right="0" w:firstLine="0"/>
              <w:jc w:val="center"/>
            </w:pP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>1.2.</w:t>
            </w:r>
          </w:p>
        </w:tc>
        <w:tc>
          <w:tcPr>
            <w:tcW w:type="dxa" w:w="4118"/>
            <w:tcBorders>
              <w:start w:sz="4.7999999999999545" w:val="single" w:color="#000000"/>
              <w:top w:sz="4.7999999999999545" w:val="single" w:color="#000000"/>
              <w:end w:sz="4.799999999999727" w:val="single" w:color="#000000"/>
              <w:bottom w:sz="4.7999999999999545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45" w:lineRule="auto" w:before="76" w:after="0"/>
              <w:ind w:left="72" w:right="576" w:firstLine="0"/>
              <w:jc w:val="left"/>
            </w:pPr>
            <w:r>
              <w:rPr>
                <w:w w:val="97.55591154098511"/>
                <w:rFonts w:ascii="Times New Roman" w:hAnsi="Times New Roman" w:eastAsia="Times New Roman"/>
                <w:b/>
                <w:i w:val="0"/>
                <w:color w:val="000000"/>
                <w:sz w:val="16"/>
              </w:rPr>
              <w:t xml:space="preserve">Одноклассники, взаимоотношения между ними; </w:t>
            </w:r>
            <w:r>
              <w:rPr>
                <w:w w:val="97.55591154098511"/>
                <w:rFonts w:ascii="Times New Roman" w:hAnsi="Times New Roman" w:eastAsia="Times New Roman"/>
                <w:b/>
                <w:i w:val="0"/>
                <w:color w:val="000000"/>
                <w:sz w:val="16"/>
              </w:rPr>
              <w:t>ценность дружбы, взаимной помощи.</w:t>
            </w:r>
          </w:p>
        </w:tc>
        <w:tc>
          <w:tcPr>
            <w:tcW w:type="dxa" w:w="530"/>
            <w:tcBorders>
              <w:start w:sz="4.799999999999727" w:val="single" w:color="#000000"/>
              <w:top w:sz="4.7999999999999545" w:val="single" w:color="#000000"/>
              <w:end w:sz="4.0" w:val="single" w:color="#000000"/>
              <w:bottom w:sz="4.7999999999999545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3" w:lineRule="auto" w:before="76" w:after="0"/>
              <w:ind w:left="72" w:right="0" w:firstLine="0"/>
              <w:jc w:val="left"/>
            </w:pP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>1</w:t>
            </w:r>
          </w:p>
        </w:tc>
        <w:tc>
          <w:tcPr>
            <w:tcW w:type="dxa" w:w="1104"/>
            <w:tcBorders>
              <w:start w:sz="4.0" w:val="single" w:color="#000000"/>
              <w:top w:sz="4.7999999999999545" w:val="single" w:color="#000000"/>
              <w:end w:sz="4.799999999999727" w:val="single" w:color="#000000"/>
              <w:bottom w:sz="4.7999999999999545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3" w:lineRule="auto" w:before="76" w:after="0"/>
              <w:ind w:left="74" w:right="0" w:firstLine="0"/>
              <w:jc w:val="left"/>
            </w:pP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>0</w:t>
            </w:r>
          </w:p>
        </w:tc>
        <w:tc>
          <w:tcPr>
            <w:tcW w:type="dxa" w:w="1140"/>
            <w:tcBorders>
              <w:start w:sz="4.799999999999727" w:val="single" w:color="#000000"/>
              <w:top w:sz="4.7999999999999545" w:val="single" w:color="#000000"/>
              <w:end w:sz="4.799999999999727" w:val="single" w:color="#000000"/>
              <w:bottom w:sz="4.7999999999999545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3" w:lineRule="auto" w:before="76" w:after="0"/>
              <w:ind w:left="72" w:right="0" w:firstLine="0"/>
              <w:jc w:val="left"/>
            </w:pP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>1</w:t>
            </w:r>
          </w:p>
        </w:tc>
        <w:tc>
          <w:tcPr>
            <w:tcW w:type="dxa" w:w="864"/>
            <w:tcBorders>
              <w:start w:sz="4.799999999999727" w:val="single" w:color="#000000"/>
              <w:top w:sz="4.7999999999999545" w:val="single" w:color="#000000"/>
              <w:end w:sz="4.800000000000182" w:val="single" w:color="#000000"/>
              <w:bottom w:sz="4.7999999999999545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3" w:lineRule="auto" w:before="76" w:after="0"/>
              <w:ind w:left="0" w:right="0" w:firstLine="0"/>
              <w:jc w:val="center"/>
            </w:pP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>09.09.2022</w:t>
            </w:r>
          </w:p>
        </w:tc>
        <w:tc>
          <w:tcPr>
            <w:tcW w:type="dxa" w:w="4780"/>
            <w:tcBorders>
              <w:start w:sz="4.800000000000182" w:val="single" w:color="#000000"/>
              <w:top w:sz="4.7999999999999545" w:val="single" w:color="#000000"/>
              <w:end w:sz="4.800000000000182" w:val="single" w:color="#000000"/>
              <w:bottom w:sz="4.7999999999999545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3" w:lineRule="auto" w:before="76" w:after="0"/>
              <w:ind w:left="72" w:right="0" w:firstLine="0"/>
              <w:jc w:val="left"/>
            </w:pP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>Экскурсия по школе, знакомство с помещениями;</w:t>
            </w:r>
          </w:p>
        </w:tc>
        <w:tc>
          <w:tcPr>
            <w:tcW w:type="dxa" w:w="1080"/>
            <w:tcBorders>
              <w:start w:sz="4.800000000000182" w:val="single" w:color="#000000"/>
              <w:top w:sz="4.7999999999999545" w:val="single" w:color="#000000"/>
              <w:end w:sz="4.800000000000182" w:val="single" w:color="#000000"/>
              <w:bottom w:sz="4.7999999999999545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45" w:lineRule="auto" w:before="76" w:after="0"/>
              <w:ind w:left="72" w:right="432" w:firstLine="0"/>
              <w:jc w:val="left"/>
            </w:pP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 xml:space="preserve">Устный </w:t>
            </w:r>
            <w:r>
              <w:br/>
            </w: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>опрос;</w:t>
            </w:r>
          </w:p>
        </w:tc>
        <w:tc>
          <w:tcPr>
            <w:tcW w:type="dxa" w:w="1418"/>
            <w:tcBorders>
              <w:start w:sz="4.800000000000182" w:val="single" w:color="#000000"/>
              <w:top w:sz="4.7999999999999545" w:val="single" w:color="#000000"/>
              <w:end w:sz="4.800000000000182" w:val="single" w:color="#000000"/>
              <w:bottom w:sz="4.7999999999999545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3" w:lineRule="auto" w:before="76" w:after="0"/>
              <w:ind w:left="0" w:right="0" w:firstLine="0"/>
              <w:jc w:val="center"/>
            </w:pP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>https://multiurok.ru/</w:t>
            </w:r>
          </w:p>
        </w:tc>
      </w:tr>
      <w:tr>
        <w:trPr>
          <w:trHeight w:hRule="exact" w:val="540"/>
        </w:trPr>
        <w:tc>
          <w:tcPr>
            <w:tcW w:type="dxa" w:w="468"/>
            <w:tcBorders>
              <w:start w:sz="4.800000000000011" w:val="single" w:color="#000000"/>
              <w:top w:sz="4.7999999999999545" w:val="single" w:color="#000000"/>
              <w:end w:sz="4.7999999999999545" w:val="single" w:color="#000000"/>
              <w:bottom w:sz="4.7999999999999545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3" w:lineRule="auto" w:before="76" w:after="0"/>
              <w:ind w:left="0" w:right="0" w:firstLine="0"/>
              <w:jc w:val="center"/>
            </w:pP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>1.3.</w:t>
            </w:r>
          </w:p>
        </w:tc>
        <w:tc>
          <w:tcPr>
            <w:tcW w:type="dxa" w:w="4118"/>
            <w:tcBorders>
              <w:start w:sz="4.7999999999999545" w:val="single" w:color="#000000"/>
              <w:top w:sz="4.7999999999999545" w:val="single" w:color="#000000"/>
              <w:end w:sz="4.799999999999727" w:val="single" w:color="#000000"/>
              <w:bottom w:sz="4.7999999999999545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45" w:lineRule="auto" w:before="76" w:after="0"/>
              <w:ind w:left="72" w:right="432" w:firstLine="0"/>
              <w:jc w:val="left"/>
            </w:pPr>
            <w:r>
              <w:rPr>
                <w:w w:val="97.55591154098511"/>
                <w:rFonts w:ascii="Times New Roman" w:hAnsi="Times New Roman" w:eastAsia="Times New Roman"/>
                <w:b/>
                <w:i w:val="0"/>
                <w:color w:val="000000"/>
                <w:sz w:val="16"/>
              </w:rPr>
              <w:t xml:space="preserve">Рабочее место школьника. Правила безопасной </w:t>
            </w:r>
            <w:r>
              <w:rPr>
                <w:w w:val="97.55591154098511"/>
                <w:rFonts w:ascii="Times New Roman" w:hAnsi="Times New Roman" w:eastAsia="Times New Roman"/>
                <w:b/>
                <w:i w:val="0"/>
                <w:color w:val="000000"/>
                <w:sz w:val="16"/>
              </w:rPr>
              <w:t>работы на учебном месте, режим труда и отдыха.</w:t>
            </w:r>
          </w:p>
        </w:tc>
        <w:tc>
          <w:tcPr>
            <w:tcW w:type="dxa" w:w="530"/>
            <w:tcBorders>
              <w:start w:sz="4.799999999999727" w:val="single" w:color="#000000"/>
              <w:top w:sz="4.7999999999999545" w:val="single" w:color="#000000"/>
              <w:end w:sz="4.0" w:val="single" w:color="#000000"/>
              <w:bottom w:sz="4.7999999999999545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3" w:lineRule="auto" w:before="76" w:after="0"/>
              <w:ind w:left="72" w:right="0" w:firstLine="0"/>
              <w:jc w:val="left"/>
            </w:pP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>1</w:t>
            </w:r>
          </w:p>
        </w:tc>
        <w:tc>
          <w:tcPr>
            <w:tcW w:type="dxa" w:w="1104"/>
            <w:tcBorders>
              <w:start w:sz="4.0" w:val="single" w:color="#000000"/>
              <w:top w:sz="4.7999999999999545" w:val="single" w:color="#000000"/>
              <w:end w:sz="4.799999999999727" w:val="single" w:color="#000000"/>
              <w:bottom w:sz="4.7999999999999545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3" w:lineRule="auto" w:before="76" w:after="0"/>
              <w:ind w:left="74" w:right="0" w:firstLine="0"/>
              <w:jc w:val="left"/>
            </w:pP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>0</w:t>
            </w:r>
          </w:p>
        </w:tc>
        <w:tc>
          <w:tcPr>
            <w:tcW w:type="dxa" w:w="1140"/>
            <w:tcBorders>
              <w:start w:sz="4.799999999999727" w:val="single" w:color="#000000"/>
              <w:top w:sz="4.7999999999999545" w:val="single" w:color="#000000"/>
              <w:end w:sz="4.799999999999727" w:val="single" w:color="#000000"/>
              <w:bottom w:sz="4.7999999999999545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3" w:lineRule="auto" w:before="76" w:after="0"/>
              <w:ind w:left="72" w:right="0" w:firstLine="0"/>
              <w:jc w:val="left"/>
            </w:pP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>1</w:t>
            </w:r>
          </w:p>
        </w:tc>
        <w:tc>
          <w:tcPr>
            <w:tcW w:type="dxa" w:w="864"/>
            <w:tcBorders>
              <w:start w:sz="4.799999999999727" w:val="single" w:color="#000000"/>
              <w:top w:sz="4.7999999999999545" w:val="single" w:color="#000000"/>
              <w:end w:sz="4.800000000000182" w:val="single" w:color="#000000"/>
              <w:bottom w:sz="4.7999999999999545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3" w:lineRule="auto" w:before="76" w:after="0"/>
              <w:ind w:left="0" w:right="0" w:firstLine="0"/>
              <w:jc w:val="center"/>
            </w:pP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>13.09.2022</w:t>
            </w:r>
          </w:p>
        </w:tc>
        <w:tc>
          <w:tcPr>
            <w:tcW w:type="dxa" w:w="4780"/>
            <w:tcBorders>
              <w:start w:sz="4.800000000000182" w:val="single" w:color="#000000"/>
              <w:top w:sz="4.7999999999999545" w:val="single" w:color="#000000"/>
              <w:end w:sz="4.800000000000182" w:val="single" w:color="#000000"/>
              <w:bottom w:sz="4.7999999999999545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45" w:lineRule="auto" w:before="76" w:after="0"/>
              <w:ind w:left="72" w:right="432" w:firstLine="0"/>
              <w:jc w:val="left"/>
            </w:pP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 xml:space="preserve">Обсуждение ситуаций по теме «Правила поведения в классе и в </w:t>
            </w: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>школе»;</w:t>
            </w:r>
          </w:p>
        </w:tc>
        <w:tc>
          <w:tcPr>
            <w:tcW w:type="dxa" w:w="1080"/>
            <w:tcBorders>
              <w:start w:sz="4.800000000000182" w:val="single" w:color="#000000"/>
              <w:top w:sz="4.7999999999999545" w:val="single" w:color="#000000"/>
              <w:end w:sz="4.800000000000182" w:val="single" w:color="#000000"/>
              <w:bottom w:sz="4.7999999999999545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45" w:lineRule="auto" w:before="76" w:after="0"/>
              <w:ind w:left="72" w:right="0" w:firstLine="0"/>
              <w:jc w:val="left"/>
            </w:pP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 xml:space="preserve">Практическая </w:t>
            </w: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>работа;</w:t>
            </w:r>
          </w:p>
        </w:tc>
        <w:tc>
          <w:tcPr>
            <w:tcW w:type="dxa" w:w="1418"/>
            <w:tcBorders>
              <w:start w:sz="4.800000000000182" w:val="single" w:color="#000000"/>
              <w:top w:sz="4.7999999999999545" w:val="single" w:color="#000000"/>
              <w:end w:sz="4.800000000000182" w:val="single" w:color="#000000"/>
              <w:bottom w:sz="4.7999999999999545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3" w:lineRule="auto" w:before="76" w:after="0"/>
              <w:ind w:left="0" w:right="0" w:firstLine="0"/>
              <w:jc w:val="center"/>
            </w:pP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>https://multiurok.ru/</w:t>
            </w:r>
          </w:p>
        </w:tc>
      </w:tr>
      <w:tr>
        <w:trPr>
          <w:trHeight w:hRule="exact" w:val="732"/>
        </w:trPr>
        <w:tc>
          <w:tcPr>
            <w:tcW w:type="dxa" w:w="468"/>
            <w:tcBorders>
              <w:start w:sz="4.800000000000011" w:val="single" w:color="#000000"/>
              <w:top w:sz="4.7999999999999545" w:val="single" w:color="#000000"/>
              <w:end w:sz="4.7999999999999545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3" w:lineRule="auto" w:before="76" w:after="0"/>
              <w:ind w:left="0" w:right="0" w:firstLine="0"/>
              <w:jc w:val="center"/>
            </w:pP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>1.4.</w:t>
            </w:r>
          </w:p>
        </w:tc>
        <w:tc>
          <w:tcPr>
            <w:tcW w:type="dxa" w:w="4118"/>
            <w:tcBorders>
              <w:start w:sz="4.7999999999999545" w:val="single" w:color="#000000"/>
              <w:top w:sz="4.7999999999999545" w:val="single" w:color="#000000"/>
              <w:end w:sz="4.799999999999727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3" w:lineRule="auto" w:before="76" w:after="0"/>
              <w:ind w:left="72" w:right="0" w:firstLine="0"/>
              <w:jc w:val="left"/>
            </w:pPr>
            <w:r>
              <w:rPr>
                <w:w w:val="97.55591154098511"/>
                <w:rFonts w:ascii="Times New Roman" w:hAnsi="Times New Roman" w:eastAsia="Times New Roman"/>
                <w:b/>
                <w:i w:val="0"/>
                <w:color w:val="000000"/>
                <w:sz w:val="16"/>
              </w:rPr>
              <w:t>Россия Москва — столица России. Народы России.</w:t>
            </w:r>
          </w:p>
        </w:tc>
        <w:tc>
          <w:tcPr>
            <w:tcW w:type="dxa" w:w="530"/>
            <w:tcBorders>
              <w:start w:sz="4.799999999999727" w:val="single" w:color="#000000"/>
              <w:top w:sz="4.7999999999999545" w:val="single" w:color="#000000"/>
              <w:end w:sz="4.0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3" w:lineRule="auto" w:before="76" w:after="0"/>
              <w:ind w:left="72" w:right="0" w:firstLine="0"/>
              <w:jc w:val="left"/>
            </w:pP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>2</w:t>
            </w:r>
          </w:p>
        </w:tc>
        <w:tc>
          <w:tcPr>
            <w:tcW w:type="dxa" w:w="1104"/>
            <w:tcBorders>
              <w:start w:sz="4.0" w:val="single" w:color="#000000"/>
              <w:top w:sz="4.7999999999999545" w:val="single" w:color="#000000"/>
              <w:end w:sz="4.799999999999727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3" w:lineRule="auto" w:before="76" w:after="0"/>
              <w:ind w:left="74" w:right="0" w:firstLine="0"/>
              <w:jc w:val="left"/>
            </w:pP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>0</w:t>
            </w:r>
          </w:p>
        </w:tc>
        <w:tc>
          <w:tcPr>
            <w:tcW w:type="dxa" w:w="1140"/>
            <w:tcBorders>
              <w:start w:sz="4.799999999999727" w:val="single" w:color="#000000"/>
              <w:top w:sz="4.7999999999999545" w:val="single" w:color="#000000"/>
              <w:end w:sz="4.799999999999727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3" w:lineRule="auto" w:before="76" w:after="0"/>
              <w:ind w:left="72" w:right="0" w:firstLine="0"/>
              <w:jc w:val="left"/>
            </w:pP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>2</w:t>
            </w:r>
          </w:p>
        </w:tc>
        <w:tc>
          <w:tcPr>
            <w:tcW w:type="dxa" w:w="864"/>
            <w:tcBorders>
              <w:start w:sz="4.799999999999727" w:val="single" w:color="#000000"/>
              <w:top w:sz="4.7999999999999545" w:val="single" w:color="#000000"/>
              <w:end w:sz="4.800000000000182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45" w:lineRule="auto" w:before="76" w:after="0"/>
              <w:ind w:left="0" w:right="0" w:firstLine="0"/>
              <w:jc w:val="center"/>
            </w:pP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 xml:space="preserve">16.09.2022 </w:t>
            </w: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>20.09.2022</w:t>
            </w:r>
          </w:p>
        </w:tc>
        <w:tc>
          <w:tcPr>
            <w:tcW w:type="dxa" w:w="4780"/>
            <w:tcBorders>
              <w:start w:sz="4.800000000000182" w:val="single" w:color="#000000"/>
              <w:top w:sz="4.7999999999999545" w:val="single" w:color="#000000"/>
              <w:end w:sz="4.800000000000182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50" w:lineRule="auto" w:before="76" w:after="0"/>
              <w:ind w:left="72" w:right="144" w:firstLine="0"/>
              <w:jc w:val="left"/>
            </w:pP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 xml:space="preserve">Просмотр и обсуждение иллюстраций, видеофрагментов и других </w:t>
            </w: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>материалов (по выбору) на темы «Москва — столица России»,</w:t>
            </w: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>«Экскурсия по Москве»;</w:t>
            </w:r>
          </w:p>
        </w:tc>
        <w:tc>
          <w:tcPr>
            <w:tcW w:type="dxa" w:w="1080"/>
            <w:tcBorders>
              <w:start w:sz="4.800000000000182" w:val="single" w:color="#000000"/>
              <w:top w:sz="4.7999999999999545" w:val="single" w:color="#000000"/>
              <w:end w:sz="4.800000000000182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45" w:lineRule="auto" w:before="76" w:after="0"/>
              <w:ind w:left="72" w:right="432" w:firstLine="0"/>
              <w:jc w:val="left"/>
            </w:pP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 xml:space="preserve">Устный </w:t>
            </w:r>
            <w:r>
              <w:br/>
            </w: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>опрос;</w:t>
            </w:r>
          </w:p>
        </w:tc>
        <w:tc>
          <w:tcPr>
            <w:tcW w:type="dxa" w:w="1418"/>
            <w:tcBorders>
              <w:start w:sz="4.800000000000182" w:val="single" w:color="#000000"/>
              <w:top w:sz="4.7999999999999545" w:val="single" w:color="#000000"/>
              <w:end w:sz="4.800000000000182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3" w:lineRule="auto" w:before="76" w:after="0"/>
              <w:ind w:left="72" w:right="0" w:firstLine="0"/>
              <w:jc w:val="left"/>
            </w:pP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>http://nsportal.ru</w:t>
            </w:r>
          </w:p>
        </w:tc>
      </w:tr>
      <w:tr>
        <w:trPr>
          <w:trHeight w:hRule="exact" w:val="924"/>
        </w:trPr>
        <w:tc>
          <w:tcPr>
            <w:tcW w:type="dxa" w:w="468"/>
            <w:tcBorders>
              <w:start w:sz="4.800000000000011" w:val="single" w:color="#000000"/>
              <w:top w:sz="4.800000000000182" w:val="single" w:color="#000000"/>
              <w:end w:sz="4.7999999999999545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78" w:after="0"/>
              <w:ind w:left="0" w:right="0" w:firstLine="0"/>
              <w:jc w:val="center"/>
            </w:pP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>1.5.</w:t>
            </w:r>
          </w:p>
        </w:tc>
        <w:tc>
          <w:tcPr>
            <w:tcW w:type="dxa" w:w="4118"/>
            <w:tcBorders>
              <w:start w:sz="4.7999999999999545" w:val="single" w:color="#000000"/>
              <w:top w:sz="4.800000000000182" w:val="single" w:color="#000000"/>
              <w:end w:sz="4.799999999999727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45" w:lineRule="auto" w:before="78" w:after="0"/>
              <w:ind w:left="0" w:right="288" w:firstLine="0"/>
              <w:jc w:val="center"/>
            </w:pPr>
            <w:r>
              <w:rPr>
                <w:w w:val="97.55591154098511"/>
                <w:rFonts w:ascii="Times New Roman" w:hAnsi="Times New Roman" w:eastAsia="Times New Roman"/>
                <w:b/>
                <w:i w:val="0"/>
                <w:color w:val="000000"/>
                <w:sz w:val="16"/>
              </w:rPr>
              <w:t xml:space="preserve">Первоначальные сведения о родном крае. Название </w:t>
            </w:r>
            <w:r>
              <w:rPr>
                <w:w w:val="97.55591154098511"/>
                <w:rFonts w:ascii="Times New Roman" w:hAnsi="Times New Roman" w:eastAsia="Times New Roman"/>
                <w:b/>
                <w:i w:val="0"/>
                <w:color w:val="000000"/>
                <w:sz w:val="16"/>
              </w:rPr>
              <w:t>своего   населённого пункта (города, села), региона.</w:t>
            </w:r>
          </w:p>
        </w:tc>
        <w:tc>
          <w:tcPr>
            <w:tcW w:type="dxa" w:w="530"/>
            <w:tcBorders>
              <w:start w:sz="4.799999999999727" w:val="single" w:color="#000000"/>
              <w:top w:sz="4.800000000000182" w:val="single" w:color="#000000"/>
              <w:end w:sz="4.0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78" w:after="0"/>
              <w:ind w:left="72" w:right="0" w:firstLine="0"/>
              <w:jc w:val="left"/>
            </w:pP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>2</w:t>
            </w:r>
          </w:p>
        </w:tc>
        <w:tc>
          <w:tcPr>
            <w:tcW w:type="dxa" w:w="1104"/>
            <w:tcBorders>
              <w:start w:sz="4.0" w:val="single" w:color="#000000"/>
              <w:top w:sz="4.800000000000182" w:val="single" w:color="#000000"/>
              <w:end w:sz="4.799999999999727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78" w:after="0"/>
              <w:ind w:left="74" w:right="0" w:firstLine="0"/>
              <w:jc w:val="left"/>
            </w:pP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>0</w:t>
            </w:r>
          </w:p>
        </w:tc>
        <w:tc>
          <w:tcPr>
            <w:tcW w:type="dxa" w:w="1140"/>
            <w:tcBorders>
              <w:start w:sz="4.799999999999727" w:val="single" w:color="#000000"/>
              <w:top w:sz="4.800000000000182" w:val="single" w:color="#000000"/>
              <w:end w:sz="4.799999999999727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78" w:after="0"/>
              <w:ind w:left="72" w:right="0" w:firstLine="0"/>
              <w:jc w:val="left"/>
            </w:pP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>2</w:t>
            </w:r>
          </w:p>
        </w:tc>
        <w:tc>
          <w:tcPr>
            <w:tcW w:type="dxa" w:w="864"/>
            <w:tcBorders>
              <w:start w:sz="4.799999999999727" w:val="single" w:color="#000000"/>
              <w:top w:sz="4.800000000000182" w:val="single" w:color="#000000"/>
              <w:end w:sz="4.800000000000182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45" w:lineRule="auto" w:before="78" w:after="0"/>
              <w:ind w:left="0" w:right="0" w:firstLine="0"/>
              <w:jc w:val="center"/>
            </w:pP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 xml:space="preserve">23.09.2022 </w:t>
            </w: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>27.09.2022</w:t>
            </w:r>
          </w:p>
        </w:tc>
        <w:tc>
          <w:tcPr>
            <w:tcW w:type="dxa" w:w="4780"/>
            <w:tcBorders>
              <w:start w:sz="4.800000000000182" w:val="single" w:color="#000000"/>
              <w:top w:sz="4.800000000000182" w:val="single" w:color="#000000"/>
              <w:end w:sz="4.800000000000182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47" w:lineRule="auto" w:before="78" w:after="0"/>
              <w:ind w:left="72" w:right="576" w:firstLine="0"/>
              <w:jc w:val="left"/>
            </w:pP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 xml:space="preserve">Экскурсии, целевые прогулки, просмотр иллюстраций, </w:t>
            </w: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>видеофрагментов и других материалов (по вы бору) на тему</w:t>
            </w: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>«Москва — столица России»;</w:t>
            </w:r>
          </w:p>
        </w:tc>
        <w:tc>
          <w:tcPr>
            <w:tcW w:type="dxa" w:w="1080"/>
            <w:tcBorders>
              <w:start w:sz="4.800000000000182" w:val="single" w:color="#000000"/>
              <w:top w:sz="4.800000000000182" w:val="single" w:color="#000000"/>
              <w:end w:sz="4.800000000000182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50" w:lineRule="auto" w:before="78" w:after="0"/>
              <w:ind w:left="72" w:right="0" w:firstLine="0"/>
              <w:jc w:val="left"/>
            </w:pP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 xml:space="preserve">Устный </w:t>
            </w:r>
            <w:r>
              <w:br/>
            </w: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 xml:space="preserve">опрос; </w:t>
            </w:r>
            <w:r>
              <w:br/>
            </w: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 xml:space="preserve">Письменный </w:t>
            </w: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>контроль;</w:t>
            </w:r>
          </w:p>
        </w:tc>
        <w:tc>
          <w:tcPr>
            <w:tcW w:type="dxa" w:w="1418"/>
            <w:tcBorders>
              <w:start w:sz="4.800000000000182" w:val="single" w:color="#000000"/>
              <w:top w:sz="4.800000000000182" w:val="single" w:color="#000000"/>
              <w:end w:sz="4.800000000000182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78" w:after="0"/>
              <w:ind w:left="0" w:right="0" w:firstLine="0"/>
              <w:jc w:val="center"/>
            </w:pP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>https://multiurok.ru/</w:t>
            </w:r>
          </w:p>
        </w:tc>
      </w:tr>
      <w:tr>
        <w:trPr>
          <w:trHeight w:hRule="exact" w:val="926"/>
        </w:trPr>
        <w:tc>
          <w:tcPr>
            <w:tcW w:type="dxa" w:w="468"/>
            <w:tcBorders>
              <w:start w:sz="4.800000000000011" w:val="single" w:color="#000000"/>
              <w:top w:sz="4.800000000000182" w:val="single" w:color="#000000"/>
              <w:end w:sz="4.7999999999999545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78" w:after="0"/>
              <w:ind w:left="0" w:right="0" w:firstLine="0"/>
              <w:jc w:val="center"/>
            </w:pP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>1.6.</w:t>
            </w:r>
          </w:p>
        </w:tc>
        <w:tc>
          <w:tcPr>
            <w:tcW w:type="dxa" w:w="4118"/>
            <w:tcBorders>
              <w:start w:sz="4.7999999999999545" w:val="single" w:color="#000000"/>
              <w:top w:sz="4.800000000000182" w:val="single" w:color="#000000"/>
              <w:end w:sz="4.799999999999727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45" w:lineRule="auto" w:before="78" w:after="0"/>
              <w:ind w:left="72" w:right="576" w:firstLine="0"/>
              <w:jc w:val="left"/>
            </w:pPr>
            <w:r>
              <w:rPr>
                <w:w w:val="97.55591154098511"/>
                <w:rFonts w:ascii="Times New Roman" w:hAnsi="Times New Roman" w:eastAsia="Times New Roman"/>
                <w:b/>
                <w:i w:val="0"/>
                <w:color w:val="000000"/>
                <w:sz w:val="16"/>
              </w:rPr>
              <w:t xml:space="preserve">Культурные объекты родного края. Труд людей. </w:t>
            </w:r>
            <w:r>
              <w:rPr>
                <w:w w:val="97.55591154098511"/>
                <w:rFonts w:ascii="Times New Roman" w:hAnsi="Times New Roman" w:eastAsia="Times New Roman"/>
                <w:b/>
                <w:i w:val="0"/>
                <w:color w:val="000000"/>
                <w:sz w:val="16"/>
              </w:rPr>
              <w:t>Ценность и красота рукотворного мира.</w:t>
            </w:r>
          </w:p>
        </w:tc>
        <w:tc>
          <w:tcPr>
            <w:tcW w:type="dxa" w:w="530"/>
            <w:tcBorders>
              <w:start w:sz="4.799999999999727" w:val="single" w:color="#000000"/>
              <w:top w:sz="4.800000000000182" w:val="single" w:color="#000000"/>
              <w:end w:sz="4.0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78" w:after="0"/>
              <w:ind w:left="72" w:right="0" w:firstLine="0"/>
              <w:jc w:val="left"/>
            </w:pP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>2</w:t>
            </w:r>
          </w:p>
        </w:tc>
        <w:tc>
          <w:tcPr>
            <w:tcW w:type="dxa" w:w="1104"/>
            <w:tcBorders>
              <w:start w:sz="4.0" w:val="single" w:color="#000000"/>
              <w:top w:sz="4.800000000000182" w:val="single" w:color="#000000"/>
              <w:end w:sz="4.799999999999727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78" w:after="0"/>
              <w:ind w:left="74" w:right="0" w:firstLine="0"/>
              <w:jc w:val="left"/>
            </w:pP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>0</w:t>
            </w:r>
          </w:p>
        </w:tc>
        <w:tc>
          <w:tcPr>
            <w:tcW w:type="dxa" w:w="1140"/>
            <w:tcBorders>
              <w:start w:sz="4.799999999999727" w:val="single" w:color="#000000"/>
              <w:top w:sz="4.800000000000182" w:val="single" w:color="#000000"/>
              <w:end w:sz="4.799999999999727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78" w:after="0"/>
              <w:ind w:left="72" w:right="0" w:firstLine="0"/>
              <w:jc w:val="left"/>
            </w:pP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>2</w:t>
            </w:r>
          </w:p>
        </w:tc>
        <w:tc>
          <w:tcPr>
            <w:tcW w:type="dxa" w:w="864"/>
            <w:tcBorders>
              <w:start w:sz="4.799999999999727" w:val="single" w:color="#000000"/>
              <w:top w:sz="4.800000000000182" w:val="single" w:color="#000000"/>
              <w:end w:sz="4.800000000000182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45" w:lineRule="auto" w:before="78" w:after="0"/>
              <w:ind w:left="0" w:right="0" w:firstLine="0"/>
              <w:jc w:val="center"/>
            </w:pP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 xml:space="preserve">30.09.2022 </w:t>
            </w: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>04.10.2022</w:t>
            </w:r>
          </w:p>
        </w:tc>
        <w:tc>
          <w:tcPr>
            <w:tcW w:type="dxa" w:w="4780"/>
            <w:tcBorders>
              <w:start w:sz="4.800000000000182" w:val="single" w:color="#000000"/>
              <w:top w:sz="4.800000000000182" w:val="single" w:color="#000000"/>
              <w:end w:sz="4.800000000000182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45" w:lineRule="auto" w:before="78" w:after="0"/>
              <w:ind w:left="72" w:right="144" w:firstLine="0"/>
              <w:jc w:val="left"/>
            </w:pP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 xml:space="preserve">Экскурсии, целевые прогулки, просмотр иллюстраций, </w:t>
            </w:r>
            <w:r>
              <w:br/>
            </w: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>видеофрагментов и других материалов о родном крае, труде людей;</w:t>
            </w:r>
          </w:p>
        </w:tc>
        <w:tc>
          <w:tcPr>
            <w:tcW w:type="dxa" w:w="1080"/>
            <w:tcBorders>
              <w:start w:sz="4.800000000000182" w:val="single" w:color="#000000"/>
              <w:top w:sz="4.800000000000182" w:val="single" w:color="#000000"/>
              <w:end w:sz="4.800000000000182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50" w:lineRule="auto" w:before="78" w:after="0"/>
              <w:ind w:left="72" w:right="0" w:firstLine="0"/>
              <w:jc w:val="left"/>
            </w:pP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 xml:space="preserve">Устный </w:t>
            </w:r>
            <w:r>
              <w:br/>
            </w: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 xml:space="preserve">опрос; </w:t>
            </w:r>
            <w:r>
              <w:br/>
            </w: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 xml:space="preserve">Письменный </w:t>
            </w: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>контроль;</w:t>
            </w:r>
          </w:p>
        </w:tc>
        <w:tc>
          <w:tcPr>
            <w:tcW w:type="dxa" w:w="1418"/>
            <w:tcBorders>
              <w:start w:sz="4.800000000000182" w:val="single" w:color="#000000"/>
              <w:top w:sz="4.800000000000182" w:val="single" w:color="#000000"/>
              <w:end w:sz="4.800000000000182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78" w:after="0"/>
              <w:ind w:left="0" w:right="0" w:firstLine="0"/>
              <w:jc w:val="center"/>
            </w:pP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>https://multiurok.ru/</w:t>
            </w:r>
          </w:p>
        </w:tc>
      </w:tr>
      <w:tr>
        <w:trPr>
          <w:trHeight w:hRule="exact" w:val="924"/>
        </w:trPr>
        <w:tc>
          <w:tcPr>
            <w:tcW w:type="dxa" w:w="468"/>
            <w:tcBorders>
              <w:start w:sz="4.800000000000011" w:val="single" w:color="#000000"/>
              <w:top w:sz="4.800000000000182" w:val="single" w:color="#000000"/>
              <w:end w:sz="4.7999999999999545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3" w:lineRule="auto" w:before="76" w:after="0"/>
              <w:ind w:left="0" w:right="0" w:firstLine="0"/>
              <w:jc w:val="center"/>
            </w:pP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>1.7.</w:t>
            </w:r>
          </w:p>
        </w:tc>
        <w:tc>
          <w:tcPr>
            <w:tcW w:type="dxa" w:w="4118"/>
            <w:tcBorders>
              <w:start w:sz="4.7999999999999545" w:val="single" w:color="#000000"/>
              <w:top w:sz="4.800000000000182" w:val="single" w:color="#000000"/>
              <w:end w:sz="4.799999999999727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3" w:lineRule="auto" w:before="76" w:after="0"/>
              <w:ind w:left="72" w:right="0" w:firstLine="0"/>
              <w:jc w:val="left"/>
            </w:pPr>
            <w:r>
              <w:rPr>
                <w:w w:val="97.55591154098511"/>
                <w:rFonts w:ascii="Times New Roman" w:hAnsi="Times New Roman" w:eastAsia="Times New Roman"/>
                <w:b/>
                <w:i w:val="0"/>
                <w:color w:val="000000"/>
                <w:sz w:val="16"/>
              </w:rPr>
              <w:t>Правила поведения в социуме.</w:t>
            </w:r>
          </w:p>
        </w:tc>
        <w:tc>
          <w:tcPr>
            <w:tcW w:type="dxa" w:w="530"/>
            <w:tcBorders>
              <w:start w:sz="4.799999999999727" w:val="single" w:color="#000000"/>
              <w:top w:sz="4.800000000000182" w:val="single" w:color="#000000"/>
              <w:end w:sz="4.0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3" w:lineRule="auto" w:before="76" w:after="0"/>
              <w:ind w:left="72" w:right="0" w:firstLine="0"/>
              <w:jc w:val="left"/>
            </w:pP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>2</w:t>
            </w:r>
          </w:p>
        </w:tc>
        <w:tc>
          <w:tcPr>
            <w:tcW w:type="dxa" w:w="1104"/>
            <w:tcBorders>
              <w:start w:sz="4.0" w:val="single" w:color="#000000"/>
              <w:top w:sz="4.800000000000182" w:val="single" w:color="#000000"/>
              <w:end w:sz="4.799999999999727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3" w:lineRule="auto" w:before="76" w:after="0"/>
              <w:ind w:left="74" w:right="0" w:firstLine="0"/>
              <w:jc w:val="left"/>
            </w:pP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>0</w:t>
            </w:r>
          </w:p>
        </w:tc>
        <w:tc>
          <w:tcPr>
            <w:tcW w:type="dxa" w:w="1140"/>
            <w:tcBorders>
              <w:start w:sz="4.799999999999727" w:val="single" w:color="#000000"/>
              <w:top w:sz="4.800000000000182" w:val="single" w:color="#000000"/>
              <w:end w:sz="4.799999999999727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3" w:lineRule="auto" w:before="76" w:after="0"/>
              <w:ind w:left="72" w:right="0" w:firstLine="0"/>
              <w:jc w:val="left"/>
            </w:pP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>2</w:t>
            </w:r>
          </w:p>
        </w:tc>
        <w:tc>
          <w:tcPr>
            <w:tcW w:type="dxa" w:w="864"/>
            <w:tcBorders>
              <w:start w:sz="4.799999999999727" w:val="single" w:color="#000000"/>
              <w:top w:sz="4.800000000000182" w:val="single" w:color="#000000"/>
              <w:end w:sz="4.800000000000182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45" w:lineRule="auto" w:before="76" w:after="0"/>
              <w:ind w:left="0" w:right="0" w:firstLine="0"/>
              <w:jc w:val="center"/>
            </w:pP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 xml:space="preserve">07.10.2022 </w:t>
            </w: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>11.10.2022</w:t>
            </w:r>
          </w:p>
        </w:tc>
        <w:tc>
          <w:tcPr>
            <w:tcW w:type="dxa" w:w="4780"/>
            <w:tcBorders>
              <w:start w:sz="4.800000000000182" w:val="single" w:color="#000000"/>
              <w:top w:sz="4.800000000000182" w:val="single" w:color="#000000"/>
              <w:end w:sz="4.800000000000182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45" w:lineRule="auto" w:before="76" w:after="0"/>
              <w:ind w:left="72" w:right="144" w:firstLine="0"/>
              <w:jc w:val="left"/>
            </w:pP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 xml:space="preserve">Рассматривание и описание изделий народных промыслов родного </w:t>
            </w: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>края и народов России;</w:t>
            </w:r>
          </w:p>
        </w:tc>
        <w:tc>
          <w:tcPr>
            <w:tcW w:type="dxa" w:w="1080"/>
            <w:tcBorders>
              <w:start w:sz="4.800000000000182" w:val="single" w:color="#000000"/>
              <w:top w:sz="4.800000000000182" w:val="single" w:color="#000000"/>
              <w:end w:sz="4.800000000000182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50" w:lineRule="auto" w:before="76" w:after="0"/>
              <w:ind w:left="72" w:right="0" w:firstLine="0"/>
              <w:jc w:val="left"/>
            </w:pP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 xml:space="preserve">Устный </w:t>
            </w:r>
            <w:r>
              <w:br/>
            </w: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 xml:space="preserve">опрос; </w:t>
            </w:r>
            <w:r>
              <w:br/>
            </w: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 xml:space="preserve">Письменный </w:t>
            </w: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>контроль;</w:t>
            </w:r>
          </w:p>
        </w:tc>
        <w:tc>
          <w:tcPr>
            <w:tcW w:type="dxa" w:w="1418"/>
            <w:tcBorders>
              <w:start w:sz="4.800000000000182" w:val="single" w:color="#000000"/>
              <w:top w:sz="4.800000000000182" w:val="single" w:color="#000000"/>
              <w:end w:sz="4.800000000000182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3" w:lineRule="auto" w:before="76" w:after="0"/>
              <w:ind w:left="0" w:right="0" w:firstLine="0"/>
              <w:jc w:val="center"/>
            </w:pP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>https://multiurok.ru/</w:t>
            </w:r>
          </w:p>
        </w:tc>
      </w:tr>
      <w:tr>
        <w:trPr>
          <w:trHeight w:hRule="exact" w:val="1080"/>
        </w:trPr>
        <w:tc>
          <w:tcPr>
            <w:tcW w:type="dxa" w:w="468"/>
            <w:tcBorders>
              <w:start w:sz="4.800000000000011" w:val="single" w:color="#000000"/>
              <w:top w:sz="4.800000000000182" w:val="single" w:color="#000000"/>
              <w:end w:sz="4.7999999999999545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3" w:lineRule="auto" w:before="76" w:after="0"/>
              <w:ind w:left="0" w:right="0" w:firstLine="0"/>
              <w:jc w:val="center"/>
            </w:pP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>1.8.</w:t>
            </w:r>
          </w:p>
        </w:tc>
        <w:tc>
          <w:tcPr>
            <w:tcW w:type="dxa" w:w="4118"/>
            <w:tcBorders>
              <w:start w:sz="4.7999999999999545" w:val="single" w:color="#000000"/>
              <w:top w:sz="4.800000000000182" w:val="single" w:color="#000000"/>
              <w:end w:sz="4.799999999999727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45" w:lineRule="auto" w:before="76" w:after="0"/>
              <w:ind w:left="72" w:right="0" w:firstLine="0"/>
              <w:jc w:val="left"/>
            </w:pPr>
            <w:r>
              <w:rPr>
                <w:w w:val="97.55591154098511"/>
                <w:rFonts w:ascii="Times New Roman" w:hAnsi="Times New Roman" w:eastAsia="Times New Roman"/>
                <w:b/>
                <w:i w:val="0"/>
                <w:color w:val="000000"/>
                <w:sz w:val="16"/>
              </w:rPr>
              <w:t xml:space="preserve">Моя семья в прошлом и настоящем. Имена и фамилии </w:t>
            </w:r>
            <w:r>
              <w:rPr>
                <w:w w:val="97.55591154098511"/>
                <w:rFonts w:ascii="Times New Roman" w:hAnsi="Times New Roman" w:eastAsia="Times New Roman"/>
                <w:b/>
                <w:i w:val="0"/>
                <w:color w:val="000000"/>
                <w:sz w:val="16"/>
              </w:rPr>
              <w:t>членов семьи, их профессии.</w:t>
            </w:r>
          </w:p>
        </w:tc>
        <w:tc>
          <w:tcPr>
            <w:tcW w:type="dxa" w:w="530"/>
            <w:tcBorders>
              <w:start w:sz="4.799999999999727" w:val="single" w:color="#000000"/>
              <w:top w:sz="4.800000000000182" w:val="single" w:color="#000000"/>
              <w:end w:sz="4.0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3" w:lineRule="auto" w:before="76" w:after="0"/>
              <w:ind w:left="72" w:right="0" w:firstLine="0"/>
              <w:jc w:val="left"/>
            </w:pP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>2</w:t>
            </w:r>
          </w:p>
        </w:tc>
        <w:tc>
          <w:tcPr>
            <w:tcW w:type="dxa" w:w="1104"/>
            <w:tcBorders>
              <w:start w:sz="4.0" w:val="single" w:color="#000000"/>
              <w:top w:sz="4.800000000000182" w:val="single" w:color="#000000"/>
              <w:end w:sz="4.799999999999727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3" w:lineRule="auto" w:before="76" w:after="0"/>
              <w:ind w:left="74" w:right="0" w:firstLine="0"/>
              <w:jc w:val="left"/>
            </w:pP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>0</w:t>
            </w:r>
          </w:p>
        </w:tc>
        <w:tc>
          <w:tcPr>
            <w:tcW w:type="dxa" w:w="1140"/>
            <w:tcBorders>
              <w:start w:sz="4.799999999999727" w:val="single" w:color="#000000"/>
              <w:top w:sz="4.800000000000182" w:val="single" w:color="#000000"/>
              <w:end w:sz="4.799999999999727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3" w:lineRule="auto" w:before="76" w:after="0"/>
              <w:ind w:left="72" w:right="0" w:firstLine="0"/>
              <w:jc w:val="left"/>
            </w:pP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>2</w:t>
            </w:r>
          </w:p>
        </w:tc>
        <w:tc>
          <w:tcPr>
            <w:tcW w:type="dxa" w:w="864"/>
            <w:tcBorders>
              <w:start w:sz="4.799999999999727" w:val="single" w:color="#000000"/>
              <w:top w:sz="4.800000000000182" w:val="single" w:color="#000000"/>
              <w:end w:sz="4.800000000000182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45" w:lineRule="auto" w:before="76" w:after="0"/>
              <w:ind w:left="0" w:right="0" w:firstLine="0"/>
              <w:jc w:val="center"/>
            </w:pP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 xml:space="preserve">14.10.2022 </w:t>
            </w: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>18.10.2022</w:t>
            </w:r>
          </w:p>
        </w:tc>
        <w:tc>
          <w:tcPr>
            <w:tcW w:type="dxa" w:w="4780"/>
            <w:tcBorders>
              <w:start w:sz="4.800000000000182" w:val="single" w:color="#000000"/>
              <w:top w:sz="4.800000000000182" w:val="single" w:color="#000000"/>
              <w:end w:sz="4.800000000000182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45" w:lineRule="auto" w:before="76" w:after="0"/>
              <w:ind w:left="72" w:right="432" w:firstLine="0"/>
              <w:jc w:val="left"/>
            </w:pP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 xml:space="preserve">Работа с иллюстративным материалом: рассматривание фото, </w:t>
            </w: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>репродукций на тему «Семья»;</w:t>
            </w:r>
          </w:p>
        </w:tc>
        <w:tc>
          <w:tcPr>
            <w:tcW w:type="dxa" w:w="1080"/>
            <w:tcBorders>
              <w:start w:sz="4.800000000000182" w:val="single" w:color="#000000"/>
              <w:top w:sz="4.800000000000182" w:val="single" w:color="#000000"/>
              <w:end w:sz="4.800000000000182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50" w:lineRule="auto" w:before="76" w:after="0"/>
              <w:ind w:left="72" w:right="0" w:firstLine="0"/>
              <w:jc w:val="left"/>
            </w:pP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 xml:space="preserve">Устный </w:t>
            </w:r>
            <w:r>
              <w:br/>
            </w: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 xml:space="preserve">опрос; </w:t>
            </w:r>
            <w:r>
              <w:br/>
            </w: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 xml:space="preserve">Письменный </w:t>
            </w: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>контроль;</w:t>
            </w:r>
          </w:p>
        </w:tc>
        <w:tc>
          <w:tcPr>
            <w:tcW w:type="dxa" w:w="1418"/>
            <w:tcBorders>
              <w:start w:sz="4.800000000000182" w:val="single" w:color="#000000"/>
              <w:top w:sz="4.800000000000182" w:val="single" w:color="#000000"/>
              <w:end w:sz="4.800000000000182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3" w:lineRule="auto" w:before="76" w:after="0"/>
              <w:ind w:left="72" w:right="0" w:firstLine="0"/>
              <w:jc w:val="left"/>
            </w:pP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>http://nsportal.ru</w:t>
            </w:r>
          </w:p>
        </w:tc>
      </w:tr>
      <w:tr>
        <w:trPr>
          <w:trHeight w:hRule="exact" w:val="1310"/>
        </w:trPr>
        <w:tc>
          <w:tcPr>
            <w:tcW w:type="dxa" w:w="468"/>
            <w:tcBorders>
              <w:start w:sz="4.800000000000011" w:val="single" w:color="#000000"/>
              <w:top w:sz="4.800000000000182" w:val="single" w:color="#000000"/>
              <w:end w:sz="4.7999999999999545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78" w:after="0"/>
              <w:ind w:left="0" w:right="0" w:firstLine="0"/>
              <w:jc w:val="center"/>
            </w:pP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>1.9.</w:t>
            </w:r>
          </w:p>
        </w:tc>
        <w:tc>
          <w:tcPr>
            <w:tcW w:type="dxa" w:w="4118"/>
            <w:tcBorders>
              <w:start w:sz="4.7999999999999545" w:val="single" w:color="#000000"/>
              <w:top w:sz="4.800000000000182" w:val="single" w:color="#000000"/>
              <w:end w:sz="4.799999999999727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45" w:lineRule="auto" w:before="78" w:after="0"/>
              <w:ind w:left="72" w:right="864" w:firstLine="0"/>
              <w:jc w:val="left"/>
            </w:pPr>
            <w:r>
              <w:rPr>
                <w:w w:val="97.55591154098511"/>
                <w:rFonts w:ascii="Times New Roman" w:hAnsi="Times New Roman" w:eastAsia="Times New Roman"/>
                <w:b/>
                <w:i w:val="0"/>
                <w:color w:val="000000"/>
                <w:sz w:val="16"/>
              </w:rPr>
              <w:t xml:space="preserve">Взаимоотношения и взаимопомощь в семье. </w:t>
            </w:r>
            <w:r>
              <w:rPr>
                <w:w w:val="97.55591154098511"/>
                <w:rFonts w:ascii="Times New Roman" w:hAnsi="Times New Roman" w:eastAsia="Times New Roman"/>
                <w:b/>
                <w:i w:val="0"/>
                <w:color w:val="000000"/>
                <w:sz w:val="16"/>
              </w:rPr>
              <w:t>Совместный труд  и отдых.</w:t>
            </w:r>
          </w:p>
        </w:tc>
        <w:tc>
          <w:tcPr>
            <w:tcW w:type="dxa" w:w="530"/>
            <w:tcBorders>
              <w:start w:sz="4.799999999999727" w:val="single" w:color="#000000"/>
              <w:top w:sz="4.800000000000182" w:val="single" w:color="#000000"/>
              <w:end w:sz="4.0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78" w:after="0"/>
              <w:ind w:left="72" w:right="0" w:firstLine="0"/>
              <w:jc w:val="left"/>
            </w:pP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>1</w:t>
            </w:r>
          </w:p>
        </w:tc>
        <w:tc>
          <w:tcPr>
            <w:tcW w:type="dxa" w:w="1104"/>
            <w:tcBorders>
              <w:start w:sz="4.0" w:val="single" w:color="#000000"/>
              <w:top w:sz="4.800000000000182" w:val="single" w:color="#000000"/>
              <w:end w:sz="4.799999999999727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78" w:after="0"/>
              <w:ind w:left="74" w:right="0" w:firstLine="0"/>
              <w:jc w:val="left"/>
            </w:pP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>0</w:t>
            </w:r>
          </w:p>
        </w:tc>
        <w:tc>
          <w:tcPr>
            <w:tcW w:type="dxa" w:w="1140"/>
            <w:tcBorders>
              <w:start w:sz="4.799999999999727" w:val="single" w:color="#000000"/>
              <w:top w:sz="4.800000000000182" w:val="single" w:color="#000000"/>
              <w:end w:sz="4.799999999999727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78" w:after="0"/>
              <w:ind w:left="72" w:right="0" w:firstLine="0"/>
              <w:jc w:val="left"/>
            </w:pP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>1</w:t>
            </w:r>
          </w:p>
        </w:tc>
        <w:tc>
          <w:tcPr>
            <w:tcW w:type="dxa" w:w="864"/>
            <w:tcBorders>
              <w:start w:sz="4.799999999999727" w:val="single" w:color="#000000"/>
              <w:top w:sz="4.800000000000182" w:val="single" w:color="#000000"/>
              <w:end w:sz="4.800000000000182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78" w:after="0"/>
              <w:ind w:left="0" w:right="0" w:firstLine="0"/>
              <w:jc w:val="center"/>
            </w:pP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>21.10.2022</w:t>
            </w:r>
          </w:p>
        </w:tc>
        <w:tc>
          <w:tcPr>
            <w:tcW w:type="dxa" w:w="4780"/>
            <w:tcBorders>
              <w:start w:sz="4.800000000000182" w:val="single" w:color="#000000"/>
              <w:top w:sz="4.800000000000182" w:val="single" w:color="#000000"/>
              <w:end w:sz="4.800000000000182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47" w:lineRule="auto" w:before="78" w:after="0"/>
              <w:ind w:left="72" w:right="432" w:firstLine="0"/>
              <w:jc w:val="left"/>
            </w:pP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 xml:space="preserve">Работа с иллюстративным материалом: рассматривание фото, </w:t>
            </w: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 xml:space="preserve">репродукций на тему «Семья»; </w:t>
            </w:r>
            <w:r>
              <w:br/>
            </w: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>Учебный диалог по теме «Что такое семья»;</w:t>
            </w:r>
          </w:p>
        </w:tc>
        <w:tc>
          <w:tcPr>
            <w:tcW w:type="dxa" w:w="1080"/>
            <w:tcBorders>
              <w:start w:sz="4.800000000000182" w:val="single" w:color="#000000"/>
              <w:top w:sz="4.800000000000182" w:val="single" w:color="#000000"/>
              <w:end w:sz="4.800000000000182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52" w:lineRule="auto" w:before="78" w:after="0"/>
              <w:ind w:left="72" w:right="0" w:firstLine="0"/>
              <w:jc w:val="left"/>
            </w:pP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 xml:space="preserve">Практическая </w:t>
            </w: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 xml:space="preserve">работа; </w:t>
            </w:r>
            <w:r>
              <w:br/>
            </w: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 xml:space="preserve">Устный </w:t>
            </w:r>
            <w:r>
              <w:br/>
            </w: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 xml:space="preserve">опрос; </w:t>
            </w:r>
            <w:r>
              <w:br/>
            </w: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 xml:space="preserve">Письменный </w:t>
            </w: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>контроль;;</w:t>
            </w:r>
          </w:p>
        </w:tc>
        <w:tc>
          <w:tcPr>
            <w:tcW w:type="dxa" w:w="1418"/>
            <w:tcBorders>
              <w:start w:sz="4.800000000000182" w:val="single" w:color="#000000"/>
              <w:top w:sz="4.800000000000182" w:val="single" w:color="#000000"/>
              <w:end w:sz="4.800000000000182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78" w:after="0"/>
              <w:ind w:left="0" w:right="0" w:firstLine="0"/>
              <w:jc w:val="center"/>
            </w:pP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>https://multiurok.ru/</w:t>
            </w:r>
          </w:p>
        </w:tc>
      </w:tr>
      <w:tr>
        <w:trPr>
          <w:trHeight w:hRule="exact" w:val="1288"/>
        </w:trPr>
        <w:tc>
          <w:tcPr>
            <w:tcW w:type="dxa" w:w="468"/>
            <w:tcBorders>
              <w:start w:sz="4.800000000000011" w:val="single" w:color="#000000"/>
              <w:top w:sz="4.800000000000182" w:val="single" w:color="#000000"/>
              <w:end w:sz="4.7999999999999545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3" w:lineRule="auto" w:before="76" w:after="0"/>
              <w:ind w:left="0" w:right="0" w:firstLine="0"/>
              <w:jc w:val="center"/>
            </w:pP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>1.10.</w:t>
            </w:r>
          </w:p>
        </w:tc>
        <w:tc>
          <w:tcPr>
            <w:tcW w:type="dxa" w:w="4118"/>
            <w:tcBorders>
              <w:start w:sz="4.7999999999999545" w:val="single" w:color="#000000"/>
              <w:top w:sz="4.800000000000182" w:val="single" w:color="#000000"/>
              <w:end w:sz="4.799999999999727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3" w:lineRule="auto" w:before="76" w:after="0"/>
              <w:ind w:left="72" w:right="0" w:firstLine="0"/>
              <w:jc w:val="left"/>
            </w:pPr>
            <w:r>
              <w:rPr>
                <w:w w:val="97.55591154098511"/>
                <w:rFonts w:ascii="Times New Roman" w:hAnsi="Times New Roman" w:eastAsia="Times New Roman"/>
                <w:b/>
                <w:i w:val="0"/>
                <w:color w:val="000000"/>
                <w:sz w:val="16"/>
              </w:rPr>
              <w:t>Домашний адрес.</w:t>
            </w:r>
          </w:p>
        </w:tc>
        <w:tc>
          <w:tcPr>
            <w:tcW w:type="dxa" w:w="530"/>
            <w:tcBorders>
              <w:start w:sz="4.799999999999727" w:val="single" w:color="#000000"/>
              <w:top w:sz="4.800000000000182" w:val="single" w:color="#000000"/>
              <w:end w:sz="4.0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3" w:lineRule="auto" w:before="76" w:after="0"/>
              <w:ind w:left="72" w:right="0" w:firstLine="0"/>
              <w:jc w:val="left"/>
            </w:pP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>1</w:t>
            </w:r>
          </w:p>
        </w:tc>
        <w:tc>
          <w:tcPr>
            <w:tcW w:type="dxa" w:w="1104"/>
            <w:tcBorders>
              <w:start w:sz="4.0" w:val="single" w:color="#000000"/>
              <w:top w:sz="4.800000000000182" w:val="single" w:color="#000000"/>
              <w:end w:sz="4.799999999999727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3" w:lineRule="auto" w:before="76" w:after="0"/>
              <w:ind w:left="74" w:right="0" w:firstLine="0"/>
              <w:jc w:val="left"/>
            </w:pP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>0</w:t>
            </w:r>
          </w:p>
        </w:tc>
        <w:tc>
          <w:tcPr>
            <w:tcW w:type="dxa" w:w="1140"/>
            <w:tcBorders>
              <w:start w:sz="4.799999999999727" w:val="single" w:color="#000000"/>
              <w:top w:sz="4.800000000000182" w:val="single" w:color="#000000"/>
              <w:end w:sz="4.799999999999727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3" w:lineRule="auto" w:before="76" w:after="0"/>
              <w:ind w:left="72" w:right="0" w:firstLine="0"/>
              <w:jc w:val="left"/>
            </w:pP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>1</w:t>
            </w:r>
          </w:p>
        </w:tc>
        <w:tc>
          <w:tcPr>
            <w:tcW w:type="dxa" w:w="864"/>
            <w:tcBorders>
              <w:start w:sz="4.799999999999727" w:val="single" w:color="#000000"/>
              <w:top w:sz="4.800000000000182" w:val="single" w:color="#000000"/>
              <w:end w:sz="4.800000000000182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3" w:lineRule="auto" w:before="76" w:after="0"/>
              <w:ind w:left="0" w:right="0" w:firstLine="0"/>
              <w:jc w:val="center"/>
            </w:pP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>25.10.2022</w:t>
            </w:r>
          </w:p>
        </w:tc>
        <w:tc>
          <w:tcPr>
            <w:tcW w:type="dxa" w:w="4780"/>
            <w:tcBorders>
              <w:start w:sz="4.800000000000182" w:val="single" w:color="#000000"/>
              <w:top w:sz="4.800000000000182" w:val="single" w:color="#000000"/>
              <w:end w:sz="4.800000000000182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45" w:lineRule="auto" w:before="76" w:after="0"/>
              <w:ind w:left="72" w:right="576" w:firstLine="0"/>
              <w:jc w:val="left"/>
            </w:pP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 xml:space="preserve">Рассказы детей по теме «Как наша семья проводит свободное </w:t>
            </w: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>время»;</w:t>
            </w:r>
          </w:p>
        </w:tc>
        <w:tc>
          <w:tcPr>
            <w:tcW w:type="dxa" w:w="1080"/>
            <w:tcBorders>
              <w:start w:sz="4.800000000000182" w:val="single" w:color="#000000"/>
              <w:top w:sz="4.800000000000182" w:val="single" w:color="#000000"/>
              <w:end w:sz="4.800000000000182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52" w:lineRule="auto" w:before="76" w:after="0"/>
              <w:ind w:left="72" w:right="0" w:firstLine="0"/>
              <w:jc w:val="left"/>
            </w:pP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 xml:space="preserve">Практическая </w:t>
            </w: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 xml:space="preserve">работа; </w:t>
            </w:r>
            <w:r>
              <w:br/>
            </w: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 xml:space="preserve">Устный </w:t>
            </w:r>
            <w:r>
              <w:br/>
            </w: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 xml:space="preserve">опрос; </w:t>
            </w:r>
            <w:r>
              <w:br/>
            </w: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 xml:space="preserve">Письменный </w:t>
            </w: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>контроль;;</w:t>
            </w:r>
          </w:p>
        </w:tc>
        <w:tc>
          <w:tcPr>
            <w:tcW w:type="dxa" w:w="1418"/>
            <w:tcBorders>
              <w:start w:sz="4.800000000000182" w:val="single" w:color="#000000"/>
              <w:top w:sz="4.800000000000182" w:val="single" w:color="#000000"/>
              <w:end w:sz="4.800000000000182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3" w:lineRule="auto" w:before="76" w:after="0"/>
              <w:ind w:left="0" w:right="0" w:firstLine="0"/>
              <w:jc w:val="center"/>
            </w:pP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>https://multiurok.ru/</w:t>
            </w:r>
          </w:p>
        </w:tc>
      </w:tr>
    </w:tbl>
    <w:p>
      <w:pPr>
        <w:autoSpaceDN w:val="0"/>
        <w:autoSpaceDE w:val="0"/>
        <w:widowControl/>
        <w:spacing w:line="14" w:lineRule="exact" w:before="0" w:after="0"/>
        <w:ind w:left="0" w:right="0"/>
      </w:pPr>
    </w:p>
    <w:p>
      <w:pPr>
        <w:sectPr>
          <w:pgSz w:w="16840" w:h="11900"/>
          <w:pgMar w:top="282" w:right="640" w:bottom="376" w:left="666" w:header="720" w:footer="720" w:gutter="0"/>
          <w:cols w:space="720" w:num="1" w:equalWidth="0">
            <w:col w:w="15534" w:space="0"/>
            <w:col w:w="9974" w:space="0"/>
            <w:col w:w="10584" w:space="0"/>
            <w:col w:w="10264" w:space="0"/>
            <w:col w:w="10584" w:space="0"/>
            <w:col w:w="10586" w:space="0"/>
            <w:col w:w="10258" w:space="0"/>
            <w:col w:w="10584" w:space="0"/>
            <w:col w:w="10468" w:space="0"/>
            <w:col w:w="10584" w:space="0"/>
            <w:col w:w="10284" w:space="0"/>
          </w:cols>
          <w:docGrid w:linePitch="360"/>
        </w:sectPr>
      </w:pPr>
    </w:p>
    <w:p>
      <w:pPr>
        <w:autoSpaceDN w:val="0"/>
        <w:autoSpaceDE w:val="0"/>
        <w:widowControl/>
        <w:spacing w:line="220" w:lineRule="exact" w:before="0" w:after="66"/>
        <w:ind w:left="0" w:right="0"/>
      </w:pPr>
    </w:p>
    <w:tbl>
      <w:tblPr>
        <w:tblW w:type="auto" w:w="0"/>
        <w:tblLayout w:type="fixed"/>
        <w:tblLook w:firstColumn="1" w:firstRow="1" w:lastColumn="0" w:lastRow="0" w:noHBand="0" w:noVBand="1" w:val="04A0"/>
        <w:tblInd w:w="6.000000000000085" w:type="dxa"/>
      </w:tblPr>
      <w:tblGrid>
        <w:gridCol w:w="1726"/>
        <w:gridCol w:w="1726"/>
        <w:gridCol w:w="1726"/>
        <w:gridCol w:w="1726"/>
        <w:gridCol w:w="1726"/>
        <w:gridCol w:w="1726"/>
        <w:gridCol w:w="1726"/>
        <w:gridCol w:w="1726"/>
        <w:gridCol w:w="1726"/>
      </w:tblGrid>
      <w:tr>
        <w:trPr>
          <w:trHeight w:hRule="exact" w:val="348"/>
        </w:trPr>
        <w:tc>
          <w:tcPr>
            <w:tcW w:type="dxa" w:w="4586"/>
            <w:gridSpan w:val="2"/>
            <w:tcBorders>
              <w:start w:sz="4.800000000000011" w:val="single" w:color="#000000"/>
              <w:top w:sz="4.800000000000011" w:val="single" w:color="#000000"/>
              <w:end w:sz="4.799999999999727" w:val="single" w:color="#000000"/>
              <w:bottom w:sz="4.800000000000011" w:val="single" w:color="#000000"/>
            </w:tcBorders>
            <w:tcMar>
              <w:start w:w="0" w:type="dxa"/>
              <w:end w:w="0" w:type="dxa"/>
            </w:tcMar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78" w:after="0"/>
              <w:ind w:left="72" w:right="0" w:firstLine="0"/>
              <w:jc w:val="left"/>
            </w:pP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>Итого по разделу</w:t>
            </w:r>
          </w:p>
        </w:tc>
        <w:tc>
          <w:tcPr>
            <w:tcW w:type="dxa" w:w="530"/>
            <w:tcBorders>
              <w:start w:sz="4.799999999999727" w:val="single" w:color="#000000"/>
              <w:top w:sz="4.800000000000011" w:val="single" w:color="#000000"/>
              <w:end w:sz="4.0" w:val="single" w:color="#000000"/>
              <w:bottom w:sz="4.800000000000011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78" w:after="0"/>
              <w:ind w:left="72" w:right="0" w:firstLine="0"/>
              <w:jc w:val="left"/>
            </w:pP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>16</w:t>
            </w:r>
          </w:p>
        </w:tc>
        <w:tc>
          <w:tcPr>
            <w:tcW w:type="dxa" w:w="10386"/>
            <w:gridSpan w:val="6"/>
            <w:tcBorders>
              <w:start w:sz="4.0" w:val="single" w:color="#000000"/>
              <w:top w:sz="4.800000000000011" w:val="single" w:color="#000000"/>
              <w:end w:sz="4.800000000000182" w:val="single" w:color="#000000"/>
              <w:bottom w:sz="4.800000000000011" w:val="single" w:color="#000000"/>
            </w:tcBorders>
            <w:tcMar>
              <w:start w:w="0" w:type="dxa"/>
              <w:end w:w="0" w:type="dxa"/>
            </w:tcMar>
            <w:tcMar>
              <w:start w:w="0" w:type="dxa"/>
              <w:end w:w="0" w:type="dxa"/>
            </w:tcMar>
            <w:tcMar>
              <w:start w:w="0" w:type="dxa"/>
              <w:end w:w="0" w:type="dxa"/>
            </w:tcMar>
            <w:tcMar>
              <w:start w:w="0" w:type="dxa"/>
              <w:end w:w="0" w:type="dxa"/>
            </w:tcMar>
            <w:tcMar>
              <w:start w:w="0" w:type="dxa"/>
              <w:end w:w="0" w:type="dxa"/>
            </w:tcMar>
            <w:tcMar>
              <w:start w:w="0" w:type="dxa"/>
              <w:end w:w="0" w:type="dxa"/>
            </w:tcMar>
          </w:tcPr>
          <w:p/>
        </w:tc>
      </w:tr>
      <w:tr>
        <w:trPr>
          <w:trHeight w:hRule="exact" w:val="348"/>
        </w:trPr>
        <w:tc>
          <w:tcPr>
            <w:tcW w:type="dxa" w:w="15502"/>
            <w:gridSpan w:val="9"/>
            <w:tcBorders>
              <w:start w:sz="4.800000000000011" w:val="single" w:color="#000000"/>
              <w:top w:sz="4.800000000000011" w:val="single" w:color="#000000"/>
              <w:end w:sz="4.800000000000182" w:val="single" w:color="#000000"/>
              <w:bottom w:sz="4.800000000000011" w:val="single" w:color="#000000"/>
            </w:tcBorders>
            <w:tcMar>
              <w:start w:w="0" w:type="dxa"/>
              <w:end w:w="0" w:type="dxa"/>
            </w:tcMar>
            <w:tcMar>
              <w:start w:w="0" w:type="dxa"/>
              <w:end w:w="0" w:type="dxa"/>
            </w:tcMar>
            <w:tcMar>
              <w:start w:w="0" w:type="dxa"/>
              <w:end w:w="0" w:type="dxa"/>
            </w:tcMar>
            <w:tcMar>
              <w:start w:w="0" w:type="dxa"/>
              <w:end w:w="0" w:type="dxa"/>
            </w:tcMar>
            <w:tcMar>
              <w:start w:w="0" w:type="dxa"/>
              <w:end w:w="0" w:type="dxa"/>
            </w:tcMar>
            <w:tcMar>
              <w:start w:w="0" w:type="dxa"/>
              <w:end w:w="0" w:type="dxa"/>
            </w:tcMar>
            <w:tcMar>
              <w:start w:w="0" w:type="dxa"/>
              <w:end w:w="0" w:type="dxa"/>
            </w:tcMar>
            <w:tcMar>
              <w:start w:w="0" w:type="dxa"/>
              <w:end w:w="0" w:type="dxa"/>
            </w:tcMar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78" w:after="0"/>
              <w:ind w:left="72" w:right="0" w:firstLine="0"/>
              <w:jc w:val="left"/>
            </w:pP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>Раздел 2.</w:t>
            </w:r>
            <w:r>
              <w:rPr>
                <w:w w:val="97.55591154098511"/>
                <w:rFonts w:ascii="Times New Roman" w:hAnsi="Times New Roman" w:eastAsia="Times New Roman"/>
                <w:b/>
                <w:i w:val="0"/>
                <w:color w:val="000000"/>
                <w:sz w:val="16"/>
              </w:rPr>
              <w:t xml:space="preserve"> Человек и природа.</w:t>
            </w:r>
          </w:p>
        </w:tc>
      </w:tr>
      <w:tr>
        <w:trPr>
          <w:trHeight w:hRule="exact" w:val="1310"/>
        </w:trPr>
        <w:tc>
          <w:tcPr>
            <w:tcW w:type="dxa" w:w="468"/>
            <w:tcBorders>
              <w:start w:sz="4.800000000000011" w:val="single" w:color="#000000"/>
              <w:top w:sz="4.800000000000011" w:val="single" w:color="#000000"/>
              <w:end w:sz="4.7999999999999545" w:val="single" w:color="#000000"/>
              <w:bottom w:sz="4.7999999999999545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78" w:after="0"/>
              <w:ind w:left="0" w:right="0" w:firstLine="0"/>
              <w:jc w:val="center"/>
            </w:pP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>2.1.</w:t>
            </w:r>
          </w:p>
        </w:tc>
        <w:tc>
          <w:tcPr>
            <w:tcW w:type="dxa" w:w="4118"/>
            <w:tcBorders>
              <w:start w:sz="4.7999999999999545" w:val="single" w:color="#000000"/>
              <w:top w:sz="4.800000000000011" w:val="single" w:color="#000000"/>
              <w:end w:sz="4.799999999999727" w:val="single" w:color="#000000"/>
              <w:bottom w:sz="4.7999999999999545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66" w:after="0"/>
              <w:ind w:left="72" w:right="0" w:firstLine="0"/>
              <w:jc w:val="left"/>
            </w:pPr>
            <w:r>
              <w:rPr>
                <w:w w:val="97.55591154098511"/>
                <w:rFonts w:ascii="Times New Roman" w:hAnsi="Times New Roman" w:eastAsia="Times New Roman"/>
                <w:b/>
                <w:i w:val="0"/>
                <w:color w:val="000000"/>
                <w:sz w:val="16"/>
              </w:rPr>
              <w:t>Природа и предметы, созданные человеком.</w:t>
            </w:r>
          </w:p>
          <w:p>
            <w:pPr>
              <w:autoSpaceDN w:val="0"/>
              <w:autoSpaceDE w:val="0"/>
              <w:widowControl/>
              <w:spacing w:line="245" w:lineRule="auto" w:before="20" w:after="0"/>
              <w:ind w:left="72" w:right="288" w:firstLine="0"/>
              <w:jc w:val="left"/>
            </w:pPr>
            <w:r>
              <w:rPr>
                <w:w w:val="97.55591154098511"/>
                <w:rFonts w:ascii="Times New Roman" w:hAnsi="Times New Roman" w:eastAsia="Times New Roman"/>
                <w:b/>
                <w:i w:val="0"/>
                <w:color w:val="000000"/>
                <w:sz w:val="16"/>
              </w:rPr>
              <w:t xml:space="preserve">Природные материалы. Бережное отношение к пред </w:t>
            </w:r>
            <w:r>
              <w:rPr>
                <w:w w:val="97.55591154098511"/>
                <w:rFonts w:ascii="Times New Roman" w:hAnsi="Times New Roman" w:eastAsia="Times New Roman"/>
                <w:b/>
                <w:i w:val="0"/>
                <w:color w:val="000000"/>
                <w:sz w:val="16"/>
              </w:rPr>
              <w:t>метам, вещам, уход за ними.</w:t>
            </w:r>
          </w:p>
        </w:tc>
        <w:tc>
          <w:tcPr>
            <w:tcW w:type="dxa" w:w="530"/>
            <w:tcBorders>
              <w:start w:sz="4.799999999999727" w:val="single" w:color="#000000"/>
              <w:top w:sz="4.800000000000011" w:val="single" w:color="#000000"/>
              <w:end w:sz="4.0" w:val="single" w:color="#000000"/>
              <w:bottom w:sz="4.7999999999999545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78" w:after="0"/>
              <w:ind w:left="72" w:right="0" w:firstLine="0"/>
              <w:jc w:val="left"/>
            </w:pP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>3</w:t>
            </w:r>
          </w:p>
        </w:tc>
        <w:tc>
          <w:tcPr>
            <w:tcW w:type="dxa" w:w="1104"/>
            <w:tcBorders>
              <w:start w:sz="4.0" w:val="single" w:color="#000000"/>
              <w:top w:sz="4.800000000000011" w:val="single" w:color="#000000"/>
              <w:end w:sz="4.799999999999727" w:val="single" w:color="#000000"/>
              <w:bottom w:sz="4.7999999999999545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78" w:after="0"/>
              <w:ind w:left="74" w:right="0" w:firstLine="0"/>
              <w:jc w:val="left"/>
            </w:pP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>0</w:t>
            </w:r>
          </w:p>
        </w:tc>
        <w:tc>
          <w:tcPr>
            <w:tcW w:type="dxa" w:w="1140"/>
            <w:tcBorders>
              <w:start w:sz="4.799999999999727" w:val="single" w:color="#000000"/>
              <w:top w:sz="4.800000000000011" w:val="single" w:color="#000000"/>
              <w:end w:sz="4.799999999999727" w:val="single" w:color="#000000"/>
              <w:bottom w:sz="4.7999999999999545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78" w:after="0"/>
              <w:ind w:left="72" w:right="0" w:firstLine="0"/>
              <w:jc w:val="left"/>
            </w:pP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>3</w:t>
            </w:r>
          </w:p>
        </w:tc>
        <w:tc>
          <w:tcPr>
            <w:tcW w:type="dxa" w:w="864"/>
            <w:tcBorders>
              <w:start w:sz="4.799999999999727" w:val="single" w:color="#000000"/>
              <w:top w:sz="4.800000000000011" w:val="single" w:color="#000000"/>
              <w:end w:sz="4.800000000000182" w:val="single" w:color="#000000"/>
              <w:bottom w:sz="4.7999999999999545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45" w:lineRule="auto" w:before="78" w:after="0"/>
              <w:ind w:left="0" w:right="0" w:firstLine="0"/>
              <w:jc w:val="center"/>
            </w:pP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 xml:space="preserve">28.10.2022 </w:t>
            </w: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>11.11.2022</w:t>
            </w:r>
          </w:p>
        </w:tc>
        <w:tc>
          <w:tcPr>
            <w:tcW w:type="dxa" w:w="4780"/>
            <w:tcBorders>
              <w:start w:sz="4.800000000000182" w:val="single" w:color="#000000"/>
              <w:top w:sz="4.800000000000011" w:val="single" w:color="#000000"/>
              <w:end w:sz="4.800000000000182" w:val="single" w:color="#000000"/>
              <w:bottom w:sz="4.7999999999999545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45" w:lineRule="auto" w:before="78" w:after="0"/>
              <w:ind w:left="72" w:right="576" w:firstLine="0"/>
              <w:jc w:val="left"/>
            </w:pP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 xml:space="preserve">Учебный диалог по теме «Почему люди должны оберегать и </w:t>
            </w: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>охранять природу»;</w:t>
            </w:r>
          </w:p>
        </w:tc>
        <w:tc>
          <w:tcPr>
            <w:tcW w:type="dxa" w:w="1080"/>
            <w:tcBorders>
              <w:start w:sz="4.800000000000182" w:val="single" w:color="#000000"/>
              <w:top w:sz="4.800000000000011" w:val="single" w:color="#000000"/>
              <w:end w:sz="4.800000000000182" w:val="single" w:color="#000000"/>
              <w:bottom w:sz="4.7999999999999545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52" w:lineRule="auto" w:before="78" w:after="0"/>
              <w:ind w:left="72" w:right="0" w:firstLine="0"/>
              <w:jc w:val="left"/>
            </w:pP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 xml:space="preserve">Практическая </w:t>
            </w: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 xml:space="preserve">работа; </w:t>
            </w:r>
            <w:r>
              <w:br/>
            </w: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 xml:space="preserve">Устный </w:t>
            </w:r>
            <w:r>
              <w:br/>
            </w: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 xml:space="preserve">опрос; </w:t>
            </w:r>
            <w:r>
              <w:br/>
            </w: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 xml:space="preserve">Письменный </w:t>
            </w: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>контроль;;</w:t>
            </w:r>
          </w:p>
        </w:tc>
        <w:tc>
          <w:tcPr>
            <w:tcW w:type="dxa" w:w="1418"/>
            <w:tcBorders>
              <w:start w:sz="4.800000000000182" w:val="single" w:color="#000000"/>
              <w:top w:sz="4.800000000000011" w:val="single" w:color="#000000"/>
              <w:end w:sz="4.800000000000182" w:val="single" w:color="#000000"/>
              <w:bottom w:sz="4.7999999999999545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78" w:after="0"/>
              <w:ind w:left="72" w:right="0" w:firstLine="0"/>
              <w:jc w:val="left"/>
            </w:pP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>http://nsportal.ru</w:t>
            </w:r>
          </w:p>
        </w:tc>
      </w:tr>
      <w:tr>
        <w:trPr>
          <w:trHeight w:hRule="exact" w:val="1308"/>
        </w:trPr>
        <w:tc>
          <w:tcPr>
            <w:tcW w:type="dxa" w:w="468"/>
            <w:tcBorders>
              <w:start w:sz="4.800000000000011" w:val="single" w:color="#000000"/>
              <w:top w:sz="4.7999999999999545" w:val="single" w:color="#000000"/>
              <w:end w:sz="4.7999999999999545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3" w:lineRule="auto" w:before="76" w:after="0"/>
              <w:ind w:left="0" w:right="0" w:firstLine="0"/>
              <w:jc w:val="center"/>
            </w:pP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>2.2.</w:t>
            </w:r>
          </w:p>
        </w:tc>
        <w:tc>
          <w:tcPr>
            <w:tcW w:type="dxa" w:w="4118"/>
            <w:tcBorders>
              <w:start w:sz="4.7999999999999545" w:val="single" w:color="#000000"/>
              <w:top w:sz="4.7999999999999545" w:val="single" w:color="#000000"/>
              <w:end w:sz="4.799999999999727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3" w:lineRule="auto" w:before="64" w:after="0"/>
              <w:ind w:left="72" w:right="0" w:firstLine="0"/>
              <w:jc w:val="left"/>
            </w:pPr>
            <w:r>
              <w:rPr>
                <w:w w:val="97.55591154098511"/>
                <w:rFonts w:ascii="Times New Roman" w:hAnsi="Times New Roman" w:eastAsia="Times New Roman"/>
                <w:b/>
                <w:i w:val="0"/>
                <w:color w:val="000000"/>
                <w:sz w:val="16"/>
              </w:rPr>
              <w:t>Неживая и живая природа.</w:t>
            </w:r>
          </w:p>
        </w:tc>
        <w:tc>
          <w:tcPr>
            <w:tcW w:type="dxa" w:w="530"/>
            <w:tcBorders>
              <w:start w:sz="4.799999999999727" w:val="single" w:color="#000000"/>
              <w:top w:sz="4.7999999999999545" w:val="single" w:color="#000000"/>
              <w:end w:sz="4.0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3" w:lineRule="auto" w:before="76" w:after="0"/>
              <w:ind w:left="72" w:right="0" w:firstLine="0"/>
              <w:jc w:val="left"/>
            </w:pP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>3</w:t>
            </w:r>
          </w:p>
        </w:tc>
        <w:tc>
          <w:tcPr>
            <w:tcW w:type="dxa" w:w="1104"/>
            <w:tcBorders>
              <w:start w:sz="4.0" w:val="single" w:color="#000000"/>
              <w:top w:sz="4.7999999999999545" w:val="single" w:color="#000000"/>
              <w:end w:sz="4.799999999999727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3" w:lineRule="auto" w:before="76" w:after="0"/>
              <w:ind w:left="74" w:right="0" w:firstLine="0"/>
              <w:jc w:val="left"/>
            </w:pP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>0</w:t>
            </w:r>
          </w:p>
        </w:tc>
        <w:tc>
          <w:tcPr>
            <w:tcW w:type="dxa" w:w="1140"/>
            <w:tcBorders>
              <w:start w:sz="4.799999999999727" w:val="single" w:color="#000000"/>
              <w:top w:sz="4.7999999999999545" w:val="single" w:color="#000000"/>
              <w:end w:sz="4.799999999999727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3" w:lineRule="auto" w:before="76" w:after="0"/>
              <w:ind w:left="72" w:right="0" w:firstLine="0"/>
              <w:jc w:val="left"/>
            </w:pP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>3</w:t>
            </w:r>
          </w:p>
        </w:tc>
        <w:tc>
          <w:tcPr>
            <w:tcW w:type="dxa" w:w="864"/>
            <w:tcBorders>
              <w:start w:sz="4.799999999999727" w:val="single" w:color="#000000"/>
              <w:top w:sz="4.7999999999999545" w:val="single" w:color="#000000"/>
              <w:end w:sz="4.800000000000182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45" w:lineRule="auto" w:before="76" w:after="0"/>
              <w:ind w:left="0" w:right="0" w:firstLine="0"/>
              <w:jc w:val="center"/>
            </w:pP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 xml:space="preserve">15.11.2022 </w:t>
            </w: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>22.11.2022</w:t>
            </w:r>
          </w:p>
        </w:tc>
        <w:tc>
          <w:tcPr>
            <w:tcW w:type="dxa" w:w="4780"/>
            <w:tcBorders>
              <w:start w:sz="4.800000000000182" w:val="single" w:color="#000000"/>
              <w:top w:sz="4.7999999999999545" w:val="single" w:color="#000000"/>
              <w:end w:sz="4.800000000000182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3" w:lineRule="auto" w:before="76" w:after="0"/>
              <w:ind w:left="72" w:right="0" w:firstLine="0"/>
              <w:jc w:val="left"/>
            </w:pP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>Обсуждение ситуаций по теме «Правила поведения в природе»;</w:t>
            </w:r>
          </w:p>
        </w:tc>
        <w:tc>
          <w:tcPr>
            <w:tcW w:type="dxa" w:w="1080"/>
            <w:tcBorders>
              <w:start w:sz="4.800000000000182" w:val="single" w:color="#000000"/>
              <w:top w:sz="4.7999999999999545" w:val="single" w:color="#000000"/>
              <w:end w:sz="4.800000000000182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52" w:lineRule="auto" w:before="76" w:after="0"/>
              <w:ind w:left="72" w:right="0" w:firstLine="0"/>
              <w:jc w:val="left"/>
            </w:pP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 xml:space="preserve">Практическая </w:t>
            </w: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 xml:space="preserve">работа; </w:t>
            </w:r>
            <w:r>
              <w:br/>
            </w: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 xml:space="preserve">Устный </w:t>
            </w:r>
            <w:r>
              <w:br/>
            </w: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 xml:space="preserve">опрос; </w:t>
            </w:r>
            <w:r>
              <w:br/>
            </w: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 xml:space="preserve">Письменный </w:t>
            </w: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>контроль;;</w:t>
            </w:r>
          </w:p>
        </w:tc>
        <w:tc>
          <w:tcPr>
            <w:tcW w:type="dxa" w:w="1418"/>
            <w:tcBorders>
              <w:start w:sz="4.800000000000182" w:val="single" w:color="#000000"/>
              <w:top w:sz="4.7999999999999545" w:val="single" w:color="#000000"/>
              <w:end w:sz="4.800000000000182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3" w:lineRule="auto" w:before="76" w:after="0"/>
              <w:ind w:left="0" w:right="0" w:firstLine="0"/>
              <w:jc w:val="center"/>
            </w:pP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>https://multiurok.ru/</w:t>
            </w:r>
          </w:p>
        </w:tc>
      </w:tr>
      <w:tr>
        <w:trPr>
          <w:trHeight w:hRule="exact" w:val="1308"/>
        </w:trPr>
        <w:tc>
          <w:tcPr>
            <w:tcW w:type="dxa" w:w="468"/>
            <w:tcBorders>
              <w:start w:sz="4.800000000000011" w:val="single" w:color="#000000"/>
              <w:top w:sz="4.800000000000182" w:val="single" w:color="#000000"/>
              <w:end w:sz="4.7999999999999545" w:val="single" w:color="#000000"/>
              <w:bottom w:sz="4.799999999999727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3" w:lineRule="auto" w:before="76" w:after="0"/>
              <w:ind w:left="0" w:right="0" w:firstLine="0"/>
              <w:jc w:val="center"/>
            </w:pP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>2.3.</w:t>
            </w:r>
          </w:p>
        </w:tc>
        <w:tc>
          <w:tcPr>
            <w:tcW w:type="dxa" w:w="4118"/>
            <w:tcBorders>
              <w:start w:sz="4.7999999999999545" w:val="single" w:color="#000000"/>
              <w:top w:sz="4.800000000000182" w:val="single" w:color="#000000"/>
              <w:end w:sz="4.799999999999727" w:val="single" w:color="#000000"/>
              <w:bottom w:sz="4.799999999999727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45" w:lineRule="auto" w:before="76" w:after="0"/>
              <w:ind w:left="72" w:right="288" w:firstLine="0"/>
              <w:jc w:val="left"/>
            </w:pPr>
            <w:r>
              <w:rPr>
                <w:w w:val="97.55591154098511"/>
                <w:rFonts w:ascii="Times New Roman" w:hAnsi="Times New Roman" w:eastAsia="Times New Roman"/>
                <w:b/>
                <w:i w:val="0"/>
                <w:color w:val="000000"/>
                <w:sz w:val="16"/>
              </w:rPr>
              <w:t xml:space="preserve">Погода и термометр. Наблюдение за погодой своего </w:t>
            </w:r>
            <w:r>
              <w:rPr>
                <w:w w:val="97.55591154098511"/>
                <w:rFonts w:ascii="Times New Roman" w:hAnsi="Times New Roman" w:eastAsia="Times New Roman"/>
                <w:b/>
                <w:i w:val="0"/>
                <w:color w:val="000000"/>
                <w:sz w:val="16"/>
              </w:rPr>
              <w:t>края. Сезонные изменения в природе.</w:t>
            </w:r>
          </w:p>
        </w:tc>
        <w:tc>
          <w:tcPr>
            <w:tcW w:type="dxa" w:w="530"/>
            <w:tcBorders>
              <w:start w:sz="4.799999999999727" w:val="single" w:color="#000000"/>
              <w:top w:sz="4.800000000000182" w:val="single" w:color="#000000"/>
              <w:end w:sz="4.0" w:val="single" w:color="#000000"/>
              <w:bottom w:sz="4.799999999999727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3" w:lineRule="auto" w:before="76" w:after="0"/>
              <w:ind w:left="72" w:right="0" w:firstLine="0"/>
              <w:jc w:val="left"/>
            </w:pP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>3</w:t>
            </w:r>
          </w:p>
        </w:tc>
        <w:tc>
          <w:tcPr>
            <w:tcW w:type="dxa" w:w="1104"/>
            <w:tcBorders>
              <w:start w:sz="4.0" w:val="single" w:color="#000000"/>
              <w:top w:sz="4.800000000000182" w:val="single" w:color="#000000"/>
              <w:end w:sz="4.799999999999727" w:val="single" w:color="#000000"/>
              <w:bottom w:sz="4.799999999999727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3" w:lineRule="auto" w:before="76" w:after="0"/>
              <w:ind w:left="74" w:right="0" w:firstLine="0"/>
              <w:jc w:val="left"/>
            </w:pP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>0</w:t>
            </w:r>
          </w:p>
        </w:tc>
        <w:tc>
          <w:tcPr>
            <w:tcW w:type="dxa" w:w="1140"/>
            <w:tcBorders>
              <w:start w:sz="4.799999999999727" w:val="single" w:color="#000000"/>
              <w:top w:sz="4.800000000000182" w:val="single" w:color="#000000"/>
              <w:end w:sz="4.799999999999727" w:val="single" w:color="#000000"/>
              <w:bottom w:sz="4.799999999999727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3" w:lineRule="auto" w:before="76" w:after="0"/>
              <w:ind w:left="72" w:right="0" w:firstLine="0"/>
              <w:jc w:val="left"/>
            </w:pP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>3</w:t>
            </w:r>
          </w:p>
        </w:tc>
        <w:tc>
          <w:tcPr>
            <w:tcW w:type="dxa" w:w="864"/>
            <w:tcBorders>
              <w:start w:sz="4.799999999999727" w:val="single" w:color="#000000"/>
              <w:top w:sz="4.800000000000182" w:val="single" w:color="#000000"/>
              <w:end w:sz="4.800000000000182" w:val="single" w:color="#000000"/>
              <w:bottom w:sz="4.799999999999727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45" w:lineRule="auto" w:before="76" w:after="0"/>
              <w:ind w:left="0" w:right="0" w:firstLine="0"/>
              <w:jc w:val="center"/>
            </w:pP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 xml:space="preserve">25.11.2022 </w:t>
            </w: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>02.12.2022</w:t>
            </w:r>
          </w:p>
        </w:tc>
        <w:tc>
          <w:tcPr>
            <w:tcW w:type="dxa" w:w="4780"/>
            <w:tcBorders>
              <w:start w:sz="4.800000000000182" w:val="single" w:color="#000000"/>
              <w:top w:sz="4.800000000000182" w:val="single" w:color="#000000"/>
              <w:end w:sz="4.800000000000182" w:val="single" w:color="#000000"/>
              <w:bottom w:sz="4.799999999999727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45" w:lineRule="auto" w:before="76" w:after="0"/>
              <w:ind w:left="72" w:right="144" w:firstLine="0"/>
              <w:jc w:val="left"/>
            </w:pP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 xml:space="preserve">Экскурсии по теме «Сезонные изменения в природе, наблюдение за </w:t>
            </w: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>погодой»;</w:t>
            </w:r>
          </w:p>
        </w:tc>
        <w:tc>
          <w:tcPr>
            <w:tcW w:type="dxa" w:w="1080"/>
            <w:tcBorders>
              <w:start w:sz="4.800000000000182" w:val="single" w:color="#000000"/>
              <w:top w:sz="4.800000000000182" w:val="single" w:color="#000000"/>
              <w:end w:sz="4.800000000000182" w:val="single" w:color="#000000"/>
              <w:bottom w:sz="4.799999999999727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52" w:lineRule="auto" w:before="76" w:after="0"/>
              <w:ind w:left="72" w:right="0" w:firstLine="0"/>
              <w:jc w:val="left"/>
            </w:pP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 xml:space="preserve">Практическая </w:t>
            </w: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 xml:space="preserve">работа; </w:t>
            </w:r>
            <w:r>
              <w:br/>
            </w: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 xml:space="preserve">Устный </w:t>
            </w:r>
            <w:r>
              <w:br/>
            </w: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 xml:space="preserve">опрос; </w:t>
            </w:r>
            <w:r>
              <w:br/>
            </w: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 xml:space="preserve">Письменный </w:t>
            </w: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>контроль;;</w:t>
            </w:r>
          </w:p>
        </w:tc>
        <w:tc>
          <w:tcPr>
            <w:tcW w:type="dxa" w:w="1418"/>
            <w:tcBorders>
              <w:start w:sz="4.800000000000182" w:val="single" w:color="#000000"/>
              <w:top w:sz="4.800000000000182" w:val="single" w:color="#000000"/>
              <w:end w:sz="4.800000000000182" w:val="single" w:color="#000000"/>
              <w:bottom w:sz="4.799999999999727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3" w:lineRule="auto" w:before="76" w:after="0"/>
              <w:ind w:left="72" w:right="0" w:firstLine="0"/>
              <w:jc w:val="left"/>
            </w:pP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>http://nsportal.ru</w:t>
            </w:r>
          </w:p>
        </w:tc>
      </w:tr>
      <w:tr>
        <w:trPr>
          <w:trHeight w:hRule="exact" w:val="1310"/>
        </w:trPr>
        <w:tc>
          <w:tcPr>
            <w:tcW w:type="dxa" w:w="468"/>
            <w:tcBorders>
              <w:start w:sz="4.800000000000011" w:val="single" w:color="#000000"/>
              <w:top w:sz="4.799999999999727" w:val="single" w:color="#000000"/>
              <w:end w:sz="4.7999999999999545" w:val="single" w:color="#000000"/>
              <w:bottom w:sz="4.799999999999727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78" w:after="0"/>
              <w:ind w:left="0" w:right="0" w:firstLine="0"/>
              <w:jc w:val="center"/>
            </w:pP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>2.4.</w:t>
            </w:r>
          </w:p>
        </w:tc>
        <w:tc>
          <w:tcPr>
            <w:tcW w:type="dxa" w:w="4118"/>
            <w:tcBorders>
              <w:start w:sz="4.7999999999999545" w:val="single" w:color="#000000"/>
              <w:top w:sz="4.799999999999727" w:val="single" w:color="#000000"/>
              <w:end w:sz="4.799999999999727" w:val="single" w:color="#000000"/>
              <w:bottom w:sz="4.799999999999727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45" w:lineRule="auto" w:before="78" w:after="0"/>
              <w:ind w:left="72" w:right="288" w:firstLine="0"/>
              <w:jc w:val="left"/>
            </w:pPr>
            <w:r>
              <w:rPr>
                <w:w w:val="97.55591154098511"/>
                <w:rFonts w:ascii="Times New Roman" w:hAnsi="Times New Roman" w:eastAsia="Times New Roman"/>
                <w:b/>
                <w:i w:val="0"/>
                <w:color w:val="000000"/>
                <w:sz w:val="16"/>
              </w:rPr>
              <w:t xml:space="preserve">Взаимосвязи между человеком и природой. Правила </w:t>
            </w:r>
            <w:r>
              <w:rPr>
                <w:w w:val="97.55591154098511"/>
                <w:rFonts w:ascii="Times New Roman" w:hAnsi="Times New Roman" w:eastAsia="Times New Roman"/>
                <w:b/>
                <w:i w:val="0"/>
                <w:color w:val="000000"/>
                <w:sz w:val="16"/>
              </w:rPr>
              <w:t>нравственного и безопасного поведения в природе.</w:t>
            </w:r>
          </w:p>
        </w:tc>
        <w:tc>
          <w:tcPr>
            <w:tcW w:type="dxa" w:w="530"/>
            <w:tcBorders>
              <w:start w:sz="4.799999999999727" w:val="single" w:color="#000000"/>
              <w:top w:sz="4.799999999999727" w:val="single" w:color="#000000"/>
              <w:end w:sz="4.0" w:val="single" w:color="#000000"/>
              <w:bottom w:sz="4.799999999999727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78" w:after="0"/>
              <w:ind w:left="72" w:right="0" w:firstLine="0"/>
              <w:jc w:val="left"/>
            </w:pP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>3</w:t>
            </w:r>
          </w:p>
        </w:tc>
        <w:tc>
          <w:tcPr>
            <w:tcW w:type="dxa" w:w="1104"/>
            <w:tcBorders>
              <w:start w:sz="4.0" w:val="single" w:color="#000000"/>
              <w:top w:sz="4.799999999999727" w:val="single" w:color="#000000"/>
              <w:end w:sz="4.799999999999727" w:val="single" w:color="#000000"/>
              <w:bottom w:sz="4.799999999999727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78" w:after="0"/>
              <w:ind w:left="74" w:right="0" w:firstLine="0"/>
              <w:jc w:val="left"/>
            </w:pP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>0</w:t>
            </w:r>
          </w:p>
        </w:tc>
        <w:tc>
          <w:tcPr>
            <w:tcW w:type="dxa" w:w="1140"/>
            <w:tcBorders>
              <w:start w:sz="4.799999999999727" w:val="single" w:color="#000000"/>
              <w:top w:sz="4.799999999999727" w:val="single" w:color="#000000"/>
              <w:end w:sz="4.799999999999727" w:val="single" w:color="#000000"/>
              <w:bottom w:sz="4.799999999999727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78" w:after="0"/>
              <w:ind w:left="72" w:right="0" w:firstLine="0"/>
              <w:jc w:val="left"/>
            </w:pP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>3</w:t>
            </w:r>
          </w:p>
        </w:tc>
        <w:tc>
          <w:tcPr>
            <w:tcW w:type="dxa" w:w="864"/>
            <w:tcBorders>
              <w:start w:sz="4.799999999999727" w:val="single" w:color="#000000"/>
              <w:top w:sz="4.799999999999727" w:val="single" w:color="#000000"/>
              <w:end w:sz="4.800000000000182" w:val="single" w:color="#000000"/>
              <w:bottom w:sz="4.799999999999727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45" w:lineRule="auto" w:before="78" w:after="0"/>
              <w:ind w:left="0" w:right="0" w:firstLine="0"/>
              <w:jc w:val="center"/>
            </w:pP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 xml:space="preserve">06.12.2022 </w:t>
            </w: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>13.12.2022</w:t>
            </w:r>
          </w:p>
        </w:tc>
        <w:tc>
          <w:tcPr>
            <w:tcW w:type="dxa" w:w="4780"/>
            <w:tcBorders>
              <w:start w:sz="4.800000000000182" w:val="single" w:color="#000000"/>
              <w:top w:sz="4.799999999999727" w:val="single" w:color="#000000"/>
              <w:end w:sz="4.800000000000182" w:val="single" w:color="#000000"/>
              <w:bottom w:sz="4.799999999999727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78" w:after="0"/>
              <w:ind w:left="72" w:right="0" w:firstLine="0"/>
              <w:jc w:val="left"/>
            </w:pP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>Практическая работа по теме «Измеряем температуру»;</w:t>
            </w:r>
          </w:p>
        </w:tc>
        <w:tc>
          <w:tcPr>
            <w:tcW w:type="dxa" w:w="1080"/>
            <w:tcBorders>
              <w:start w:sz="4.800000000000182" w:val="single" w:color="#000000"/>
              <w:top w:sz="4.799999999999727" w:val="single" w:color="#000000"/>
              <w:end w:sz="4.800000000000182" w:val="single" w:color="#000000"/>
              <w:bottom w:sz="4.799999999999727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52" w:lineRule="auto" w:before="78" w:after="0"/>
              <w:ind w:left="72" w:right="0" w:firstLine="0"/>
              <w:jc w:val="left"/>
            </w:pP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 xml:space="preserve">Практическая </w:t>
            </w: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 xml:space="preserve">работа; </w:t>
            </w:r>
            <w:r>
              <w:br/>
            </w: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 xml:space="preserve">Устный </w:t>
            </w:r>
            <w:r>
              <w:br/>
            </w: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 xml:space="preserve">опрос; </w:t>
            </w:r>
            <w:r>
              <w:br/>
            </w: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 xml:space="preserve">Письменный </w:t>
            </w: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>контроль;;</w:t>
            </w:r>
          </w:p>
        </w:tc>
        <w:tc>
          <w:tcPr>
            <w:tcW w:type="dxa" w:w="1418"/>
            <w:tcBorders>
              <w:start w:sz="4.800000000000182" w:val="single" w:color="#000000"/>
              <w:top w:sz="4.799999999999727" w:val="single" w:color="#000000"/>
              <w:end w:sz="4.800000000000182" w:val="single" w:color="#000000"/>
              <w:bottom w:sz="4.799999999999727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78" w:after="0"/>
              <w:ind w:left="0" w:right="0" w:firstLine="0"/>
              <w:jc w:val="center"/>
            </w:pP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>https://multiurok.ru/</w:t>
            </w:r>
          </w:p>
        </w:tc>
      </w:tr>
      <w:tr>
        <w:trPr>
          <w:trHeight w:hRule="exact" w:val="1416"/>
        </w:trPr>
        <w:tc>
          <w:tcPr>
            <w:tcW w:type="dxa" w:w="468"/>
            <w:tcBorders>
              <w:start w:sz="4.800000000000011" w:val="single" w:color="#000000"/>
              <w:top w:sz="4.799999999999727" w:val="single" w:color="#000000"/>
              <w:end w:sz="4.7999999999999545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3" w:lineRule="auto" w:before="76" w:after="0"/>
              <w:ind w:left="0" w:right="0" w:firstLine="0"/>
              <w:jc w:val="center"/>
            </w:pP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>2.5.</w:t>
            </w:r>
          </w:p>
        </w:tc>
        <w:tc>
          <w:tcPr>
            <w:tcW w:type="dxa" w:w="4118"/>
            <w:tcBorders>
              <w:start w:sz="4.7999999999999545" w:val="single" w:color="#000000"/>
              <w:top w:sz="4.799999999999727" w:val="single" w:color="#000000"/>
              <w:end w:sz="4.799999999999727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52" w:lineRule="auto" w:before="64" w:after="0"/>
              <w:ind w:left="72" w:right="720" w:firstLine="0"/>
              <w:jc w:val="left"/>
            </w:pPr>
            <w:r>
              <w:rPr>
                <w:w w:val="97.55591154098511"/>
                <w:rFonts w:ascii="Times New Roman" w:hAnsi="Times New Roman" w:eastAsia="Times New Roman"/>
                <w:b/>
                <w:i w:val="0"/>
                <w:color w:val="000000"/>
                <w:sz w:val="16"/>
              </w:rPr>
              <w:t xml:space="preserve">Растения ближайшего окружения (узнавание, </w:t>
            </w:r>
            <w:r>
              <w:rPr>
                <w:w w:val="97.55591154098511"/>
                <w:rFonts w:ascii="Times New Roman" w:hAnsi="Times New Roman" w:eastAsia="Times New Roman"/>
                <w:b/>
                <w:i w:val="0"/>
                <w:color w:val="000000"/>
                <w:sz w:val="16"/>
              </w:rPr>
              <w:t>называние, краткое  описание).</w:t>
            </w:r>
          </w:p>
        </w:tc>
        <w:tc>
          <w:tcPr>
            <w:tcW w:type="dxa" w:w="530"/>
            <w:tcBorders>
              <w:start w:sz="4.799999999999727" w:val="single" w:color="#000000"/>
              <w:top w:sz="4.799999999999727" w:val="single" w:color="#000000"/>
              <w:end w:sz="4.0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3" w:lineRule="auto" w:before="76" w:after="0"/>
              <w:ind w:left="72" w:right="0" w:firstLine="0"/>
              <w:jc w:val="left"/>
            </w:pP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>4</w:t>
            </w:r>
          </w:p>
        </w:tc>
        <w:tc>
          <w:tcPr>
            <w:tcW w:type="dxa" w:w="1104"/>
            <w:tcBorders>
              <w:start w:sz="4.0" w:val="single" w:color="#000000"/>
              <w:top w:sz="4.799999999999727" w:val="single" w:color="#000000"/>
              <w:end w:sz="4.799999999999727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3" w:lineRule="auto" w:before="76" w:after="0"/>
              <w:ind w:left="74" w:right="0" w:firstLine="0"/>
              <w:jc w:val="left"/>
            </w:pP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>0</w:t>
            </w:r>
          </w:p>
        </w:tc>
        <w:tc>
          <w:tcPr>
            <w:tcW w:type="dxa" w:w="1140"/>
            <w:tcBorders>
              <w:start w:sz="4.799999999999727" w:val="single" w:color="#000000"/>
              <w:top w:sz="4.799999999999727" w:val="single" w:color="#000000"/>
              <w:end w:sz="4.799999999999727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3" w:lineRule="auto" w:before="76" w:after="0"/>
              <w:ind w:left="72" w:right="0" w:firstLine="0"/>
              <w:jc w:val="left"/>
            </w:pP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>4</w:t>
            </w:r>
          </w:p>
        </w:tc>
        <w:tc>
          <w:tcPr>
            <w:tcW w:type="dxa" w:w="864"/>
            <w:tcBorders>
              <w:start w:sz="4.799999999999727" w:val="single" w:color="#000000"/>
              <w:top w:sz="4.799999999999727" w:val="single" w:color="#000000"/>
              <w:end w:sz="4.800000000000182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45" w:lineRule="auto" w:before="76" w:after="0"/>
              <w:ind w:left="0" w:right="0" w:firstLine="0"/>
              <w:jc w:val="center"/>
            </w:pP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 xml:space="preserve">16.12.2022 </w:t>
            </w: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>27.12.2022</w:t>
            </w:r>
          </w:p>
        </w:tc>
        <w:tc>
          <w:tcPr>
            <w:tcW w:type="dxa" w:w="4780"/>
            <w:tcBorders>
              <w:start w:sz="4.800000000000182" w:val="single" w:color="#000000"/>
              <w:top w:sz="4.799999999999727" w:val="single" w:color="#000000"/>
              <w:end w:sz="4.800000000000182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45" w:lineRule="auto" w:before="76" w:after="0"/>
              <w:ind w:left="72" w:right="1008" w:firstLine="0"/>
              <w:jc w:val="left"/>
            </w:pP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 xml:space="preserve">Экскурсия; </w:t>
            </w:r>
            <w:r>
              <w:br/>
            </w: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>Сравнение внешнего вида деревьев, кустарников, трав;</w:t>
            </w:r>
          </w:p>
        </w:tc>
        <w:tc>
          <w:tcPr>
            <w:tcW w:type="dxa" w:w="1080"/>
            <w:tcBorders>
              <w:start w:sz="4.800000000000182" w:val="single" w:color="#000000"/>
              <w:top w:sz="4.799999999999727" w:val="single" w:color="#000000"/>
              <w:end w:sz="4.800000000000182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52" w:lineRule="auto" w:before="76" w:after="0"/>
              <w:ind w:left="72" w:right="0" w:firstLine="0"/>
              <w:jc w:val="left"/>
            </w:pP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 xml:space="preserve">Практическая </w:t>
            </w: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 xml:space="preserve">работа; </w:t>
            </w:r>
            <w:r>
              <w:br/>
            </w: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 xml:space="preserve">Устный </w:t>
            </w:r>
            <w:r>
              <w:br/>
            </w: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 xml:space="preserve">опрос; </w:t>
            </w:r>
            <w:r>
              <w:br/>
            </w: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 xml:space="preserve">Письменный </w:t>
            </w: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>контроль;;</w:t>
            </w:r>
          </w:p>
        </w:tc>
        <w:tc>
          <w:tcPr>
            <w:tcW w:type="dxa" w:w="1418"/>
            <w:tcBorders>
              <w:start w:sz="4.800000000000182" w:val="single" w:color="#000000"/>
              <w:top w:sz="4.799999999999727" w:val="single" w:color="#000000"/>
              <w:end w:sz="4.800000000000182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3" w:lineRule="auto" w:before="76" w:after="0"/>
              <w:ind w:left="0" w:right="0" w:firstLine="0"/>
              <w:jc w:val="center"/>
            </w:pP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>https://multiurok.ru/</w:t>
            </w:r>
          </w:p>
        </w:tc>
      </w:tr>
      <w:tr>
        <w:trPr>
          <w:trHeight w:hRule="exact" w:val="1694"/>
        </w:trPr>
        <w:tc>
          <w:tcPr>
            <w:tcW w:type="dxa" w:w="468"/>
            <w:tcBorders>
              <w:start w:sz="4.800000000000011" w:val="single" w:color="#000000"/>
              <w:top w:sz="4.800000000000182" w:val="single" w:color="#000000"/>
              <w:end w:sz="4.7999999999999545" w:val="single" w:color="#000000"/>
              <w:bottom w:sz="4.799999999999727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78" w:after="0"/>
              <w:ind w:left="0" w:right="0" w:firstLine="0"/>
              <w:jc w:val="center"/>
            </w:pP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>2.6.</w:t>
            </w:r>
          </w:p>
        </w:tc>
        <w:tc>
          <w:tcPr>
            <w:tcW w:type="dxa" w:w="4118"/>
            <w:tcBorders>
              <w:start w:sz="4.7999999999999545" w:val="single" w:color="#000000"/>
              <w:top w:sz="4.800000000000182" w:val="single" w:color="#000000"/>
              <w:end w:sz="4.799999999999727" w:val="single" w:color="#000000"/>
              <w:bottom w:sz="4.799999999999727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45" w:lineRule="auto" w:before="78" w:after="0"/>
              <w:ind w:left="72" w:right="432" w:firstLine="0"/>
              <w:jc w:val="left"/>
            </w:pPr>
            <w:r>
              <w:rPr>
                <w:w w:val="97.55591154098511"/>
                <w:rFonts w:ascii="Times New Roman" w:hAnsi="Times New Roman" w:eastAsia="Times New Roman"/>
                <w:b/>
                <w:i w:val="0"/>
                <w:color w:val="000000"/>
                <w:sz w:val="16"/>
              </w:rPr>
              <w:t xml:space="preserve">Лиственные и хвойные растения. Дикорастущие и </w:t>
            </w:r>
            <w:r>
              <w:rPr>
                <w:w w:val="97.55591154098511"/>
                <w:rFonts w:ascii="Times New Roman" w:hAnsi="Times New Roman" w:eastAsia="Times New Roman"/>
                <w:b/>
                <w:i w:val="0"/>
                <w:color w:val="000000"/>
                <w:sz w:val="16"/>
              </w:rPr>
              <w:t>культурные растения.</w:t>
            </w:r>
          </w:p>
        </w:tc>
        <w:tc>
          <w:tcPr>
            <w:tcW w:type="dxa" w:w="530"/>
            <w:tcBorders>
              <w:start w:sz="4.799999999999727" w:val="single" w:color="#000000"/>
              <w:top w:sz="4.800000000000182" w:val="single" w:color="#000000"/>
              <w:end w:sz="4.0" w:val="single" w:color="#000000"/>
              <w:bottom w:sz="4.799999999999727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78" w:after="0"/>
              <w:ind w:left="72" w:right="0" w:firstLine="0"/>
              <w:jc w:val="left"/>
            </w:pP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>4</w:t>
            </w:r>
          </w:p>
        </w:tc>
        <w:tc>
          <w:tcPr>
            <w:tcW w:type="dxa" w:w="1104"/>
            <w:tcBorders>
              <w:start w:sz="4.0" w:val="single" w:color="#000000"/>
              <w:top w:sz="4.800000000000182" w:val="single" w:color="#000000"/>
              <w:end w:sz="4.799999999999727" w:val="single" w:color="#000000"/>
              <w:bottom w:sz="4.799999999999727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78" w:after="0"/>
              <w:ind w:left="74" w:right="0" w:firstLine="0"/>
              <w:jc w:val="left"/>
            </w:pP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>1</w:t>
            </w:r>
          </w:p>
        </w:tc>
        <w:tc>
          <w:tcPr>
            <w:tcW w:type="dxa" w:w="1140"/>
            <w:tcBorders>
              <w:start w:sz="4.799999999999727" w:val="single" w:color="#000000"/>
              <w:top w:sz="4.800000000000182" w:val="single" w:color="#000000"/>
              <w:end w:sz="4.799999999999727" w:val="single" w:color="#000000"/>
              <w:bottom w:sz="4.799999999999727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78" w:after="0"/>
              <w:ind w:left="72" w:right="0" w:firstLine="0"/>
              <w:jc w:val="left"/>
            </w:pP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>3</w:t>
            </w:r>
          </w:p>
        </w:tc>
        <w:tc>
          <w:tcPr>
            <w:tcW w:type="dxa" w:w="864"/>
            <w:tcBorders>
              <w:start w:sz="4.799999999999727" w:val="single" w:color="#000000"/>
              <w:top w:sz="4.800000000000182" w:val="single" w:color="#000000"/>
              <w:end w:sz="4.800000000000182" w:val="single" w:color="#000000"/>
              <w:bottom w:sz="4.799999999999727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45" w:lineRule="auto" w:before="78" w:after="0"/>
              <w:ind w:left="0" w:right="0" w:firstLine="0"/>
              <w:jc w:val="center"/>
            </w:pP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 xml:space="preserve">30.12.2022 </w:t>
            </w: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>17.01.2023</w:t>
            </w:r>
          </w:p>
        </w:tc>
        <w:tc>
          <w:tcPr>
            <w:tcW w:type="dxa" w:w="4780"/>
            <w:tcBorders>
              <w:start w:sz="4.800000000000182" w:val="single" w:color="#000000"/>
              <w:top w:sz="4.800000000000182" w:val="single" w:color="#000000"/>
              <w:end w:sz="4.800000000000182" w:val="single" w:color="#000000"/>
              <w:bottom w:sz="4.799999999999727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47" w:lineRule="auto" w:before="78" w:after="0"/>
              <w:ind w:left="72" w:right="288" w:firstLine="0"/>
              <w:jc w:val="left"/>
            </w:pP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 xml:space="preserve">Определение названия по внешнему виду дерева; </w:t>
            </w:r>
            <w:r>
              <w:br/>
            </w: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 xml:space="preserve">Работа с иллюстративным материалом: деление растений на две </w:t>
            </w: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>группы — дикорастущие и культурные;</w:t>
            </w:r>
          </w:p>
        </w:tc>
        <w:tc>
          <w:tcPr>
            <w:tcW w:type="dxa" w:w="1080"/>
            <w:tcBorders>
              <w:start w:sz="4.800000000000182" w:val="single" w:color="#000000"/>
              <w:top w:sz="4.800000000000182" w:val="single" w:color="#000000"/>
              <w:end w:sz="4.800000000000182" w:val="single" w:color="#000000"/>
              <w:bottom w:sz="4.799999999999727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54" w:lineRule="auto" w:before="78" w:after="0"/>
              <w:ind w:left="72" w:right="0" w:firstLine="0"/>
              <w:jc w:val="left"/>
            </w:pP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 xml:space="preserve">Контрольная </w:t>
            </w: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 xml:space="preserve">работа; </w:t>
            </w:r>
            <w:r>
              <w:br/>
            </w: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 xml:space="preserve">Практическая </w:t>
            </w: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 xml:space="preserve">работа; </w:t>
            </w:r>
            <w:r>
              <w:br/>
            </w: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 xml:space="preserve">Устный </w:t>
            </w:r>
            <w:r>
              <w:br/>
            </w: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 xml:space="preserve">опрос; </w:t>
            </w:r>
            <w:r>
              <w:br/>
            </w: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 xml:space="preserve">Письменный </w:t>
            </w: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>контроль;;</w:t>
            </w:r>
          </w:p>
        </w:tc>
        <w:tc>
          <w:tcPr>
            <w:tcW w:type="dxa" w:w="1418"/>
            <w:tcBorders>
              <w:start w:sz="4.800000000000182" w:val="single" w:color="#000000"/>
              <w:top w:sz="4.800000000000182" w:val="single" w:color="#000000"/>
              <w:end w:sz="4.800000000000182" w:val="single" w:color="#000000"/>
              <w:bottom w:sz="4.799999999999727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78" w:after="0"/>
              <w:ind w:left="0" w:right="0" w:firstLine="0"/>
              <w:jc w:val="center"/>
            </w:pP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>https://multiurok.ru/</w:t>
            </w:r>
          </w:p>
        </w:tc>
      </w:tr>
      <w:tr>
        <w:trPr>
          <w:trHeight w:hRule="exact" w:val="1672"/>
        </w:trPr>
        <w:tc>
          <w:tcPr>
            <w:tcW w:type="dxa" w:w="468"/>
            <w:tcBorders>
              <w:start w:sz="4.800000000000011" w:val="single" w:color="#000000"/>
              <w:top w:sz="4.799999999999727" w:val="single" w:color="#000000"/>
              <w:end w:sz="4.7999999999999545" w:val="single" w:color="#000000"/>
              <w:bottom w:sz="4.79999999999927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3" w:lineRule="auto" w:before="76" w:after="0"/>
              <w:ind w:left="0" w:right="0" w:firstLine="0"/>
              <w:jc w:val="center"/>
            </w:pP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>2.7.</w:t>
            </w:r>
          </w:p>
        </w:tc>
        <w:tc>
          <w:tcPr>
            <w:tcW w:type="dxa" w:w="4118"/>
            <w:tcBorders>
              <w:start w:sz="4.7999999999999545" w:val="single" w:color="#000000"/>
              <w:top w:sz="4.799999999999727" w:val="single" w:color="#000000"/>
              <w:end w:sz="4.799999999999727" w:val="single" w:color="#000000"/>
              <w:bottom w:sz="4.79999999999927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50" w:lineRule="auto" w:before="76" w:after="0"/>
              <w:ind w:left="72" w:right="230" w:firstLine="0"/>
              <w:jc w:val="both"/>
            </w:pPr>
            <w:r>
              <w:rPr>
                <w:w w:val="97.55591154098511"/>
                <w:rFonts w:ascii="Times New Roman" w:hAnsi="Times New Roman" w:eastAsia="Times New Roman"/>
                <w:b/>
                <w:i w:val="0"/>
                <w:color w:val="000000"/>
                <w:sz w:val="16"/>
              </w:rPr>
              <w:t xml:space="preserve">Части растения (называние, краткая характеристика </w:t>
            </w:r>
            <w:r>
              <w:rPr>
                <w:w w:val="97.55591154098511"/>
                <w:rFonts w:ascii="Times New Roman" w:hAnsi="Times New Roman" w:eastAsia="Times New Roman"/>
                <w:b/>
                <w:i w:val="0"/>
                <w:color w:val="000000"/>
                <w:sz w:val="16"/>
              </w:rPr>
              <w:t xml:space="preserve">значения для жизни растения): корень, стебель, лист, </w:t>
            </w:r>
            <w:r>
              <w:rPr>
                <w:w w:val="97.55591154098511"/>
                <w:rFonts w:ascii="Times New Roman" w:hAnsi="Times New Roman" w:eastAsia="Times New Roman"/>
                <w:b/>
                <w:i w:val="0"/>
                <w:color w:val="000000"/>
                <w:sz w:val="16"/>
              </w:rPr>
              <w:t>цветок, плод, семя.</w:t>
            </w:r>
          </w:p>
        </w:tc>
        <w:tc>
          <w:tcPr>
            <w:tcW w:type="dxa" w:w="530"/>
            <w:tcBorders>
              <w:start w:sz="4.799999999999727" w:val="single" w:color="#000000"/>
              <w:top w:sz="4.799999999999727" w:val="single" w:color="#000000"/>
              <w:end w:sz="4.0" w:val="single" w:color="#000000"/>
              <w:bottom w:sz="4.79999999999927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3" w:lineRule="auto" w:before="76" w:after="0"/>
              <w:ind w:left="72" w:right="0" w:firstLine="0"/>
              <w:jc w:val="left"/>
            </w:pP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>4</w:t>
            </w:r>
          </w:p>
        </w:tc>
        <w:tc>
          <w:tcPr>
            <w:tcW w:type="dxa" w:w="1104"/>
            <w:tcBorders>
              <w:start w:sz="4.0" w:val="single" w:color="#000000"/>
              <w:top w:sz="4.799999999999727" w:val="single" w:color="#000000"/>
              <w:end w:sz="4.799999999999727" w:val="single" w:color="#000000"/>
              <w:bottom w:sz="4.79999999999927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3" w:lineRule="auto" w:before="76" w:after="0"/>
              <w:ind w:left="74" w:right="0" w:firstLine="0"/>
              <w:jc w:val="left"/>
            </w:pP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>1</w:t>
            </w:r>
          </w:p>
        </w:tc>
        <w:tc>
          <w:tcPr>
            <w:tcW w:type="dxa" w:w="1140"/>
            <w:tcBorders>
              <w:start w:sz="4.799999999999727" w:val="single" w:color="#000000"/>
              <w:top w:sz="4.799999999999727" w:val="single" w:color="#000000"/>
              <w:end w:sz="4.799999999999727" w:val="single" w:color="#000000"/>
              <w:bottom w:sz="4.79999999999927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3" w:lineRule="auto" w:before="76" w:after="0"/>
              <w:ind w:left="72" w:right="0" w:firstLine="0"/>
              <w:jc w:val="left"/>
            </w:pP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>3</w:t>
            </w:r>
          </w:p>
        </w:tc>
        <w:tc>
          <w:tcPr>
            <w:tcW w:type="dxa" w:w="864"/>
            <w:tcBorders>
              <w:start w:sz="4.799999999999727" w:val="single" w:color="#000000"/>
              <w:top w:sz="4.799999999999727" w:val="single" w:color="#000000"/>
              <w:end w:sz="4.800000000000182" w:val="single" w:color="#000000"/>
              <w:bottom w:sz="4.79999999999927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45" w:lineRule="auto" w:before="76" w:after="0"/>
              <w:ind w:left="0" w:right="0" w:firstLine="0"/>
              <w:jc w:val="center"/>
            </w:pP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 xml:space="preserve">20.01.2023 </w:t>
            </w: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>31.01.2023</w:t>
            </w:r>
          </w:p>
        </w:tc>
        <w:tc>
          <w:tcPr>
            <w:tcW w:type="dxa" w:w="4780"/>
            <w:tcBorders>
              <w:start w:sz="4.800000000000182" w:val="single" w:color="#000000"/>
              <w:top w:sz="4.799999999999727" w:val="single" w:color="#000000"/>
              <w:end w:sz="4.800000000000182" w:val="single" w:color="#000000"/>
              <w:bottom w:sz="4.79999999999927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50" w:lineRule="auto" w:before="76" w:after="0"/>
              <w:ind w:left="72" w:right="288" w:firstLine="0"/>
              <w:jc w:val="left"/>
            </w:pP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 xml:space="preserve">Работа с иллюстративным материалом: деление растений на две </w:t>
            </w: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 xml:space="preserve">группы — дикорастущие и культурные; </w:t>
            </w:r>
            <w:r>
              <w:br/>
            </w: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 xml:space="preserve">Учебный диалог по теме «Чем различаются дикорастущие и </w:t>
            </w: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>культурные растения?»;</w:t>
            </w:r>
          </w:p>
        </w:tc>
        <w:tc>
          <w:tcPr>
            <w:tcW w:type="dxa" w:w="1080"/>
            <w:tcBorders>
              <w:start w:sz="4.800000000000182" w:val="single" w:color="#000000"/>
              <w:top w:sz="4.799999999999727" w:val="single" w:color="#000000"/>
              <w:end w:sz="4.800000000000182" w:val="single" w:color="#000000"/>
              <w:bottom w:sz="4.79999999999927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54" w:lineRule="auto" w:before="76" w:after="0"/>
              <w:ind w:left="72" w:right="0" w:firstLine="0"/>
              <w:jc w:val="left"/>
            </w:pP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 xml:space="preserve">Контрольная </w:t>
            </w: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 xml:space="preserve">работа; </w:t>
            </w:r>
            <w:r>
              <w:br/>
            </w: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 xml:space="preserve">Практическая </w:t>
            </w: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 xml:space="preserve">работа; </w:t>
            </w:r>
            <w:r>
              <w:br/>
            </w: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 xml:space="preserve">Устный </w:t>
            </w:r>
            <w:r>
              <w:br/>
            </w: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 xml:space="preserve">опрос; </w:t>
            </w:r>
            <w:r>
              <w:br/>
            </w: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 xml:space="preserve">Письменный </w:t>
            </w: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>контроль;;</w:t>
            </w:r>
          </w:p>
        </w:tc>
        <w:tc>
          <w:tcPr>
            <w:tcW w:type="dxa" w:w="1418"/>
            <w:tcBorders>
              <w:start w:sz="4.800000000000182" w:val="single" w:color="#000000"/>
              <w:top w:sz="4.799999999999727" w:val="single" w:color="#000000"/>
              <w:end w:sz="4.800000000000182" w:val="single" w:color="#000000"/>
              <w:bottom w:sz="4.79999999999927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3" w:lineRule="auto" w:before="76" w:after="0"/>
              <w:ind w:left="0" w:right="0" w:firstLine="0"/>
              <w:jc w:val="center"/>
            </w:pP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>https://multiurok.ru/</w:t>
            </w:r>
          </w:p>
        </w:tc>
      </w:tr>
    </w:tbl>
    <w:p>
      <w:pPr>
        <w:autoSpaceDN w:val="0"/>
        <w:autoSpaceDE w:val="0"/>
        <w:widowControl/>
        <w:spacing w:line="14" w:lineRule="exact" w:before="0" w:after="0"/>
        <w:ind w:left="0" w:right="0"/>
      </w:pPr>
    </w:p>
    <w:p>
      <w:pPr>
        <w:sectPr>
          <w:pgSz w:w="16840" w:h="11900"/>
          <w:pgMar w:top="284" w:right="640" w:bottom="292" w:left="666" w:header="720" w:footer="720" w:gutter="0"/>
          <w:cols w:space="720" w:num="1" w:equalWidth="0">
            <w:col w:w="15534" w:space="0"/>
            <w:col w:w="15534" w:space="0"/>
            <w:col w:w="9974" w:space="0"/>
            <w:col w:w="10584" w:space="0"/>
            <w:col w:w="10264" w:space="0"/>
            <w:col w:w="10584" w:space="0"/>
            <w:col w:w="10586" w:space="0"/>
            <w:col w:w="10258" w:space="0"/>
            <w:col w:w="10584" w:space="0"/>
            <w:col w:w="10468" w:space="0"/>
            <w:col w:w="10584" w:space="0"/>
            <w:col w:w="10284" w:space="0"/>
          </w:cols>
          <w:docGrid w:linePitch="360"/>
        </w:sectPr>
      </w:pPr>
    </w:p>
    <w:p>
      <w:pPr>
        <w:autoSpaceDN w:val="0"/>
        <w:autoSpaceDE w:val="0"/>
        <w:widowControl/>
        <w:spacing w:line="220" w:lineRule="exact" w:before="0" w:after="66"/>
        <w:ind w:left="0" w:right="0"/>
      </w:pPr>
    </w:p>
    <w:tbl>
      <w:tblPr>
        <w:tblW w:type="auto" w:w="0"/>
        <w:tblLayout w:type="fixed"/>
        <w:tblLook w:firstColumn="1" w:firstRow="1" w:lastColumn="0" w:lastRow="0" w:noHBand="0" w:noVBand="1" w:val="04A0"/>
        <w:tblInd w:w="6.000000000000085" w:type="dxa"/>
      </w:tblPr>
      <w:tblGrid>
        <w:gridCol w:w="1726"/>
        <w:gridCol w:w="1726"/>
        <w:gridCol w:w="1726"/>
        <w:gridCol w:w="1726"/>
        <w:gridCol w:w="1726"/>
        <w:gridCol w:w="1726"/>
        <w:gridCol w:w="1726"/>
        <w:gridCol w:w="1726"/>
        <w:gridCol w:w="1726"/>
      </w:tblGrid>
      <w:tr>
        <w:trPr>
          <w:trHeight w:hRule="exact" w:val="1308"/>
        </w:trPr>
        <w:tc>
          <w:tcPr>
            <w:tcW w:type="dxa" w:w="468"/>
            <w:tcBorders>
              <w:start w:sz="4.800000000000011" w:val="single" w:color="#000000"/>
              <w:top w:sz="4.800000000000011" w:val="single" w:color="#000000"/>
              <w:end w:sz="4.7999999999999545" w:val="single" w:color="#000000"/>
              <w:bottom w:sz="4.7999999999999545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78" w:after="0"/>
              <w:ind w:left="0" w:right="0" w:firstLine="0"/>
              <w:jc w:val="center"/>
            </w:pP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>2.8.</w:t>
            </w:r>
          </w:p>
        </w:tc>
        <w:tc>
          <w:tcPr>
            <w:tcW w:type="dxa" w:w="4118"/>
            <w:tcBorders>
              <w:start w:sz="4.7999999999999545" w:val="single" w:color="#000000"/>
              <w:top w:sz="4.800000000000011" w:val="single" w:color="#000000"/>
              <w:end w:sz="4.799999999999727" w:val="single" w:color="#000000"/>
              <w:bottom w:sz="4.7999999999999545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78" w:after="0"/>
              <w:ind w:left="72" w:right="0" w:firstLine="0"/>
              <w:jc w:val="left"/>
            </w:pPr>
            <w:r>
              <w:rPr>
                <w:w w:val="97.55591154098511"/>
                <w:rFonts w:ascii="Times New Roman" w:hAnsi="Times New Roman" w:eastAsia="Times New Roman"/>
                <w:b/>
                <w:i w:val="0"/>
                <w:color w:val="000000"/>
                <w:sz w:val="16"/>
              </w:rPr>
              <w:t>Комнатные растения, правила содержания и ухода.</w:t>
            </w:r>
          </w:p>
        </w:tc>
        <w:tc>
          <w:tcPr>
            <w:tcW w:type="dxa" w:w="530"/>
            <w:tcBorders>
              <w:start w:sz="4.799999999999727" w:val="single" w:color="#000000"/>
              <w:top w:sz="4.800000000000011" w:val="single" w:color="#000000"/>
              <w:end w:sz="4.0" w:val="single" w:color="#000000"/>
              <w:bottom w:sz="4.7999999999999545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78" w:after="0"/>
              <w:ind w:left="72" w:right="0" w:firstLine="0"/>
              <w:jc w:val="left"/>
            </w:pP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>3</w:t>
            </w:r>
          </w:p>
        </w:tc>
        <w:tc>
          <w:tcPr>
            <w:tcW w:type="dxa" w:w="1104"/>
            <w:tcBorders>
              <w:start w:sz="4.0" w:val="single" w:color="#000000"/>
              <w:top w:sz="4.800000000000011" w:val="single" w:color="#000000"/>
              <w:end w:sz="4.799999999999727" w:val="single" w:color="#000000"/>
              <w:bottom w:sz="4.7999999999999545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78" w:after="0"/>
              <w:ind w:left="74" w:right="0" w:firstLine="0"/>
              <w:jc w:val="left"/>
            </w:pP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>0</w:t>
            </w:r>
          </w:p>
        </w:tc>
        <w:tc>
          <w:tcPr>
            <w:tcW w:type="dxa" w:w="1140"/>
            <w:tcBorders>
              <w:start w:sz="4.799999999999727" w:val="single" w:color="#000000"/>
              <w:top w:sz="4.800000000000011" w:val="single" w:color="#000000"/>
              <w:end w:sz="4.799999999999727" w:val="single" w:color="#000000"/>
              <w:bottom w:sz="4.7999999999999545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78" w:after="0"/>
              <w:ind w:left="72" w:right="0" w:firstLine="0"/>
              <w:jc w:val="left"/>
            </w:pP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>3</w:t>
            </w:r>
          </w:p>
        </w:tc>
        <w:tc>
          <w:tcPr>
            <w:tcW w:type="dxa" w:w="864"/>
            <w:tcBorders>
              <w:start w:sz="4.799999999999727" w:val="single" w:color="#000000"/>
              <w:top w:sz="4.800000000000011" w:val="single" w:color="#000000"/>
              <w:end w:sz="4.800000000000182" w:val="single" w:color="#000000"/>
              <w:bottom w:sz="4.7999999999999545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45" w:lineRule="auto" w:before="78" w:after="0"/>
              <w:ind w:left="0" w:right="0" w:firstLine="0"/>
              <w:jc w:val="center"/>
            </w:pP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 xml:space="preserve">03.02.2023 </w:t>
            </w: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>10.02.2023</w:t>
            </w:r>
          </w:p>
        </w:tc>
        <w:tc>
          <w:tcPr>
            <w:tcW w:type="dxa" w:w="4780"/>
            <w:tcBorders>
              <w:start w:sz="4.800000000000182" w:val="single" w:color="#000000"/>
              <w:top w:sz="4.800000000000011" w:val="single" w:color="#000000"/>
              <w:end w:sz="4.800000000000182" w:val="single" w:color="#000000"/>
              <w:bottom w:sz="4.7999999999999545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45" w:lineRule="auto" w:before="78" w:after="0"/>
              <w:ind w:left="72" w:right="576" w:firstLine="0"/>
              <w:jc w:val="left"/>
            </w:pP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 xml:space="preserve">Учебный диалог по теме «Чем различаются дикорастущие и </w:t>
            </w: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>культурные растения?»;</w:t>
            </w:r>
          </w:p>
        </w:tc>
        <w:tc>
          <w:tcPr>
            <w:tcW w:type="dxa" w:w="1080"/>
            <w:tcBorders>
              <w:start w:sz="4.800000000000182" w:val="single" w:color="#000000"/>
              <w:top w:sz="4.800000000000011" w:val="single" w:color="#000000"/>
              <w:end w:sz="4.800000000000182" w:val="single" w:color="#000000"/>
              <w:bottom w:sz="4.7999999999999545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52" w:lineRule="auto" w:before="78" w:after="0"/>
              <w:ind w:left="72" w:right="0" w:firstLine="0"/>
              <w:jc w:val="left"/>
            </w:pP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 xml:space="preserve">Практическая </w:t>
            </w: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 xml:space="preserve">работа; </w:t>
            </w:r>
            <w:r>
              <w:br/>
            </w: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 xml:space="preserve">Устный </w:t>
            </w:r>
            <w:r>
              <w:br/>
            </w: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 xml:space="preserve">опрос; </w:t>
            </w:r>
            <w:r>
              <w:br/>
            </w: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 xml:space="preserve">Письменный </w:t>
            </w: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>контроль;;</w:t>
            </w:r>
          </w:p>
        </w:tc>
        <w:tc>
          <w:tcPr>
            <w:tcW w:type="dxa" w:w="1418"/>
            <w:tcBorders>
              <w:start w:sz="4.800000000000182" w:val="single" w:color="#000000"/>
              <w:top w:sz="4.800000000000011" w:val="single" w:color="#000000"/>
              <w:end w:sz="4.800000000000182" w:val="single" w:color="#000000"/>
              <w:bottom w:sz="4.7999999999999545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78" w:after="0"/>
              <w:ind w:left="0" w:right="0" w:firstLine="0"/>
              <w:jc w:val="center"/>
            </w:pP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>https://multiurok.ru/</w:t>
            </w:r>
          </w:p>
        </w:tc>
      </w:tr>
      <w:tr>
        <w:trPr>
          <w:trHeight w:hRule="exact" w:val="1694"/>
        </w:trPr>
        <w:tc>
          <w:tcPr>
            <w:tcW w:type="dxa" w:w="468"/>
            <w:tcBorders>
              <w:start w:sz="4.800000000000011" w:val="single" w:color="#000000"/>
              <w:top w:sz="4.7999999999999545" w:val="single" w:color="#000000"/>
              <w:end w:sz="4.7999999999999545" w:val="single" w:color="#000000"/>
              <w:bottom w:sz="4.7999999999999545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78" w:after="0"/>
              <w:ind w:left="0" w:right="0" w:firstLine="0"/>
              <w:jc w:val="center"/>
            </w:pP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>2.9.</w:t>
            </w:r>
          </w:p>
        </w:tc>
        <w:tc>
          <w:tcPr>
            <w:tcW w:type="dxa" w:w="4118"/>
            <w:tcBorders>
              <w:start w:sz="4.7999999999999545" w:val="single" w:color="#000000"/>
              <w:top w:sz="4.7999999999999545" w:val="single" w:color="#000000"/>
              <w:end w:sz="4.799999999999727" w:val="single" w:color="#000000"/>
              <w:bottom w:sz="4.7999999999999545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45" w:lineRule="auto" w:before="78" w:after="0"/>
              <w:ind w:left="72" w:right="144" w:firstLine="0"/>
              <w:jc w:val="left"/>
            </w:pPr>
            <w:r>
              <w:rPr>
                <w:w w:val="97.55591154098511"/>
                <w:rFonts w:ascii="Times New Roman" w:hAnsi="Times New Roman" w:eastAsia="Times New Roman"/>
                <w:b/>
                <w:i w:val="0"/>
                <w:color w:val="000000"/>
                <w:sz w:val="16"/>
              </w:rPr>
              <w:t xml:space="preserve">Разные группы животных (звери, насекомые, птицы, </w:t>
            </w:r>
            <w:r>
              <w:rPr>
                <w:w w:val="97.55591154098511"/>
                <w:rFonts w:ascii="Times New Roman" w:hAnsi="Times New Roman" w:eastAsia="Times New Roman"/>
                <w:b/>
                <w:i w:val="0"/>
                <w:color w:val="000000"/>
                <w:sz w:val="16"/>
              </w:rPr>
              <w:t>рыбы и др.).</w:t>
            </w:r>
          </w:p>
        </w:tc>
        <w:tc>
          <w:tcPr>
            <w:tcW w:type="dxa" w:w="530"/>
            <w:tcBorders>
              <w:start w:sz="4.799999999999727" w:val="single" w:color="#000000"/>
              <w:top w:sz="4.7999999999999545" w:val="single" w:color="#000000"/>
              <w:end w:sz="4.0" w:val="single" w:color="#000000"/>
              <w:bottom w:sz="4.7999999999999545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78" w:after="0"/>
              <w:ind w:left="72" w:right="0" w:firstLine="0"/>
              <w:jc w:val="left"/>
            </w:pP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>4</w:t>
            </w:r>
          </w:p>
        </w:tc>
        <w:tc>
          <w:tcPr>
            <w:tcW w:type="dxa" w:w="1104"/>
            <w:tcBorders>
              <w:start w:sz="4.0" w:val="single" w:color="#000000"/>
              <w:top w:sz="4.7999999999999545" w:val="single" w:color="#000000"/>
              <w:end w:sz="4.799999999999727" w:val="single" w:color="#000000"/>
              <w:bottom w:sz="4.7999999999999545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78" w:after="0"/>
              <w:ind w:left="74" w:right="0" w:firstLine="0"/>
              <w:jc w:val="left"/>
            </w:pP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>1</w:t>
            </w:r>
          </w:p>
        </w:tc>
        <w:tc>
          <w:tcPr>
            <w:tcW w:type="dxa" w:w="1140"/>
            <w:tcBorders>
              <w:start w:sz="4.799999999999727" w:val="single" w:color="#000000"/>
              <w:top w:sz="4.7999999999999545" w:val="single" w:color="#000000"/>
              <w:end w:sz="4.799999999999727" w:val="single" w:color="#000000"/>
              <w:bottom w:sz="4.7999999999999545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78" w:after="0"/>
              <w:ind w:left="72" w:right="0" w:firstLine="0"/>
              <w:jc w:val="left"/>
            </w:pP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>3</w:t>
            </w:r>
          </w:p>
        </w:tc>
        <w:tc>
          <w:tcPr>
            <w:tcW w:type="dxa" w:w="864"/>
            <w:tcBorders>
              <w:start w:sz="4.799999999999727" w:val="single" w:color="#000000"/>
              <w:top w:sz="4.7999999999999545" w:val="single" w:color="#000000"/>
              <w:end w:sz="4.800000000000182" w:val="single" w:color="#000000"/>
              <w:bottom w:sz="4.7999999999999545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45" w:lineRule="auto" w:before="78" w:after="0"/>
              <w:ind w:left="0" w:right="0" w:firstLine="0"/>
              <w:jc w:val="center"/>
            </w:pP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 xml:space="preserve">14.02.2023 </w:t>
            </w: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>10.03.2023</w:t>
            </w:r>
          </w:p>
        </w:tc>
        <w:tc>
          <w:tcPr>
            <w:tcW w:type="dxa" w:w="4780"/>
            <w:tcBorders>
              <w:start w:sz="4.800000000000182" w:val="single" w:color="#000000"/>
              <w:top w:sz="4.7999999999999545" w:val="single" w:color="#000000"/>
              <w:end w:sz="4.800000000000182" w:val="single" w:color="#000000"/>
              <w:bottom w:sz="4.7999999999999545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45" w:lineRule="auto" w:before="78" w:after="0"/>
              <w:ind w:left="72" w:right="144" w:firstLine="0"/>
              <w:jc w:val="left"/>
            </w:pP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 xml:space="preserve">Игра-соревнование по теме «Кто больше назовёт насекомых (птиц, </w:t>
            </w: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>зверей…)»;</w:t>
            </w:r>
          </w:p>
        </w:tc>
        <w:tc>
          <w:tcPr>
            <w:tcW w:type="dxa" w:w="1080"/>
            <w:tcBorders>
              <w:start w:sz="4.800000000000182" w:val="single" w:color="#000000"/>
              <w:top w:sz="4.7999999999999545" w:val="single" w:color="#000000"/>
              <w:end w:sz="4.800000000000182" w:val="single" w:color="#000000"/>
              <w:bottom w:sz="4.7999999999999545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54" w:lineRule="auto" w:before="78" w:after="0"/>
              <w:ind w:left="72" w:right="0" w:firstLine="0"/>
              <w:jc w:val="left"/>
            </w:pP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 xml:space="preserve">Контрольная </w:t>
            </w: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 xml:space="preserve">работа; </w:t>
            </w:r>
            <w:r>
              <w:br/>
            </w: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 xml:space="preserve">Практическая </w:t>
            </w: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 xml:space="preserve">работа; </w:t>
            </w:r>
            <w:r>
              <w:br/>
            </w: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 xml:space="preserve">Устный </w:t>
            </w:r>
            <w:r>
              <w:br/>
            </w: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 xml:space="preserve">опрос; </w:t>
            </w:r>
            <w:r>
              <w:br/>
            </w: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 xml:space="preserve">Письменный </w:t>
            </w: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>контроль;;</w:t>
            </w:r>
          </w:p>
        </w:tc>
        <w:tc>
          <w:tcPr>
            <w:tcW w:type="dxa" w:w="1418"/>
            <w:tcBorders>
              <w:start w:sz="4.800000000000182" w:val="single" w:color="#000000"/>
              <w:top w:sz="4.7999999999999545" w:val="single" w:color="#000000"/>
              <w:end w:sz="4.800000000000182" w:val="single" w:color="#000000"/>
              <w:bottom w:sz="4.7999999999999545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78" w:after="0"/>
              <w:ind w:left="72" w:right="0" w:firstLine="0"/>
              <w:jc w:val="left"/>
            </w:pP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>http://nsportal.ru</w:t>
            </w:r>
          </w:p>
        </w:tc>
      </w:tr>
      <w:tr>
        <w:trPr>
          <w:trHeight w:hRule="exact" w:val="1320"/>
        </w:trPr>
        <w:tc>
          <w:tcPr>
            <w:tcW w:type="dxa" w:w="468"/>
            <w:tcBorders>
              <w:start w:sz="4.800000000000011" w:val="single" w:color="#000000"/>
              <w:top w:sz="4.7999999999999545" w:val="single" w:color="#000000"/>
              <w:end w:sz="4.7999999999999545" w:val="single" w:color="#000000"/>
              <w:bottom w:sz="4.7999999999999545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3" w:lineRule="auto" w:before="76" w:after="0"/>
              <w:ind w:left="0" w:right="0" w:firstLine="0"/>
              <w:jc w:val="center"/>
            </w:pP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>2.10.</w:t>
            </w:r>
          </w:p>
        </w:tc>
        <w:tc>
          <w:tcPr>
            <w:tcW w:type="dxa" w:w="4118"/>
            <w:tcBorders>
              <w:start w:sz="4.7999999999999545" w:val="single" w:color="#000000"/>
              <w:top w:sz="4.7999999999999545" w:val="single" w:color="#000000"/>
              <w:end w:sz="4.799999999999727" w:val="single" w:color="#000000"/>
              <w:bottom w:sz="4.7999999999999545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45" w:lineRule="auto" w:before="76" w:after="0"/>
              <w:ind w:left="72" w:right="288" w:firstLine="0"/>
              <w:jc w:val="left"/>
            </w:pPr>
            <w:r>
              <w:rPr>
                <w:w w:val="97.55591154098511"/>
                <w:rFonts w:ascii="Times New Roman" w:hAnsi="Times New Roman" w:eastAsia="Times New Roman"/>
                <w:b/>
                <w:i w:val="0"/>
                <w:color w:val="000000"/>
                <w:sz w:val="16"/>
              </w:rPr>
              <w:t xml:space="preserve">Домашние и дикие животные (различия в условиях </w:t>
            </w:r>
            <w:r>
              <w:rPr>
                <w:w w:val="97.55591154098511"/>
                <w:rFonts w:ascii="Times New Roman" w:hAnsi="Times New Roman" w:eastAsia="Times New Roman"/>
                <w:b/>
                <w:i w:val="0"/>
                <w:color w:val="000000"/>
                <w:sz w:val="16"/>
              </w:rPr>
              <w:t>жизни).</w:t>
            </w:r>
          </w:p>
        </w:tc>
        <w:tc>
          <w:tcPr>
            <w:tcW w:type="dxa" w:w="530"/>
            <w:tcBorders>
              <w:start w:sz="4.799999999999727" w:val="single" w:color="#000000"/>
              <w:top w:sz="4.7999999999999545" w:val="single" w:color="#000000"/>
              <w:end w:sz="4.0" w:val="single" w:color="#000000"/>
              <w:bottom w:sz="4.7999999999999545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3" w:lineRule="auto" w:before="76" w:after="0"/>
              <w:ind w:left="72" w:right="0" w:firstLine="0"/>
              <w:jc w:val="left"/>
            </w:pP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>3</w:t>
            </w:r>
          </w:p>
        </w:tc>
        <w:tc>
          <w:tcPr>
            <w:tcW w:type="dxa" w:w="1104"/>
            <w:tcBorders>
              <w:start w:sz="4.0" w:val="single" w:color="#000000"/>
              <w:top w:sz="4.7999999999999545" w:val="single" w:color="#000000"/>
              <w:end w:sz="4.799999999999727" w:val="single" w:color="#000000"/>
              <w:bottom w:sz="4.7999999999999545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3" w:lineRule="auto" w:before="76" w:after="0"/>
              <w:ind w:left="74" w:right="0" w:firstLine="0"/>
              <w:jc w:val="left"/>
            </w:pP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>0</w:t>
            </w:r>
          </w:p>
        </w:tc>
        <w:tc>
          <w:tcPr>
            <w:tcW w:type="dxa" w:w="1140"/>
            <w:tcBorders>
              <w:start w:sz="4.799999999999727" w:val="single" w:color="#000000"/>
              <w:top w:sz="4.7999999999999545" w:val="single" w:color="#000000"/>
              <w:end w:sz="4.799999999999727" w:val="single" w:color="#000000"/>
              <w:bottom w:sz="4.7999999999999545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3" w:lineRule="auto" w:before="76" w:after="0"/>
              <w:ind w:left="72" w:right="0" w:firstLine="0"/>
              <w:jc w:val="left"/>
            </w:pP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>3</w:t>
            </w:r>
          </w:p>
        </w:tc>
        <w:tc>
          <w:tcPr>
            <w:tcW w:type="dxa" w:w="864"/>
            <w:tcBorders>
              <w:start w:sz="4.799999999999727" w:val="single" w:color="#000000"/>
              <w:top w:sz="4.7999999999999545" w:val="single" w:color="#000000"/>
              <w:end w:sz="4.800000000000182" w:val="single" w:color="#000000"/>
              <w:bottom w:sz="4.7999999999999545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45" w:lineRule="auto" w:before="76" w:after="0"/>
              <w:ind w:left="0" w:right="0" w:firstLine="0"/>
              <w:jc w:val="center"/>
            </w:pP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 xml:space="preserve">14.03.2023 </w:t>
            </w: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>24.03.2023</w:t>
            </w:r>
          </w:p>
        </w:tc>
        <w:tc>
          <w:tcPr>
            <w:tcW w:type="dxa" w:w="4780"/>
            <w:tcBorders>
              <w:start w:sz="4.800000000000182" w:val="single" w:color="#000000"/>
              <w:top w:sz="4.7999999999999545" w:val="single" w:color="#000000"/>
              <w:end w:sz="4.800000000000182" w:val="single" w:color="#000000"/>
              <w:bottom w:sz="4.7999999999999545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52" w:lineRule="auto" w:before="76" w:after="0"/>
              <w:ind w:left="72" w:right="144" w:firstLine="0"/>
              <w:jc w:val="left"/>
            </w:pP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 xml:space="preserve">Наблюдения за поведением животных в естественных условиях: </w:t>
            </w: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 xml:space="preserve">повадки птиц, движения зверей, условия обитаний насекомых (во </w:t>
            </w: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 xml:space="preserve">время экскурсий, целевых прогулок, просмотра видеоматериалов); </w:t>
            </w: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 xml:space="preserve">Логическая задача: найди ошибку в иллюстрациях — какое </w:t>
            </w:r>
            <w:r>
              <w:br/>
            </w: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>животное попало в эту группу неправильно;</w:t>
            </w:r>
          </w:p>
        </w:tc>
        <w:tc>
          <w:tcPr>
            <w:tcW w:type="dxa" w:w="1080"/>
            <w:tcBorders>
              <w:start w:sz="4.800000000000182" w:val="single" w:color="#000000"/>
              <w:top w:sz="4.7999999999999545" w:val="single" w:color="#000000"/>
              <w:end w:sz="4.800000000000182" w:val="single" w:color="#000000"/>
              <w:bottom w:sz="4.7999999999999545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52" w:lineRule="auto" w:before="76" w:after="0"/>
              <w:ind w:left="72" w:right="0" w:firstLine="0"/>
              <w:jc w:val="left"/>
            </w:pP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 xml:space="preserve">Практическая </w:t>
            </w: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 xml:space="preserve">работа; </w:t>
            </w:r>
            <w:r>
              <w:br/>
            </w: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 xml:space="preserve">Устный </w:t>
            </w:r>
            <w:r>
              <w:br/>
            </w: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 xml:space="preserve">опрос; </w:t>
            </w:r>
            <w:r>
              <w:br/>
            </w: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 xml:space="preserve">Письменный </w:t>
            </w: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>контроль;;</w:t>
            </w:r>
          </w:p>
        </w:tc>
        <w:tc>
          <w:tcPr>
            <w:tcW w:type="dxa" w:w="1418"/>
            <w:tcBorders>
              <w:start w:sz="4.800000000000182" w:val="single" w:color="#000000"/>
              <w:top w:sz="4.7999999999999545" w:val="single" w:color="#000000"/>
              <w:end w:sz="4.800000000000182" w:val="single" w:color="#000000"/>
              <w:bottom w:sz="4.7999999999999545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3" w:lineRule="auto" w:before="76" w:after="0"/>
              <w:ind w:left="72" w:right="0" w:firstLine="0"/>
              <w:jc w:val="left"/>
            </w:pP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>http://nsportal.ru</w:t>
            </w:r>
          </w:p>
        </w:tc>
      </w:tr>
      <w:tr>
        <w:trPr>
          <w:trHeight w:hRule="exact" w:val="1310"/>
        </w:trPr>
        <w:tc>
          <w:tcPr>
            <w:tcW w:type="dxa" w:w="468"/>
            <w:tcBorders>
              <w:start w:sz="4.800000000000011" w:val="single" w:color="#000000"/>
              <w:top w:sz="4.7999999999999545" w:val="single" w:color="#000000"/>
              <w:end w:sz="4.7999999999999545" w:val="single" w:color="#000000"/>
              <w:bottom w:sz="4.799999999999727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78" w:after="0"/>
              <w:ind w:left="0" w:right="0" w:firstLine="0"/>
              <w:jc w:val="center"/>
            </w:pP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>2.11.</w:t>
            </w:r>
          </w:p>
        </w:tc>
        <w:tc>
          <w:tcPr>
            <w:tcW w:type="dxa" w:w="4118"/>
            <w:tcBorders>
              <w:start w:sz="4.7999999999999545" w:val="single" w:color="#000000"/>
              <w:top w:sz="4.7999999999999545" w:val="single" w:color="#000000"/>
              <w:end w:sz="4.799999999999727" w:val="single" w:color="#000000"/>
              <w:bottom w:sz="4.799999999999727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78" w:after="0"/>
              <w:ind w:left="72" w:right="0" w:firstLine="0"/>
              <w:jc w:val="left"/>
            </w:pPr>
            <w:r>
              <w:rPr>
                <w:w w:val="97.55591154098511"/>
                <w:rFonts w:ascii="Times New Roman" w:hAnsi="Times New Roman" w:eastAsia="Times New Roman"/>
                <w:b/>
                <w:i w:val="0"/>
                <w:color w:val="000000"/>
                <w:sz w:val="16"/>
              </w:rPr>
              <w:t>Забота о домашних питомцах.</w:t>
            </w:r>
          </w:p>
        </w:tc>
        <w:tc>
          <w:tcPr>
            <w:tcW w:type="dxa" w:w="530"/>
            <w:tcBorders>
              <w:start w:sz="4.799999999999727" w:val="single" w:color="#000000"/>
              <w:top w:sz="4.7999999999999545" w:val="single" w:color="#000000"/>
              <w:end w:sz="4.0" w:val="single" w:color="#000000"/>
              <w:bottom w:sz="4.799999999999727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78" w:after="0"/>
              <w:ind w:left="72" w:right="0" w:firstLine="0"/>
              <w:jc w:val="left"/>
            </w:pP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>3</w:t>
            </w:r>
          </w:p>
        </w:tc>
        <w:tc>
          <w:tcPr>
            <w:tcW w:type="dxa" w:w="1104"/>
            <w:tcBorders>
              <w:start w:sz="4.0" w:val="single" w:color="#000000"/>
              <w:top w:sz="4.7999999999999545" w:val="single" w:color="#000000"/>
              <w:end w:sz="4.799999999999727" w:val="single" w:color="#000000"/>
              <w:bottom w:sz="4.799999999999727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78" w:after="0"/>
              <w:ind w:left="74" w:right="0" w:firstLine="0"/>
              <w:jc w:val="left"/>
            </w:pP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>0</w:t>
            </w:r>
          </w:p>
        </w:tc>
        <w:tc>
          <w:tcPr>
            <w:tcW w:type="dxa" w:w="1140"/>
            <w:tcBorders>
              <w:start w:sz="4.799999999999727" w:val="single" w:color="#000000"/>
              <w:top w:sz="4.7999999999999545" w:val="single" w:color="#000000"/>
              <w:end w:sz="4.799999999999727" w:val="single" w:color="#000000"/>
              <w:bottom w:sz="4.799999999999727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78" w:after="0"/>
              <w:ind w:left="72" w:right="0" w:firstLine="0"/>
              <w:jc w:val="left"/>
            </w:pP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>3</w:t>
            </w:r>
          </w:p>
        </w:tc>
        <w:tc>
          <w:tcPr>
            <w:tcW w:type="dxa" w:w="864"/>
            <w:tcBorders>
              <w:start w:sz="4.799999999999727" w:val="single" w:color="#000000"/>
              <w:top w:sz="4.7999999999999545" w:val="single" w:color="#000000"/>
              <w:end w:sz="4.800000000000182" w:val="single" w:color="#000000"/>
              <w:bottom w:sz="4.799999999999727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45" w:lineRule="auto" w:before="78" w:after="0"/>
              <w:ind w:left="0" w:right="0" w:firstLine="0"/>
              <w:jc w:val="center"/>
            </w:pP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 xml:space="preserve">04.04.2023 </w:t>
            </w: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>14.04.2023</w:t>
            </w:r>
          </w:p>
        </w:tc>
        <w:tc>
          <w:tcPr>
            <w:tcW w:type="dxa" w:w="4780"/>
            <w:tcBorders>
              <w:start w:sz="4.800000000000182" w:val="single" w:color="#000000"/>
              <w:top w:sz="4.7999999999999545" w:val="single" w:color="#000000"/>
              <w:end w:sz="4.800000000000182" w:val="single" w:color="#000000"/>
              <w:bottom w:sz="4.799999999999727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45" w:lineRule="auto" w:before="78" w:after="0"/>
              <w:ind w:left="72" w:right="144" w:firstLine="0"/>
              <w:jc w:val="left"/>
            </w:pP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 xml:space="preserve">Игра-соревнование по теме «Кто больше назовёт насекомых (птиц, </w:t>
            </w: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>зверей…)»;</w:t>
            </w:r>
          </w:p>
        </w:tc>
        <w:tc>
          <w:tcPr>
            <w:tcW w:type="dxa" w:w="1080"/>
            <w:tcBorders>
              <w:start w:sz="4.800000000000182" w:val="single" w:color="#000000"/>
              <w:top w:sz="4.7999999999999545" w:val="single" w:color="#000000"/>
              <w:end w:sz="4.800000000000182" w:val="single" w:color="#000000"/>
              <w:bottom w:sz="4.799999999999727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52" w:lineRule="auto" w:before="78" w:after="0"/>
              <w:ind w:left="72" w:right="0" w:firstLine="0"/>
              <w:jc w:val="left"/>
            </w:pP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 xml:space="preserve">Практическая </w:t>
            </w: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 xml:space="preserve">работа; </w:t>
            </w:r>
            <w:r>
              <w:br/>
            </w: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 xml:space="preserve">Устный </w:t>
            </w:r>
            <w:r>
              <w:br/>
            </w: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 xml:space="preserve">опрос; </w:t>
            </w:r>
            <w:r>
              <w:br/>
            </w: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 xml:space="preserve">Письменный </w:t>
            </w: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>контроль;;</w:t>
            </w:r>
          </w:p>
        </w:tc>
        <w:tc>
          <w:tcPr>
            <w:tcW w:type="dxa" w:w="1418"/>
            <w:tcBorders>
              <w:start w:sz="4.800000000000182" w:val="single" w:color="#000000"/>
              <w:top w:sz="4.7999999999999545" w:val="single" w:color="#000000"/>
              <w:end w:sz="4.800000000000182" w:val="single" w:color="#000000"/>
              <w:bottom w:sz="4.799999999999727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78" w:after="0"/>
              <w:ind w:left="72" w:right="0" w:firstLine="0"/>
              <w:jc w:val="left"/>
            </w:pP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>http://nsportal.ru</w:t>
            </w:r>
          </w:p>
        </w:tc>
      </w:tr>
      <w:tr>
        <w:trPr>
          <w:trHeight w:hRule="exact" w:val="348"/>
        </w:trPr>
        <w:tc>
          <w:tcPr>
            <w:tcW w:type="dxa" w:w="4586"/>
            <w:gridSpan w:val="2"/>
            <w:tcBorders>
              <w:start w:sz="4.800000000000011" w:val="single" w:color="#000000"/>
              <w:top w:sz="4.799999999999727" w:val="single" w:color="#000000"/>
              <w:end w:sz="4.799999999999727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3" w:lineRule="auto" w:before="76" w:after="0"/>
              <w:ind w:left="72" w:right="0" w:firstLine="0"/>
              <w:jc w:val="left"/>
            </w:pP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>Итого по разделу</w:t>
            </w:r>
          </w:p>
        </w:tc>
        <w:tc>
          <w:tcPr>
            <w:tcW w:type="dxa" w:w="530"/>
            <w:tcBorders>
              <w:start w:sz="4.799999999999727" w:val="single" w:color="#000000"/>
              <w:top w:sz="4.799999999999727" w:val="single" w:color="#000000"/>
              <w:end w:sz="4.0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3" w:lineRule="auto" w:before="76" w:after="0"/>
              <w:ind w:left="72" w:right="0" w:firstLine="0"/>
              <w:jc w:val="left"/>
            </w:pP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>37</w:t>
            </w:r>
          </w:p>
        </w:tc>
        <w:tc>
          <w:tcPr>
            <w:tcW w:type="dxa" w:w="10386"/>
            <w:gridSpan w:val="6"/>
            <w:tcBorders>
              <w:start w:sz="4.0" w:val="single" w:color="#000000"/>
              <w:top w:sz="4.799999999999727" w:val="single" w:color="#000000"/>
              <w:end w:sz="4.800000000000182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  <w:tcMar>
              <w:start w:w="0" w:type="dxa"/>
              <w:end w:w="0" w:type="dxa"/>
            </w:tcMar>
            <w:tcMar>
              <w:start w:w="0" w:type="dxa"/>
              <w:end w:w="0" w:type="dxa"/>
            </w:tcMar>
            <w:tcMar>
              <w:start w:w="0" w:type="dxa"/>
              <w:end w:w="0" w:type="dxa"/>
            </w:tcMar>
            <w:tcMar>
              <w:start w:w="0" w:type="dxa"/>
              <w:end w:w="0" w:type="dxa"/>
            </w:tcMar>
            <w:tcMar>
              <w:start w:w="0" w:type="dxa"/>
              <w:end w:w="0" w:type="dxa"/>
            </w:tcMar>
          </w:tcPr>
          <w:p/>
        </w:tc>
      </w:tr>
      <w:tr>
        <w:trPr>
          <w:trHeight w:hRule="exact" w:val="348"/>
        </w:trPr>
        <w:tc>
          <w:tcPr>
            <w:tcW w:type="dxa" w:w="15502"/>
            <w:gridSpan w:val="9"/>
            <w:tcBorders>
              <w:start w:sz="4.800000000000011" w:val="single" w:color="#000000"/>
              <w:top w:sz="4.800000000000182" w:val="single" w:color="#000000"/>
              <w:end w:sz="4.800000000000182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  <w:tcMar>
              <w:start w:w="0" w:type="dxa"/>
              <w:end w:w="0" w:type="dxa"/>
            </w:tcMar>
            <w:tcMar>
              <w:start w:w="0" w:type="dxa"/>
              <w:end w:w="0" w:type="dxa"/>
            </w:tcMar>
            <w:tcMar>
              <w:start w:w="0" w:type="dxa"/>
              <w:end w:w="0" w:type="dxa"/>
            </w:tcMar>
            <w:tcMar>
              <w:start w:w="0" w:type="dxa"/>
              <w:end w:w="0" w:type="dxa"/>
            </w:tcMar>
            <w:tcMar>
              <w:start w:w="0" w:type="dxa"/>
              <w:end w:w="0" w:type="dxa"/>
            </w:tcMar>
            <w:tcMar>
              <w:start w:w="0" w:type="dxa"/>
              <w:end w:w="0" w:type="dxa"/>
            </w:tcMar>
            <w:tcMar>
              <w:start w:w="0" w:type="dxa"/>
              <w:end w:w="0" w:type="dxa"/>
            </w:tcMar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3" w:lineRule="auto" w:before="76" w:after="0"/>
              <w:ind w:left="72" w:right="0" w:firstLine="0"/>
              <w:jc w:val="left"/>
            </w:pP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>Раздел 3.</w:t>
            </w:r>
            <w:r>
              <w:rPr>
                <w:w w:val="97.55591154098511"/>
                <w:rFonts w:ascii="Times New Roman" w:hAnsi="Times New Roman" w:eastAsia="Times New Roman"/>
                <w:b/>
                <w:i w:val="0"/>
                <w:color w:val="000000"/>
                <w:sz w:val="16"/>
              </w:rPr>
              <w:t xml:space="preserve"> Правила безопасной жизни.</w:t>
            </w:r>
          </w:p>
        </w:tc>
      </w:tr>
      <w:tr>
        <w:trPr>
          <w:trHeight w:hRule="exact" w:val="1308"/>
        </w:trPr>
        <w:tc>
          <w:tcPr>
            <w:tcW w:type="dxa" w:w="468"/>
            <w:tcBorders>
              <w:start w:sz="4.800000000000011" w:val="single" w:color="#000000"/>
              <w:top w:sz="4.800000000000182" w:val="single" w:color="#000000"/>
              <w:end w:sz="4.7999999999999545" w:val="single" w:color="#000000"/>
              <w:bottom w:sz="4.799999999999727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3" w:lineRule="auto" w:before="76" w:after="0"/>
              <w:ind w:left="0" w:right="0" w:firstLine="0"/>
              <w:jc w:val="center"/>
            </w:pP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>3.1.</w:t>
            </w:r>
          </w:p>
        </w:tc>
        <w:tc>
          <w:tcPr>
            <w:tcW w:type="dxa" w:w="4118"/>
            <w:tcBorders>
              <w:start w:sz="4.7999999999999545" w:val="single" w:color="#000000"/>
              <w:top w:sz="4.800000000000182" w:val="single" w:color="#000000"/>
              <w:end w:sz="4.799999999999727" w:val="single" w:color="#000000"/>
              <w:bottom w:sz="4.799999999999727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45" w:lineRule="auto" w:before="76" w:after="0"/>
              <w:ind w:left="72" w:right="576" w:firstLine="0"/>
              <w:jc w:val="left"/>
            </w:pPr>
            <w:r>
              <w:rPr>
                <w:w w:val="97.55591154098511"/>
                <w:rFonts w:ascii="Times New Roman" w:hAnsi="Times New Roman" w:eastAsia="Times New Roman"/>
                <w:b/>
                <w:i w:val="0"/>
                <w:color w:val="000000"/>
                <w:sz w:val="16"/>
              </w:rPr>
              <w:t xml:space="preserve">Необходимость соблюдения режима дня, правил </w:t>
            </w:r>
            <w:r>
              <w:rPr>
                <w:w w:val="97.55591154098511"/>
                <w:rFonts w:ascii="Times New Roman" w:hAnsi="Times New Roman" w:eastAsia="Times New Roman"/>
                <w:b/>
                <w:i w:val="0"/>
                <w:color w:val="000000"/>
                <w:sz w:val="16"/>
              </w:rPr>
              <w:t>здорового питания и личной гигиены.</w:t>
            </w:r>
          </w:p>
        </w:tc>
        <w:tc>
          <w:tcPr>
            <w:tcW w:type="dxa" w:w="530"/>
            <w:tcBorders>
              <w:start w:sz="4.799999999999727" w:val="single" w:color="#000000"/>
              <w:top w:sz="4.800000000000182" w:val="single" w:color="#000000"/>
              <w:end w:sz="4.0" w:val="single" w:color="#000000"/>
              <w:bottom w:sz="4.799999999999727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3" w:lineRule="auto" w:before="76" w:after="0"/>
              <w:ind w:left="72" w:right="0" w:firstLine="0"/>
              <w:jc w:val="left"/>
            </w:pP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>2</w:t>
            </w:r>
          </w:p>
        </w:tc>
        <w:tc>
          <w:tcPr>
            <w:tcW w:type="dxa" w:w="1104"/>
            <w:tcBorders>
              <w:start w:sz="4.0" w:val="single" w:color="#000000"/>
              <w:top w:sz="4.800000000000182" w:val="single" w:color="#000000"/>
              <w:end w:sz="4.799999999999727" w:val="single" w:color="#000000"/>
              <w:bottom w:sz="4.799999999999727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3" w:lineRule="auto" w:before="76" w:after="0"/>
              <w:ind w:left="74" w:right="0" w:firstLine="0"/>
              <w:jc w:val="left"/>
            </w:pP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>0</w:t>
            </w:r>
          </w:p>
        </w:tc>
        <w:tc>
          <w:tcPr>
            <w:tcW w:type="dxa" w:w="1140"/>
            <w:tcBorders>
              <w:start w:sz="4.799999999999727" w:val="single" w:color="#000000"/>
              <w:top w:sz="4.800000000000182" w:val="single" w:color="#000000"/>
              <w:end w:sz="4.799999999999727" w:val="single" w:color="#000000"/>
              <w:bottom w:sz="4.799999999999727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3" w:lineRule="auto" w:before="76" w:after="0"/>
              <w:ind w:left="72" w:right="0" w:firstLine="0"/>
              <w:jc w:val="left"/>
            </w:pP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>2</w:t>
            </w:r>
          </w:p>
        </w:tc>
        <w:tc>
          <w:tcPr>
            <w:tcW w:type="dxa" w:w="864"/>
            <w:tcBorders>
              <w:start w:sz="4.799999999999727" w:val="single" w:color="#000000"/>
              <w:top w:sz="4.800000000000182" w:val="single" w:color="#000000"/>
              <w:end w:sz="4.800000000000182" w:val="single" w:color="#000000"/>
              <w:bottom w:sz="4.799999999999727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45" w:lineRule="auto" w:before="76" w:after="0"/>
              <w:ind w:left="0" w:right="0" w:firstLine="0"/>
              <w:jc w:val="center"/>
            </w:pP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 xml:space="preserve">18.04.2023 </w:t>
            </w: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>25.04.2023</w:t>
            </w:r>
          </w:p>
        </w:tc>
        <w:tc>
          <w:tcPr>
            <w:tcW w:type="dxa" w:w="4780"/>
            <w:tcBorders>
              <w:start w:sz="4.800000000000182" w:val="single" w:color="#000000"/>
              <w:top w:sz="4.800000000000182" w:val="single" w:color="#000000"/>
              <w:end w:sz="4.800000000000182" w:val="single" w:color="#000000"/>
              <w:bottom w:sz="4.799999999999727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45" w:lineRule="auto" w:before="76" w:after="0"/>
              <w:ind w:left="72" w:right="288" w:firstLine="0"/>
              <w:jc w:val="left"/>
            </w:pP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 xml:space="preserve">Беседа по теме «Что такое режим дня»: обсуждение режима дня </w:t>
            </w: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>первоклассника;</w:t>
            </w:r>
          </w:p>
        </w:tc>
        <w:tc>
          <w:tcPr>
            <w:tcW w:type="dxa" w:w="1080"/>
            <w:tcBorders>
              <w:start w:sz="4.800000000000182" w:val="single" w:color="#000000"/>
              <w:top w:sz="4.800000000000182" w:val="single" w:color="#000000"/>
              <w:end w:sz="4.800000000000182" w:val="single" w:color="#000000"/>
              <w:bottom w:sz="4.799999999999727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52" w:lineRule="auto" w:before="76" w:after="0"/>
              <w:ind w:left="72" w:right="0" w:firstLine="0"/>
              <w:jc w:val="left"/>
            </w:pP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 xml:space="preserve">Практическая </w:t>
            </w: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 xml:space="preserve">работа; </w:t>
            </w:r>
            <w:r>
              <w:br/>
            </w: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 xml:space="preserve">Устный </w:t>
            </w:r>
            <w:r>
              <w:br/>
            </w: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 xml:space="preserve">опрос; </w:t>
            </w:r>
            <w:r>
              <w:br/>
            </w: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 xml:space="preserve">Письменный </w:t>
            </w: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>контроль;;</w:t>
            </w:r>
          </w:p>
        </w:tc>
        <w:tc>
          <w:tcPr>
            <w:tcW w:type="dxa" w:w="1418"/>
            <w:tcBorders>
              <w:start w:sz="4.800000000000182" w:val="single" w:color="#000000"/>
              <w:top w:sz="4.800000000000182" w:val="single" w:color="#000000"/>
              <w:end w:sz="4.800000000000182" w:val="single" w:color="#000000"/>
              <w:bottom w:sz="4.799999999999727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3" w:lineRule="auto" w:before="76" w:after="0"/>
              <w:ind w:left="0" w:right="0" w:firstLine="0"/>
              <w:jc w:val="center"/>
            </w:pP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>https://multiurok.ru/</w:t>
            </w:r>
          </w:p>
        </w:tc>
      </w:tr>
      <w:tr>
        <w:trPr>
          <w:trHeight w:hRule="exact" w:val="1310"/>
        </w:trPr>
        <w:tc>
          <w:tcPr>
            <w:tcW w:type="dxa" w:w="468"/>
            <w:tcBorders>
              <w:start w:sz="4.800000000000011" w:val="single" w:color="#000000"/>
              <w:top w:sz="4.799999999999727" w:val="single" w:color="#000000"/>
              <w:end w:sz="4.7999999999999545" w:val="single" w:color="#000000"/>
              <w:bottom w:sz="4.799999999999727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78" w:after="0"/>
              <w:ind w:left="0" w:right="0" w:firstLine="0"/>
              <w:jc w:val="center"/>
            </w:pP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>3.2.</w:t>
            </w:r>
          </w:p>
        </w:tc>
        <w:tc>
          <w:tcPr>
            <w:tcW w:type="dxa" w:w="4118"/>
            <w:tcBorders>
              <w:start w:sz="4.7999999999999545" w:val="single" w:color="#000000"/>
              <w:top w:sz="4.799999999999727" w:val="single" w:color="#000000"/>
              <w:end w:sz="4.799999999999727" w:val="single" w:color="#000000"/>
              <w:bottom w:sz="4.799999999999727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45" w:lineRule="auto" w:before="78" w:after="0"/>
              <w:ind w:left="72" w:right="144" w:firstLine="0"/>
              <w:jc w:val="left"/>
            </w:pPr>
            <w:r>
              <w:rPr>
                <w:w w:val="97.55591154098511"/>
                <w:rFonts w:ascii="Times New Roman" w:hAnsi="Times New Roman" w:eastAsia="Times New Roman"/>
                <w:b/>
                <w:i w:val="0"/>
                <w:color w:val="000000"/>
                <w:sz w:val="16"/>
              </w:rPr>
              <w:t xml:space="preserve">Правила безопасности в быту: пользование бытовыми </w:t>
            </w:r>
            <w:r>
              <w:rPr>
                <w:w w:val="97.55591154098511"/>
                <w:rFonts w:ascii="Times New Roman" w:hAnsi="Times New Roman" w:eastAsia="Times New Roman"/>
                <w:b/>
                <w:i w:val="0"/>
                <w:color w:val="000000"/>
                <w:sz w:val="16"/>
              </w:rPr>
              <w:t>электро приборами, газовыми плитами.</w:t>
            </w:r>
          </w:p>
        </w:tc>
        <w:tc>
          <w:tcPr>
            <w:tcW w:type="dxa" w:w="530"/>
            <w:tcBorders>
              <w:start w:sz="4.799999999999727" w:val="single" w:color="#000000"/>
              <w:top w:sz="4.799999999999727" w:val="single" w:color="#000000"/>
              <w:end w:sz="4.0" w:val="single" w:color="#000000"/>
              <w:bottom w:sz="4.799999999999727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78" w:after="0"/>
              <w:ind w:left="72" w:right="0" w:firstLine="0"/>
              <w:jc w:val="left"/>
            </w:pP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>2</w:t>
            </w:r>
          </w:p>
        </w:tc>
        <w:tc>
          <w:tcPr>
            <w:tcW w:type="dxa" w:w="1104"/>
            <w:tcBorders>
              <w:start w:sz="4.0" w:val="single" w:color="#000000"/>
              <w:top w:sz="4.799999999999727" w:val="single" w:color="#000000"/>
              <w:end w:sz="4.799999999999727" w:val="single" w:color="#000000"/>
              <w:bottom w:sz="4.799999999999727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78" w:after="0"/>
              <w:ind w:left="74" w:right="0" w:firstLine="0"/>
              <w:jc w:val="left"/>
            </w:pP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>0</w:t>
            </w:r>
          </w:p>
        </w:tc>
        <w:tc>
          <w:tcPr>
            <w:tcW w:type="dxa" w:w="1140"/>
            <w:tcBorders>
              <w:start w:sz="4.799999999999727" w:val="single" w:color="#000000"/>
              <w:top w:sz="4.799999999999727" w:val="single" w:color="#000000"/>
              <w:end w:sz="4.799999999999727" w:val="single" w:color="#000000"/>
              <w:bottom w:sz="4.799999999999727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78" w:after="0"/>
              <w:ind w:left="72" w:right="0" w:firstLine="0"/>
              <w:jc w:val="left"/>
            </w:pP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>2</w:t>
            </w:r>
          </w:p>
        </w:tc>
        <w:tc>
          <w:tcPr>
            <w:tcW w:type="dxa" w:w="864"/>
            <w:tcBorders>
              <w:start w:sz="4.799999999999727" w:val="single" w:color="#000000"/>
              <w:top w:sz="4.799999999999727" w:val="single" w:color="#000000"/>
              <w:end w:sz="4.800000000000182" w:val="single" w:color="#000000"/>
              <w:bottom w:sz="4.799999999999727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45" w:lineRule="auto" w:before="78" w:after="0"/>
              <w:ind w:left="0" w:right="0" w:firstLine="0"/>
              <w:jc w:val="center"/>
            </w:pP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 xml:space="preserve">28.04.2023 </w:t>
            </w: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>04.05.2023</w:t>
            </w:r>
          </w:p>
        </w:tc>
        <w:tc>
          <w:tcPr>
            <w:tcW w:type="dxa" w:w="4780"/>
            <w:tcBorders>
              <w:start w:sz="4.800000000000182" w:val="single" w:color="#000000"/>
              <w:top w:sz="4.799999999999727" w:val="single" w:color="#000000"/>
              <w:end w:sz="4.800000000000182" w:val="single" w:color="#000000"/>
              <w:bottom w:sz="4.799999999999727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78" w:after="0"/>
              <w:ind w:left="72" w:right="0" w:firstLine="0"/>
              <w:jc w:val="left"/>
            </w:pP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>Рассказ учителя: «Что такое правильное питание»;</w:t>
            </w:r>
          </w:p>
        </w:tc>
        <w:tc>
          <w:tcPr>
            <w:tcW w:type="dxa" w:w="1080"/>
            <w:tcBorders>
              <w:start w:sz="4.800000000000182" w:val="single" w:color="#000000"/>
              <w:top w:sz="4.799999999999727" w:val="single" w:color="#000000"/>
              <w:end w:sz="4.800000000000182" w:val="single" w:color="#000000"/>
              <w:bottom w:sz="4.799999999999727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52" w:lineRule="auto" w:before="78" w:after="0"/>
              <w:ind w:left="72" w:right="0" w:firstLine="0"/>
              <w:jc w:val="left"/>
            </w:pP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 xml:space="preserve">Практическая </w:t>
            </w: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 xml:space="preserve">работа; </w:t>
            </w:r>
            <w:r>
              <w:br/>
            </w: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 xml:space="preserve">Устный </w:t>
            </w:r>
            <w:r>
              <w:br/>
            </w: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 xml:space="preserve">опрос; </w:t>
            </w:r>
            <w:r>
              <w:br/>
            </w: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 xml:space="preserve">Письменный </w:t>
            </w: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>контроль;;</w:t>
            </w:r>
          </w:p>
        </w:tc>
        <w:tc>
          <w:tcPr>
            <w:tcW w:type="dxa" w:w="1418"/>
            <w:tcBorders>
              <w:start w:sz="4.800000000000182" w:val="single" w:color="#000000"/>
              <w:top w:sz="4.799999999999727" w:val="single" w:color="#000000"/>
              <w:end w:sz="4.800000000000182" w:val="single" w:color="#000000"/>
              <w:bottom w:sz="4.799999999999727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78" w:after="0"/>
              <w:ind w:left="0" w:right="0" w:firstLine="0"/>
              <w:jc w:val="center"/>
            </w:pP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>https://multiurok.ru/</w:t>
            </w:r>
          </w:p>
        </w:tc>
      </w:tr>
      <w:tr>
        <w:trPr>
          <w:trHeight w:hRule="exact" w:val="1288"/>
        </w:trPr>
        <w:tc>
          <w:tcPr>
            <w:tcW w:type="dxa" w:w="468"/>
            <w:tcBorders>
              <w:start w:sz="4.800000000000011" w:val="single" w:color="#000000"/>
              <w:top w:sz="4.799999999999727" w:val="single" w:color="#000000"/>
              <w:end w:sz="4.7999999999999545" w:val="single" w:color="#000000"/>
              <w:bottom w:sz="4.79999999999927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3" w:lineRule="auto" w:before="76" w:after="0"/>
              <w:ind w:left="0" w:right="0" w:firstLine="0"/>
              <w:jc w:val="center"/>
            </w:pP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>3.3.</w:t>
            </w:r>
          </w:p>
        </w:tc>
        <w:tc>
          <w:tcPr>
            <w:tcW w:type="dxa" w:w="4118"/>
            <w:tcBorders>
              <w:start w:sz="4.7999999999999545" w:val="single" w:color="#000000"/>
              <w:top w:sz="4.799999999999727" w:val="single" w:color="#000000"/>
              <w:end w:sz="4.799999999999727" w:val="single" w:color="#000000"/>
              <w:bottom w:sz="4.79999999999927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50" w:lineRule="auto" w:before="76" w:after="0"/>
              <w:ind w:left="72" w:right="432" w:firstLine="0"/>
              <w:jc w:val="left"/>
            </w:pPr>
            <w:r>
              <w:rPr>
                <w:w w:val="97.55591154098511"/>
                <w:rFonts w:ascii="Times New Roman" w:hAnsi="Times New Roman" w:eastAsia="Times New Roman"/>
                <w:b/>
                <w:i w:val="0"/>
                <w:color w:val="000000"/>
                <w:sz w:val="16"/>
              </w:rPr>
              <w:t xml:space="preserve">Дорога от дома до школы. Правила безопасного </w:t>
            </w:r>
            <w:r>
              <w:rPr>
                <w:w w:val="97.55591154098511"/>
                <w:rFonts w:ascii="Times New Roman" w:hAnsi="Times New Roman" w:eastAsia="Times New Roman"/>
                <w:b/>
                <w:i w:val="0"/>
                <w:color w:val="000000"/>
                <w:sz w:val="16"/>
              </w:rPr>
              <w:t xml:space="preserve">поведения пешехода (дорожные знаки, дорожная </w:t>
            </w:r>
            <w:r>
              <w:rPr>
                <w:w w:val="97.55591154098511"/>
                <w:rFonts w:ascii="Times New Roman" w:hAnsi="Times New Roman" w:eastAsia="Times New Roman"/>
                <w:b/>
                <w:i w:val="0"/>
                <w:color w:val="000000"/>
                <w:sz w:val="16"/>
              </w:rPr>
              <w:t>разметка, дорожные сигналы).</w:t>
            </w:r>
          </w:p>
        </w:tc>
        <w:tc>
          <w:tcPr>
            <w:tcW w:type="dxa" w:w="530"/>
            <w:tcBorders>
              <w:start w:sz="4.799999999999727" w:val="single" w:color="#000000"/>
              <w:top w:sz="4.799999999999727" w:val="single" w:color="#000000"/>
              <w:end w:sz="4.0" w:val="single" w:color="#000000"/>
              <w:bottom w:sz="4.79999999999927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3" w:lineRule="auto" w:before="76" w:after="0"/>
              <w:ind w:left="72" w:right="0" w:firstLine="0"/>
              <w:jc w:val="left"/>
            </w:pP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>2</w:t>
            </w:r>
          </w:p>
        </w:tc>
        <w:tc>
          <w:tcPr>
            <w:tcW w:type="dxa" w:w="1104"/>
            <w:tcBorders>
              <w:start w:sz="4.0" w:val="single" w:color="#000000"/>
              <w:top w:sz="4.799999999999727" w:val="single" w:color="#000000"/>
              <w:end w:sz="4.799999999999727" w:val="single" w:color="#000000"/>
              <w:bottom w:sz="4.79999999999927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3" w:lineRule="auto" w:before="76" w:after="0"/>
              <w:ind w:left="74" w:right="0" w:firstLine="0"/>
              <w:jc w:val="left"/>
            </w:pP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>1</w:t>
            </w:r>
          </w:p>
        </w:tc>
        <w:tc>
          <w:tcPr>
            <w:tcW w:type="dxa" w:w="1140"/>
            <w:tcBorders>
              <w:start w:sz="4.799999999999727" w:val="single" w:color="#000000"/>
              <w:top w:sz="4.799999999999727" w:val="single" w:color="#000000"/>
              <w:end w:sz="4.799999999999727" w:val="single" w:color="#000000"/>
              <w:bottom w:sz="4.79999999999927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3" w:lineRule="auto" w:before="76" w:after="0"/>
              <w:ind w:left="72" w:right="0" w:firstLine="0"/>
              <w:jc w:val="left"/>
            </w:pP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>1</w:t>
            </w:r>
          </w:p>
        </w:tc>
        <w:tc>
          <w:tcPr>
            <w:tcW w:type="dxa" w:w="864"/>
            <w:tcBorders>
              <w:start w:sz="4.799999999999727" w:val="single" w:color="#000000"/>
              <w:top w:sz="4.799999999999727" w:val="single" w:color="#000000"/>
              <w:end w:sz="4.800000000000182" w:val="single" w:color="#000000"/>
              <w:bottom w:sz="4.79999999999927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45" w:lineRule="auto" w:before="76" w:after="0"/>
              <w:ind w:left="0" w:right="0" w:firstLine="0"/>
              <w:jc w:val="center"/>
            </w:pP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 xml:space="preserve">09.05.2023 </w:t>
            </w: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>12.05.2023</w:t>
            </w:r>
          </w:p>
        </w:tc>
        <w:tc>
          <w:tcPr>
            <w:tcW w:type="dxa" w:w="4780"/>
            <w:tcBorders>
              <w:start w:sz="4.800000000000182" w:val="single" w:color="#000000"/>
              <w:top w:sz="4.799999999999727" w:val="single" w:color="#000000"/>
              <w:end w:sz="4.800000000000182" w:val="single" w:color="#000000"/>
              <w:bottom w:sz="4.79999999999927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3" w:lineRule="auto" w:before="76" w:after="0"/>
              <w:ind w:left="72" w:right="0" w:firstLine="0"/>
              <w:jc w:val="left"/>
            </w:pP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>Практическое занятие в кабинете;</w:t>
            </w:r>
          </w:p>
        </w:tc>
        <w:tc>
          <w:tcPr>
            <w:tcW w:type="dxa" w:w="1080"/>
            <w:tcBorders>
              <w:start w:sz="4.800000000000182" w:val="single" w:color="#000000"/>
              <w:top w:sz="4.799999999999727" w:val="single" w:color="#000000"/>
              <w:end w:sz="4.800000000000182" w:val="single" w:color="#000000"/>
              <w:bottom w:sz="4.79999999999927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52" w:lineRule="auto" w:before="76" w:after="0"/>
              <w:ind w:left="72" w:right="0" w:firstLine="0"/>
              <w:jc w:val="left"/>
            </w:pP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 xml:space="preserve">Практическая </w:t>
            </w: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 xml:space="preserve">работа; </w:t>
            </w:r>
            <w:r>
              <w:br/>
            </w: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 xml:space="preserve">Устный </w:t>
            </w:r>
            <w:r>
              <w:br/>
            </w: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 xml:space="preserve">опрос; </w:t>
            </w:r>
            <w:r>
              <w:br/>
            </w: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 xml:space="preserve">Письменный </w:t>
            </w: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>контроль;;</w:t>
            </w:r>
          </w:p>
        </w:tc>
        <w:tc>
          <w:tcPr>
            <w:tcW w:type="dxa" w:w="1418"/>
            <w:tcBorders>
              <w:start w:sz="4.800000000000182" w:val="single" w:color="#000000"/>
              <w:top w:sz="4.799999999999727" w:val="single" w:color="#000000"/>
              <w:end w:sz="4.800000000000182" w:val="single" w:color="#000000"/>
              <w:bottom w:sz="4.79999999999927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3" w:lineRule="auto" w:before="76" w:after="0"/>
              <w:ind w:left="0" w:right="0" w:firstLine="0"/>
              <w:jc w:val="center"/>
            </w:pP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>https://multiurok.ru/</w:t>
            </w:r>
          </w:p>
        </w:tc>
      </w:tr>
    </w:tbl>
    <w:p>
      <w:pPr>
        <w:autoSpaceDN w:val="0"/>
        <w:autoSpaceDE w:val="0"/>
        <w:widowControl/>
        <w:spacing w:line="14" w:lineRule="exact" w:before="0" w:after="0"/>
        <w:ind w:left="0" w:right="0"/>
      </w:pPr>
    </w:p>
    <w:p>
      <w:pPr>
        <w:sectPr>
          <w:pgSz w:w="16840" w:h="11900"/>
          <w:pgMar w:top="284" w:right="640" w:bottom="532" w:left="666" w:header="720" w:footer="720" w:gutter="0"/>
          <w:cols w:space="720" w:num="1" w:equalWidth="0">
            <w:col w:w="15534" w:space="0"/>
            <w:col w:w="15534" w:space="0"/>
            <w:col w:w="15534" w:space="0"/>
            <w:col w:w="9974" w:space="0"/>
            <w:col w:w="10584" w:space="0"/>
            <w:col w:w="10264" w:space="0"/>
            <w:col w:w="10584" w:space="0"/>
            <w:col w:w="10586" w:space="0"/>
            <w:col w:w="10258" w:space="0"/>
            <w:col w:w="10584" w:space="0"/>
            <w:col w:w="10468" w:space="0"/>
            <w:col w:w="10584" w:space="0"/>
            <w:col w:w="10284" w:space="0"/>
          </w:cols>
          <w:docGrid w:linePitch="360"/>
        </w:sectPr>
      </w:pPr>
    </w:p>
    <w:p>
      <w:pPr>
        <w:autoSpaceDN w:val="0"/>
        <w:autoSpaceDE w:val="0"/>
        <w:widowControl/>
        <w:spacing w:line="220" w:lineRule="exact" w:before="0" w:after="66"/>
        <w:ind w:left="0" w:right="0"/>
      </w:pPr>
    </w:p>
    <w:tbl>
      <w:tblPr>
        <w:tblW w:type="auto" w:w="0"/>
        <w:tblLayout w:type="fixed"/>
        <w:tblLook w:firstColumn="1" w:firstRow="1" w:lastColumn="0" w:lastRow="0" w:noHBand="0" w:noVBand="1" w:val="04A0"/>
        <w:tblInd w:w="6.000000000000085" w:type="dxa"/>
      </w:tblPr>
      <w:tblGrid>
        <w:gridCol w:w="1726"/>
        <w:gridCol w:w="1726"/>
        <w:gridCol w:w="1726"/>
        <w:gridCol w:w="1726"/>
        <w:gridCol w:w="1726"/>
        <w:gridCol w:w="1726"/>
        <w:gridCol w:w="1726"/>
        <w:gridCol w:w="1726"/>
        <w:gridCol w:w="1726"/>
      </w:tblGrid>
      <w:tr>
        <w:trPr>
          <w:trHeight w:hRule="exact" w:val="732"/>
        </w:trPr>
        <w:tc>
          <w:tcPr>
            <w:tcW w:type="dxa" w:w="468"/>
            <w:tcBorders>
              <w:start w:sz="4.800000000000011" w:val="single" w:color="#000000"/>
              <w:top w:sz="4.800000000000011" w:val="single" w:color="#000000"/>
              <w:end w:sz="4.7999999999999545" w:val="single" w:color="#000000"/>
              <w:bottom w:sz="4.800000000000068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78" w:after="0"/>
              <w:ind w:left="0" w:right="0" w:firstLine="0"/>
              <w:jc w:val="center"/>
            </w:pP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>3.4.</w:t>
            </w:r>
          </w:p>
        </w:tc>
        <w:tc>
          <w:tcPr>
            <w:tcW w:type="dxa" w:w="4118"/>
            <w:tcBorders>
              <w:start w:sz="4.7999999999999545" w:val="single" w:color="#000000"/>
              <w:top w:sz="4.800000000000011" w:val="single" w:color="#000000"/>
              <w:end w:sz="4.799999999999727" w:val="single" w:color="#000000"/>
              <w:bottom w:sz="4.800000000000068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47" w:lineRule="auto" w:before="78" w:after="0"/>
              <w:ind w:left="72" w:right="0" w:firstLine="0"/>
              <w:jc w:val="left"/>
            </w:pPr>
            <w:r>
              <w:rPr>
                <w:w w:val="97.55591154098511"/>
                <w:rFonts w:ascii="Times New Roman" w:hAnsi="Times New Roman" w:eastAsia="Times New Roman"/>
                <w:b/>
                <w:i w:val="0"/>
                <w:color w:val="000000"/>
                <w:sz w:val="16"/>
              </w:rPr>
              <w:t xml:space="preserve">Безопасность в сети Интернет (электронный дневник и </w:t>
            </w:r>
            <w:r>
              <w:rPr>
                <w:w w:val="97.55591154098511"/>
                <w:rFonts w:ascii="Times New Roman" w:hAnsi="Times New Roman" w:eastAsia="Times New Roman"/>
                <w:b/>
                <w:i w:val="0"/>
                <w:color w:val="000000"/>
                <w:sz w:val="16"/>
              </w:rPr>
              <w:t xml:space="preserve">электронные ресурсы школы) в условиях </w:t>
            </w:r>
            <w:r>
              <w:br/>
            </w:r>
            <w:r>
              <w:rPr>
                <w:w w:val="97.55591154098511"/>
                <w:rFonts w:ascii="Times New Roman" w:hAnsi="Times New Roman" w:eastAsia="Times New Roman"/>
                <w:b/>
                <w:i w:val="0"/>
                <w:color w:val="000000"/>
                <w:sz w:val="16"/>
              </w:rPr>
              <w:t>контролируемого доступа в Интернет.</w:t>
            </w:r>
          </w:p>
        </w:tc>
        <w:tc>
          <w:tcPr>
            <w:tcW w:type="dxa" w:w="530"/>
            <w:tcBorders>
              <w:start w:sz="4.799999999999727" w:val="single" w:color="#000000"/>
              <w:top w:sz="4.800000000000011" w:val="single" w:color="#000000"/>
              <w:end w:sz="4.0" w:val="single" w:color="#000000"/>
              <w:bottom w:sz="4.800000000000068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78" w:after="0"/>
              <w:ind w:left="72" w:right="0" w:firstLine="0"/>
              <w:jc w:val="left"/>
            </w:pP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>1</w:t>
            </w:r>
          </w:p>
        </w:tc>
        <w:tc>
          <w:tcPr>
            <w:tcW w:type="dxa" w:w="1104"/>
            <w:tcBorders>
              <w:start w:sz="4.0" w:val="single" w:color="#000000"/>
              <w:top w:sz="4.800000000000011" w:val="single" w:color="#000000"/>
              <w:end w:sz="4.799999999999727" w:val="single" w:color="#000000"/>
              <w:bottom w:sz="4.800000000000068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78" w:after="0"/>
              <w:ind w:left="74" w:right="0" w:firstLine="0"/>
              <w:jc w:val="left"/>
            </w:pP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>0</w:t>
            </w:r>
          </w:p>
        </w:tc>
        <w:tc>
          <w:tcPr>
            <w:tcW w:type="dxa" w:w="1140"/>
            <w:tcBorders>
              <w:start w:sz="4.799999999999727" w:val="single" w:color="#000000"/>
              <w:top w:sz="4.800000000000011" w:val="single" w:color="#000000"/>
              <w:end w:sz="4.799999999999727" w:val="single" w:color="#000000"/>
              <w:bottom w:sz="4.800000000000068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78" w:after="0"/>
              <w:ind w:left="72" w:right="0" w:firstLine="0"/>
              <w:jc w:val="left"/>
            </w:pP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>1</w:t>
            </w:r>
          </w:p>
        </w:tc>
        <w:tc>
          <w:tcPr>
            <w:tcW w:type="dxa" w:w="864"/>
            <w:tcBorders>
              <w:start w:sz="4.799999999999727" w:val="single" w:color="#000000"/>
              <w:top w:sz="4.800000000000011" w:val="single" w:color="#000000"/>
              <w:end w:sz="4.800000000000182" w:val="single" w:color="#000000"/>
              <w:bottom w:sz="4.800000000000068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78" w:after="0"/>
              <w:ind w:left="0" w:right="0" w:firstLine="0"/>
              <w:jc w:val="center"/>
            </w:pP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>19.05.2023</w:t>
            </w:r>
          </w:p>
        </w:tc>
        <w:tc>
          <w:tcPr>
            <w:tcW w:type="dxa" w:w="4780"/>
            <w:tcBorders>
              <w:start w:sz="4.800000000000182" w:val="single" w:color="#000000"/>
              <w:top w:sz="4.800000000000011" w:val="single" w:color="#000000"/>
              <w:end w:sz="4.800000000000182" w:val="single" w:color="#000000"/>
              <w:bottom w:sz="4.800000000000068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78" w:after="0"/>
              <w:ind w:left="72" w:right="0" w:firstLine="0"/>
              <w:jc w:val="left"/>
            </w:pP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>Практическое занятие в кабинете;</w:t>
            </w:r>
          </w:p>
        </w:tc>
        <w:tc>
          <w:tcPr>
            <w:tcW w:type="dxa" w:w="1080"/>
            <w:tcBorders>
              <w:start w:sz="4.800000000000182" w:val="single" w:color="#000000"/>
              <w:top w:sz="4.800000000000011" w:val="single" w:color="#000000"/>
              <w:end w:sz="4.800000000000182" w:val="single" w:color="#000000"/>
              <w:bottom w:sz="4.800000000000068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45" w:lineRule="auto" w:before="78" w:after="0"/>
              <w:ind w:left="72" w:right="0" w:firstLine="0"/>
              <w:jc w:val="left"/>
            </w:pP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 xml:space="preserve">Контрольная </w:t>
            </w: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>работа;</w:t>
            </w:r>
          </w:p>
        </w:tc>
        <w:tc>
          <w:tcPr>
            <w:tcW w:type="dxa" w:w="1418"/>
            <w:tcBorders>
              <w:start w:sz="4.800000000000182" w:val="single" w:color="#000000"/>
              <w:top w:sz="4.800000000000011" w:val="single" w:color="#000000"/>
              <w:end w:sz="4.800000000000182" w:val="single" w:color="#000000"/>
              <w:bottom w:sz="4.800000000000068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78" w:after="0"/>
              <w:ind w:left="72" w:right="0" w:firstLine="0"/>
              <w:jc w:val="left"/>
            </w:pP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>http://nsportal.ru</w:t>
            </w:r>
          </w:p>
        </w:tc>
      </w:tr>
      <w:tr>
        <w:trPr>
          <w:trHeight w:hRule="exact" w:val="348"/>
        </w:trPr>
        <w:tc>
          <w:tcPr>
            <w:tcW w:type="dxa" w:w="4586"/>
            <w:gridSpan w:val="2"/>
            <w:tcBorders>
              <w:start w:sz="4.800000000000011" w:val="single" w:color="#000000"/>
              <w:top w:sz="4.800000000000068" w:val="single" w:color="#000000"/>
              <w:end w:sz="4.799999999999727" w:val="single" w:color="#000000"/>
              <w:bottom w:sz="4.7999999999999545" w:val="single" w:color="#000000"/>
            </w:tcBorders>
            <w:tcMar>
              <w:start w:w="0" w:type="dxa"/>
              <w:end w:w="0" w:type="dxa"/>
            </w:tcMar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78" w:after="0"/>
              <w:ind w:left="72" w:right="0" w:firstLine="0"/>
              <w:jc w:val="left"/>
            </w:pP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>Итого по разделу</w:t>
            </w:r>
          </w:p>
        </w:tc>
        <w:tc>
          <w:tcPr>
            <w:tcW w:type="dxa" w:w="530"/>
            <w:tcBorders>
              <w:start w:sz="4.799999999999727" w:val="single" w:color="#000000"/>
              <w:top w:sz="4.800000000000068" w:val="single" w:color="#000000"/>
              <w:end w:sz="4.0" w:val="single" w:color="#000000"/>
              <w:bottom w:sz="4.7999999999999545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78" w:after="0"/>
              <w:ind w:left="72" w:right="0" w:firstLine="0"/>
              <w:jc w:val="left"/>
            </w:pP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>7</w:t>
            </w:r>
          </w:p>
        </w:tc>
        <w:tc>
          <w:tcPr>
            <w:tcW w:type="dxa" w:w="10386"/>
            <w:gridSpan w:val="6"/>
            <w:tcBorders>
              <w:start w:sz="4.0" w:val="single" w:color="#000000"/>
              <w:top w:sz="4.800000000000068" w:val="single" w:color="#000000"/>
              <w:end w:sz="4.800000000000182" w:val="single" w:color="#000000"/>
              <w:bottom w:sz="4.7999999999999545" w:val="single" w:color="#000000"/>
            </w:tcBorders>
            <w:tcMar>
              <w:start w:w="0" w:type="dxa"/>
              <w:end w:w="0" w:type="dxa"/>
            </w:tcMar>
            <w:tcMar>
              <w:start w:w="0" w:type="dxa"/>
              <w:end w:w="0" w:type="dxa"/>
            </w:tcMar>
            <w:tcMar>
              <w:start w:w="0" w:type="dxa"/>
              <w:end w:w="0" w:type="dxa"/>
            </w:tcMar>
            <w:tcMar>
              <w:start w:w="0" w:type="dxa"/>
              <w:end w:w="0" w:type="dxa"/>
            </w:tcMar>
            <w:tcMar>
              <w:start w:w="0" w:type="dxa"/>
              <w:end w:w="0" w:type="dxa"/>
            </w:tcMar>
            <w:tcMar>
              <w:start w:w="0" w:type="dxa"/>
              <w:end w:w="0" w:type="dxa"/>
            </w:tcMar>
          </w:tcPr>
          <w:p/>
        </w:tc>
      </w:tr>
      <w:tr>
        <w:trPr>
          <w:trHeight w:hRule="exact" w:val="348"/>
        </w:trPr>
        <w:tc>
          <w:tcPr>
            <w:tcW w:type="dxa" w:w="4586"/>
            <w:gridSpan w:val="2"/>
            <w:tcBorders>
              <w:start w:sz="4.800000000000011" w:val="single" w:color="#000000"/>
              <w:top w:sz="4.7999999999999545" w:val="single" w:color="#000000"/>
              <w:end w:sz="4.799999999999727" w:val="single" w:color="#000000"/>
              <w:bottom w:sz="4.7999999999999545" w:val="single" w:color="#000000"/>
            </w:tcBorders>
            <w:tcMar>
              <w:start w:w="0" w:type="dxa"/>
              <w:end w:w="0" w:type="dxa"/>
            </w:tcMar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78" w:after="0"/>
              <w:ind w:left="72" w:right="0" w:firstLine="0"/>
              <w:jc w:val="left"/>
            </w:pP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>Резервное время</w:t>
            </w:r>
          </w:p>
        </w:tc>
        <w:tc>
          <w:tcPr>
            <w:tcW w:type="dxa" w:w="530"/>
            <w:tcBorders>
              <w:start w:sz="4.799999999999727" w:val="single" w:color="#000000"/>
              <w:top w:sz="4.7999999999999545" w:val="single" w:color="#000000"/>
              <w:end w:sz="4.0" w:val="single" w:color="#000000"/>
              <w:bottom w:sz="4.7999999999999545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78" w:after="0"/>
              <w:ind w:left="72" w:right="0" w:firstLine="0"/>
              <w:jc w:val="left"/>
            </w:pP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>6</w:t>
            </w:r>
          </w:p>
        </w:tc>
        <w:tc>
          <w:tcPr>
            <w:tcW w:type="dxa" w:w="10386"/>
            <w:gridSpan w:val="6"/>
            <w:tcBorders>
              <w:start w:sz="4.0" w:val="single" w:color="#000000"/>
              <w:top w:sz="4.7999999999999545" w:val="single" w:color="#000000"/>
              <w:end w:sz="4.800000000000182" w:val="single" w:color="#000000"/>
              <w:bottom w:sz="4.7999999999999545" w:val="single" w:color="#000000"/>
            </w:tcBorders>
            <w:tcMar>
              <w:start w:w="0" w:type="dxa"/>
              <w:end w:w="0" w:type="dxa"/>
            </w:tcMar>
            <w:tcMar>
              <w:start w:w="0" w:type="dxa"/>
              <w:end w:w="0" w:type="dxa"/>
            </w:tcMar>
            <w:tcMar>
              <w:start w:w="0" w:type="dxa"/>
              <w:end w:w="0" w:type="dxa"/>
            </w:tcMar>
            <w:tcMar>
              <w:start w:w="0" w:type="dxa"/>
              <w:end w:w="0" w:type="dxa"/>
            </w:tcMar>
            <w:tcMar>
              <w:start w:w="0" w:type="dxa"/>
              <w:end w:w="0" w:type="dxa"/>
            </w:tcMar>
            <w:tcMar>
              <w:start w:w="0" w:type="dxa"/>
              <w:end w:w="0" w:type="dxa"/>
            </w:tcMar>
          </w:tcPr>
          <w:p/>
        </w:tc>
      </w:tr>
      <w:tr>
        <w:trPr>
          <w:trHeight w:hRule="exact" w:val="330"/>
        </w:trPr>
        <w:tc>
          <w:tcPr>
            <w:tcW w:type="dxa" w:w="4586"/>
            <w:gridSpan w:val="2"/>
            <w:tcBorders>
              <w:start w:sz="4.800000000000011" w:val="single" w:color="#000000"/>
              <w:top w:sz="4.7999999999999545" w:val="single" w:color="#000000"/>
              <w:end w:sz="4.799999999999727" w:val="single" w:color="#000000"/>
              <w:bottom w:sz="5.600000000000023" w:val="single" w:color="#000000"/>
            </w:tcBorders>
            <w:tcMar>
              <w:start w:w="0" w:type="dxa"/>
              <w:end w:w="0" w:type="dxa"/>
            </w:tcMar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78" w:after="0"/>
              <w:ind w:left="72" w:right="0" w:firstLine="0"/>
              <w:jc w:val="left"/>
            </w:pP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>ОБЩЕЕ КОЛИЧЕСТВО ЧАСОВ ПО ПРОГРАММЕ</w:t>
            </w:r>
          </w:p>
        </w:tc>
        <w:tc>
          <w:tcPr>
            <w:tcW w:type="dxa" w:w="530"/>
            <w:tcBorders>
              <w:start w:sz="4.799999999999727" w:val="single" w:color="#000000"/>
              <w:top w:sz="4.7999999999999545" w:val="single" w:color="#000000"/>
              <w:end w:sz="4.0" w:val="single" w:color="#000000"/>
              <w:bottom w:sz="5.600000000000023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78" w:after="0"/>
              <w:ind w:left="72" w:right="0" w:firstLine="0"/>
              <w:jc w:val="left"/>
            </w:pP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>66</w:t>
            </w:r>
          </w:p>
        </w:tc>
        <w:tc>
          <w:tcPr>
            <w:tcW w:type="dxa" w:w="1104"/>
            <w:tcBorders>
              <w:start w:sz="4.0" w:val="single" w:color="#000000"/>
              <w:top w:sz="4.7999999999999545" w:val="single" w:color="#000000"/>
              <w:end w:sz="4.799999999999727" w:val="single" w:color="#000000"/>
              <w:bottom w:sz="5.600000000000023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78" w:after="0"/>
              <w:ind w:left="74" w:right="0" w:firstLine="0"/>
              <w:jc w:val="left"/>
            </w:pP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>4</w:t>
            </w:r>
          </w:p>
        </w:tc>
        <w:tc>
          <w:tcPr>
            <w:tcW w:type="dxa" w:w="1140"/>
            <w:tcBorders>
              <w:start w:sz="4.799999999999727" w:val="single" w:color="#000000"/>
              <w:top w:sz="4.7999999999999545" w:val="single" w:color="#000000"/>
              <w:end w:sz="4.799999999999727" w:val="single" w:color="#000000"/>
              <w:bottom w:sz="5.600000000000023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78" w:after="0"/>
              <w:ind w:left="72" w:right="0" w:firstLine="0"/>
              <w:jc w:val="left"/>
            </w:pP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>56</w:t>
            </w:r>
          </w:p>
        </w:tc>
        <w:tc>
          <w:tcPr>
            <w:tcW w:type="dxa" w:w="8142"/>
            <w:gridSpan w:val="4"/>
            <w:tcBorders>
              <w:start w:sz="4.799999999999727" w:val="single" w:color="#000000"/>
              <w:top w:sz="4.7999999999999545" w:val="single" w:color="#000000"/>
              <w:end w:sz="4.800000000000182" w:val="single" w:color="#000000"/>
              <w:bottom w:sz="5.600000000000023" w:val="single" w:color="#000000"/>
            </w:tcBorders>
            <w:tcMar>
              <w:start w:w="0" w:type="dxa"/>
              <w:end w:w="0" w:type="dxa"/>
            </w:tcMar>
            <w:tcMar>
              <w:start w:w="0" w:type="dxa"/>
              <w:end w:w="0" w:type="dxa"/>
            </w:tcMar>
            <w:tcMar>
              <w:start w:w="0" w:type="dxa"/>
              <w:end w:w="0" w:type="dxa"/>
            </w:tcMar>
            <w:tcMar>
              <w:start w:w="0" w:type="dxa"/>
              <w:end w:w="0" w:type="dxa"/>
            </w:tcMar>
          </w:tcPr>
          <w:p/>
        </w:tc>
      </w:tr>
    </w:tbl>
    <w:p>
      <w:pPr>
        <w:autoSpaceDN w:val="0"/>
        <w:autoSpaceDE w:val="0"/>
        <w:widowControl/>
        <w:spacing w:line="14" w:lineRule="exact" w:before="0" w:after="0"/>
        <w:ind w:left="0" w:right="0"/>
      </w:pPr>
    </w:p>
    <w:p>
      <w:pPr>
        <w:sectPr>
          <w:pgSz w:w="16840" w:h="11900"/>
          <w:pgMar w:top="284" w:right="640" w:bottom="1440" w:left="666" w:header="720" w:footer="720" w:gutter="0"/>
          <w:cols w:space="720" w:num="1" w:equalWidth="0">
            <w:col w:w="15534" w:space="0"/>
            <w:col w:w="15534" w:space="0"/>
            <w:col w:w="15534" w:space="0"/>
            <w:col w:w="15534" w:space="0"/>
            <w:col w:w="9974" w:space="0"/>
            <w:col w:w="10584" w:space="0"/>
            <w:col w:w="10264" w:space="0"/>
            <w:col w:w="10584" w:space="0"/>
            <w:col w:w="10586" w:space="0"/>
            <w:col w:w="10258" w:space="0"/>
            <w:col w:w="10584" w:space="0"/>
            <w:col w:w="10468" w:space="0"/>
            <w:col w:w="10584" w:space="0"/>
            <w:col w:w="10284" w:space="0"/>
          </w:cols>
          <w:docGrid w:linePitch="360"/>
        </w:sectPr>
      </w:pPr>
    </w:p>
    <w:p>
      <w:pPr>
        <w:autoSpaceDN w:val="0"/>
        <w:autoSpaceDE w:val="0"/>
        <w:widowControl/>
        <w:spacing w:line="220" w:lineRule="exact" w:before="0" w:after="78"/>
        <w:ind w:left="0" w:right="0"/>
      </w:pPr>
    </w:p>
    <w:p>
      <w:pPr>
        <w:autoSpaceDN w:val="0"/>
        <w:autoSpaceDE w:val="0"/>
        <w:widowControl/>
        <w:spacing w:line="230" w:lineRule="auto" w:before="0" w:after="320"/>
        <w:ind w:left="0" w:right="0" w:firstLine="0"/>
        <w:jc w:val="left"/>
      </w:pPr>
      <w:r>
        <w:rPr>
          <w:rFonts w:ascii="Times New Roman" w:hAnsi="Times New Roman" w:eastAsia="Times New Roman"/>
          <w:b/>
          <w:i w:val="0"/>
          <w:color w:val="000000"/>
          <w:sz w:val="24"/>
        </w:rPr>
        <w:t xml:space="preserve">ПОУРОЧНОЕ ПЛАНИРОВАНИЕ </w:t>
      </w:r>
    </w:p>
    <w:tbl>
      <w:tblPr>
        <w:tblW w:type="auto" w:w="0"/>
        <w:tblLayout w:type="fixed"/>
        <w:tblLook w:firstColumn="1" w:firstRow="1" w:lastColumn="0" w:lastRow="0" w:noHBand="0" w:noVBand="1" w:val="04A0"/>
        <w:tblInd w:w="6.000000000000085" w:type="dxa"/>
      </w:tblPr>
      <w:tblGrid>
        <w:gridCol w:w="1512"/>
        <w:gridCol w:w="1512"/>
        <w:gridCol w:w="1512"/>
        <w:gridCol w:w="1512"/>
        <w:gridCol w:w="1512"/>
        <w:gridCol w:w="1512"/>
        <w:gridCol w:w="1512"/>
      </w:tblGrid>
      <w:tr>
        <w:trPr>
          <w:trHeight w:hRule="exact" w:val="492"/>
        </w:trPr>
        <w:tc>
          <w:tcPr>
            <w:tcW w:type="dxa" w:w="504"/>
            <w:vMerge w:val="restart"/>
            <w:tcBorders>
              <w:start w:sz="4.800000000000011" w:val="single" w:color="#000000"/>
              <w:top w:sz="4.800000000000011" w:val="single" w:color="#000000"/>
              <w:end w:sz="4.800000000000011" w:val="single" w:color="#000000"/>
              <w:bottom w:sz="4.800000000000068" w:val="single" w:color="#000000"/>
            </w:tcBorders>
            <w:tcMar>
              <w:start w:w="0" w:type="dxa"/>
              <w:end w:w="0" w:type="dxa"/>
            </w:tcMar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62" w:lineRule="auto" w:before="98" w:after="0"/>
              <w:ind w:left="72" w:right="0" w:firstLine="0"/>
              <w:jc w:val="left"/>
            </w:pPr>
            <w:r>
              <w:rPr>
                <w:rFonts w:ascii="Times New Roman" w:hAnsi="Times New Roman" w:eastAsia="Times New Roman"/>
                <w:b/>
                <w:i w:val="0"/>
                <w:color w:val="000000"/>
                <w:sz w:val="24"/>
              </w:rPr>
              <w:t>№</w:t>
            </w:r>
            <w:r>
              <w:br/>
            </w:r>
            <w:r>
              <w:rPr>
                <w:rFonts w:ascii="Times New Roman" w:hAnsi="Times New Roman" w:eastAsia="Times New Roman"/>
                <w:b/>
                <w:i w:val="0"/>
                <w:color w:val="000000"/>
                <w:sz w:val="24"/>
              </w:rPr>
              <w:t>п/п</w:t>
            </w:r>
          </w:p>
        </w:tc>
        <w:tc>
          <w:tcPr>
            <w:tcW w:type="dxa" w:w="2966"/>
            <w:vMerge w:val="restart"/>
            <w:tcBorders>
              <w:start w:sz="4.800000000000011" w:val="single" w:color="#000000"/>
              <w:top w:sz="4.800000000000011" w:val="single" w:color="#000000"/>
              <w:end w:sz="4.0" w:val="single" w:color="#000000"/>
              <w:bottom w:sz="4.800000000000068" w:val="single" w:color="#000000"/>
            </w:tcBorders>
            <w:tcMar>
              <w:start w:w="0" w:type="dxa"/>
              <w:end w:w="0" w:type="dxa"/>
            </w:tcMar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72" w:right="0" w:firstLine="0"/>
              <w:jc w:val="left"/>
            </w:pPr>
            <w:r>
              <w:rPr>
                <w:rFonts w:ascii="Times New Roman" w:hAnsi="Times New Roman" w:eastAsia="Times New Roman"/>
                <w:b/>
                <w:i w:val="0"/>
                <w:color w:val="000000"/>
                <w:sz w:val="24"/>
              </w:rPr>
              <w:t>Тема урока</w:t>
            </w:r>
          </w:p>
        </w:tc>
        <w:tc>
          <w:tcPr>
            <w:tcW w:type="dxa" w:w="4020"/>
            <w:gridSpan w:val="3"/>
            <w:tcBorders>
              <w:start w:sz="4.0" w:val="single" w:color="#000000"/>
              <w:top w:sz="4.800000000000011" w:val="single" w:color="#000000"/>
              <w:end w:sz="4.799999999999727" w:val="single" w:color="#000000"/>
              <w:bottom w:sz="4.7999999999999545" w:val="single" w:color="#000000"/>
            </w:tcBorders>
            <w:tcMar>
              <w:start w:w="0" w:type="dxa"/>
              <w:end w:w="0" w:type="dxa"/>
            </w:tcMar>
            <w:tcMar>
              <w:start w:w="0" w:type="dxa"/>
              <w:end w:w="0" w:type="dxa"/>
            </w:tcMar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74" w:right="0" w:firstLine="0"/>
              <w:jc w:val="left"/>
            </w:pPr>
            <w:r>
              <w:rPr>
                <w:rFonts w:ascii="Times New Roman" w:hAnsi="Times New Roman" w:eastAsia="Times New Roman"/>
                <w:b/>
                <w:i w:val="0"/>
                <w:color w:val="000000"/>
                <w:sz w:val="24"/>
              </w:rPr>
              <w:t>Количество часов</w:t>
            </w:r>
          </w:p>
        </w:tc>
        <w:tc>
          <w:tcPr>
            <w:tcW w:type="dxa" w:w="1236"/>
            <w:vMerge w:val="restart"/>
            <w:tcBorders>
              <w:start w:sz="4.799999999999727" w:val="single" w:color="#000000"/>
              <w:top w:sz="4.800000000000011" w:val="single" w:color="#000000"/>
              <w:end w:sz="4.799999999999727" w:val="single" w:color="#000000"/>
              <w:bottom w:sz="4.800000000000068" w:val="single" w:color="#000000"/>
            </w:tcBorders>
            <w:tcMar>
              <w:start w:w="0" w:type="dxa"/>
              <w:end w:w="0" w:type="dxa"/>
            </w:tcMar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62" w:lineRule="auto" w:before="98" w:after="0"/>
              <w:ind w:left="72" w:right="144" w:firstLine="0"/>
              <w:jc w:val="left"/>
            </w:pPr>
            <w:r>
              <w:rPr>
                <w:rFonts w:ascii="Times New Roman" w:hAnsi="Times New Roman" w:eastAsia="Times New Roman"/>
                <w:b/>
                <w:i w:val="0"/>
                <w:color w:val="000000"/>
                <w:sz w:val="24"/>
              </w:rPr>
              <w:t xml:space="preserve">Дата </w:t>
            </w:r>
            <w:r>
              <w:br/>
            </w:r>
            <w:r>
              <w:rPr>
                <w:rFonts w:ascii="Times New Roman" w:hAnsi="Times New Roman" w:eastAsia="Times New Roman"/>
                <w:b/>
                <w:i w:val="0"/>
                <w:color w:val="000000"/>
                <w:sz w:val="24"/>
              </w:rPr>
              <w:t>изучения</w:t>
            </w:r>
          </w:p>
        </w:tc>
        <w:tc>
          <w:tcPr>
            <w:tcW w:type="dxa" w:w="1826"/>
            <w:vMerge w:val="restart"/>
            <w:tcBorders>
              <w:start w:sz="4.799999999999727" w:val="single" w:color="#000000"/>
              <w:top w:sz="4.800000000000011" w:val="single" w:color="#000000"/>
              <w:end w:sz="4.800000000000182" w:val="single" w:color="#000000"/>
              <w:bottom w:sz="4.800000000000068" w:val="single" w:color="#000000"/>
            </w:tcBorders>
            <w:tcMar>
              <w:start w:w="0" w:type="dxa"/>
              <w:end w:w="0" w:type="dxa"/>
            </w:tcMar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62" w:lineRule="auto" w:before="98" w:after="0"/>
              <w:ind w:left="72" w:right="144" w:firstLine="0"/>
              <w:jc w:val="left"/>
            </w:pPr>
            <w:r>
              <w:rPr>
                <w:rFonts w:ascii="Times New Roman" w:hAnsi="Times New Roman" w:eastAsia="Times New Roman"/>
                <w:b/>
                <w:i w:val="0"/>
                <w:color w:val="000000"/>
                <w:sz w:val="24"/>
              </w:rPr>
              <w:t xml:space="preserve">Виды, формы </w:t>
            </w:r>
            <w:r>
              <w:rPr>
                <w:rFonts w:ascii="Times New Roman" w:hAnsi="Times New Roman" w:eastAsia="Times New Roman"/>
                <w:b/>
                <w:i w:val="0"/>
                <w:color w:val="000000"/>
                <w:sz w:val="24"/>
              </w:rPr>
              <w:t>контроля</w:t>
            </w:r>
          </w:p>
        </w:tc>
      </w:tr>
      <w:tr>
        <w:trPr>
          <w:trHeight w:hRule="exact" w:val="828"/>
        </w:trPr>
        <w:tc>
          <w:tcPr>
            <w:tcW w:type="dxa" w:w="1512"/>
            <w:vMerge/>
            <w:tcBorders>
              <w:start w:sz="4.800000000000011" w:val="single" w:color="#000000"/>
              <w:top w:sz="4.800000000000011" w:val="single" w:color="#000000"/>
              <w:end w:sz="4.800000000000011" w:val="single" w:color="#000000"/>
              <w:bottom w:sz="4.800000000000068" w:val="single" w:color="#000000"/>
            </w:tcBorders>
          </w:tcPr>
          <w:p/>
        </w:tc>
        <w:tc>
          <w:tcPr>
            <w:tcW w:type="dxa" w:w="1512"/>
            <w:vMerge/>
            <w:tcBorders>
              <w:start w:sz="4.800000000000011" w:val="single" w:color="#000000"/>
              <w:top w:sz="4.800000000000011" w:val="single" w:color="#000000"/>
              <w:end w:sz="4.0" w:val="single" w:color="#000000"/>
              <w:bottom w:sz="4.800000000000068" w:val="single" w:color="#000000"/>
            </w:tcBorders>
          </w:tcPr>
          <w:p/>
        </w:tc>
        <w:tc>
          <w:tcPr>
            <w:tcW w:type="dxa" w:w="732"/>
            <w:tcBorders>
              <w:start w:sz="4.0" w:val="single" w:color="#000000"/>
              <w:top w:sz="4.7999999999999545" w:val="single" w:color="#000000"/>
              <w:end w:sz="4.7999999999999545" w:val="single" w:color="#000000"/>
              <w:bottom w:sz="4.800000000000068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74" w:right="0" w:firstLine="0"/>
              <w:jc w:val="left"/>
            </w:pPr>
            <w:r>
              <w:rPr>
                <w:rFonts w:ascii="Times New Roman" w:hAnsi="Times New Roman" w:eastAsia="Times New Roman"/>
                <w:b/>
                <w:i w:val="0"/>
                <w:color w:val="000000"/>
                <w:sz w:val="24"/>
              </w:rPr>
              <w:t xml:space="preserve">всего </w:t>
            </w:r>
          </w:p>
        </w:tc>
        <w:tc>
          <w:tcPr>
            <w:tcW w:type="dxa" w:w="1620"/>
            <w:tcBorders>
              <w:start w:sz="4.7999999999999545" w:val="single" w:color="#000000"/>
              <w:top w:sz="4.7999999999999545" w:val="single" w:color="#000000"/>
              <w:end w:sz="4.800000000000182" w:val="single" w:color="#000000"/>
              <w:bottom w:sz="4.800000000000068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62" w:lineRule="auto" w:before="98" w:after="0"/>
              <w:ind w:left="72" w:right="0" w:firstLine="0"/>
              <w:jc w:val="left"/>
            </w:pPr>
            <w:r>
              <w:rPr>
                <w:rFonts w:ascii="Times New Roman" w:hAnsi="Times New Roman" w:eastAsia="Times New Roman"/>
                <w:b/>
                <w:i w:val="0"/>
                <w:color w:val="000000"/>
                <w:sz w:val="24"/>
              </w:rPr>
              <w:t xml:space="preserve">контрольные </w:t>
            </w:r>
            <w:r>
              <w:rPr>
                <w:rFonts w:ascii="Times New Roman" w:hAnsi="Times New Roman" w:eastAsia="Times New Roman"/>
                <w:b/>
                <w:i w:val="0"/>
                <w:color w:val="000000"/>
                <w:sz w:val="24"/>
              </w:rPr>
              <w:t>работы</w:t>
            </w:r>
          </w:p>
        </w:tc>
        <w:tc>
          <w:tcPr>
            <w:tcW w:type="dxa" w:w="1668"/>
            <w:tcBorders>
              <w:start w:sz="4.800000000000182" w:val="single" w:color="#000000"/>
              <w:top w:sz="4.7999999999999545" w:val="single" w:color="#000000"/>
              <w:end w:sz="4.799999999999727" w:val="single" w:color="#000000"/>
              <w:bottom w:sz="4.800000000000068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62" w:lineRule="auto" w:before="98" w:after="0"/>
              <w:ind w:left="72" w:right="0" w:firstLine="0"/>
              <w:jc w:val="left"/>
            </w:pPr>
            <w:r>
              <w:rPr>
                <w:rFonts w:ascii="Times New Roman" w:hAnsi="Times New Roman" w:eastAsia="Times New Roman"/>
                <w:b/>
                <w:i w:val="0"/>
                <w:color w:val="000000"/>
                <w:sz w:val="24"/>
              </w:rPr>
              <w:t xml:space="preserve">практические </w:t>
            </w:r>
            <w:r>
              <w:rPr>
                <w:rFonts w:ascii="Times New Roman" w:hAnsi="Times New Roman" w:eastAsia="Times New Roman"/>
                <w:b/>
                <w:i w:val="0"/>
                <w:color w:val="000000"/>
                <w:sz w:val="24"/>
              </w:rPr>
              <w:t>работы</w:t>
            </w:r>
          </w:p>
        </w:tc>
        <w:tc>
          <w:tcPr>
            <w:tcW w:type="dxa" w:w="1512"/>
            <w:vMerge/>
            <w:tcBorders>
              <w:start w:sz="4.799999999999727" w:val="single" w:color="#000000"/>
              <w:top w:sz="4.800000000000011" w:val="single" w:color="#000000"/>
              <w:end w:sz="4.799999999999727" w:val="single" w:color="#000000"/>
              <w:bottom w:sz="4.800000000000068" w:val="single" w:color="#000000"/>
            </w:tcBorders>
          </w:tcPr>
          <w:p/>
        </w:tc>
        <w:tc>
          <w:tcPr>
            <w:tcW w:type="dxa" w:w="1512"/>
            <w:vMerge/>
            <w:tcBorders>
              <w:start w:sz="4.799999999999727" w:val="single" w:color="#000000"/>
              <w:top w:sz="4.800000000000011" w:val="single" w:color="#000000"/>
              <w:end w:sz="4.800000000000182" w:val="single" w:color="#000000"/>
              <w:bottom w:sz="4.800000000000068" w:val="single" w:color="#000000"/>
            </w:tcBorders>
          </w:tcPr>
          <w:p/>
        </w:tc>
      </w:tr>
      <w:tr>
        <w:trPr>
          <w:trHeight w:hRule="exact" w:val="828"/>
        </w:trPr>
        <w:tc>
          <w:tcPr>
            <w:tcW w:type="dxa" w:w="504"/>
            <w:tcBorders>
              <w:start w:sz="4.800000000000011" w:val="single" w:color="#000000"/>
              <w:top w:sz="4.800000000000068" w:val="single" w:color="#000000"/>
              <w:end w:sz="4.800000000000011" w:val="single" w:color="#000000"/>
              <w:bottom w:sz="4.7999999999999545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72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1.</w:t>
            </w:r>
          </w:p>
        </w:tc>
        <w:tc>
          <w:tcPr>
            <w:tcW w:type="dxa" w:w="2966"/>
            <w:tcBorders>
              <w:start w:sz="4.800000000000011" w:val="single" w:color="#000000"/>
              <w:top w:sz="4.800000000000068" w:val="single" w:color="#000000"/>
              <w:end w:sz="4.0" w:val="single" w:color="#000000"/>
              <w:bottom w:sz="4.7999999999999545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62" w:lineRule="auto" w:before="98" w:after="0"/>
              <w:ind w:left="72" w:right="144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 xml:space="preserve">Вводный урок. Задавайте </w:t>
            </w: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вопросы!</w:t>
            </w:r>
          </w:p>
        </w:tc>
        <w:tc>
          <w:tcPr>
            <w:tcW w:type="dxa" w:w="732"/>
            <w:tcBorders>
              <w:start w:sz="4.0" w:val="single" w:color="#000000"/>
              <w:top w:sz="4.800000000000068" w:val="single" w:color="#000000"/>
              <w:end w:sz="4.7999999999999545" w:val="single" w:color="#000000"/>
              <w:bottom w:sz="4.7999999999999545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74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1</w:t>
            </w:r>
          </w:p>
        </w:tc>
        <w:tc>
          <w:tcPr>
            <w:tcW w:type="dxa" w:w="1620"/>
            <w:tcBorders>
              <w:start w:sz="4.7999999999999545" w:val="single" w:color="#000000"/>
              <w:top w:sz="4.800000000000068" w:val="single" w:color="#000000"/>
              <w:end w:sz="4.800000000000182" w:val="single" w:color="#000000"/>
              <w:bottom w:sz="4.7999999999999545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72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0</w:t>
            </w:r>
          </w:p>
        </w:tc>
        <w:tc>
          <w:tcPr>
            <w:tcW w:type="dxa" w:w="1668"/>
            <w:tcBorders>
              <w:start w:sz="4.800000000000182" w:val="single" w:color="#000000"/>
              <w:top w:sz="4.800000000000068" w:val="single" w:color="#000000"/>
              <w:end w:sz="4.799999999999727" w:val="single" w:color="#000000"/>
              <w:bottom w:sz="4.7999999999999545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72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1</w:t>
            </w:r>
          </w:p>
        </w:tc>
        <w:tc>
          <w:tcPr>
            <w:tcW w:type="dxa" w:w="1236"/>
            <w:tcBorders>
              <w:start w:sz="4.799999999999727" w:val="single" w:color="#000000"/>
              <w:top w:sz="4.800000000000068" w:val="single" w:color="#000000"/>
              <w:end w:sz="4.799999999999727" w:val="single" w:color="#000000"/>
              <w:bottom w:sz="4.7999999999999545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0" w:right="0" w:firstLine="0"/>
              <w:jc w:val="center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02.09.2022</w:t>
            </w:r>
          </w:p>
        </w:tc>
        <w:tc>
          <w:tcPr>
            <w:tcW w:type="dxa" w:w="1826"/>
            <w:tcBorders>
              <w:start w:sz="4.799999999999727" w:val="single" w:color="#000000"/>
              <w:top w:sz="4.800000000000068" w:val="single" w:color="#000000"/>
              <w:end w:sz="4.800000000000182" w:val="single" w:color="#000000"/>
              <w:bottom w:sz="4.7999999999999545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72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Устный опрос;</w:t>
            </w:r>
          </w:p>
        </w:tc>
      </w:tr>
      <w:tr>
        <w:trPr>
          <w:trHeight w:hRule="exact" w:val="494"/>
        </w:trPr>
        <w:tc>
          <w:tcPr>
            <w:tcW w:type="dxa" w:w="504"/>
            <w:tcBorders>
              <w:start w:sz="4.800000000000011" w:val="single" w:color="#000000"/>
              <w:top w:sz="4.7999999999999545" w:val="single" w:color="#000000"/>
              <w:end w:sz="4.800000000000011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72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2.</w:t>
            </w:r>
          </w:p>
        </w:tc>
        <w:tc>
          <w:tcPr>
            <w:tcW w:type="dxa" w:w="2966"/>
            <w:tcBorders>
              <w:start w:sz="4.800000000000011" w:val="single" w:color="#000000"/>
              <w:top w:sz="4.7999999999999545" w:val="single" w:color="#000000"/>
              <w:end w:sz="4.0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72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Что такое Родина?</w:t>
            </w:r>
          </w:p>
        </w:tc>
        <w:tc>
          <w:tcPr>
            <w:tcW w:type="dxa" w:w="732"/>
            <w:tcBorders>
              <w:start w:sz="4.0" w:val="single" w:color="#000000"/>
              <w:top w:sz="4.7999999999999545" w:val="single" w:color="#000000"/>
              <w:end w:sz="4.7999999999999545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74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1</w:t>
            </w:r>
          </w:p>
        </w:tc>
        <w:tc>
          <w:tcPr>
            <w:tcW w:type="dxa" w:w="1620"/>
            <w:tcBorders>
              <w:start w:sz="4.7999999999999545" w:val="single" w:color="#000000"/>
              <w:top w:sz="4.7999999999999545" w:val="single" w:color="#000000"/>
              <w:end w:sz="4.800000000000182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72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0</w:t>
            </w:r>
          </w:p>
        </w:tc>
        <w:tc>
          <w:tcPr>
            <w:tcW w:type="dxa" w:w="1668"/>
            <w:tcBorders>
              <w:start w:sz="4.800000000000182" w:val="single" w:color="#000000"/>
              <w:top w:sz="4.7999999999999545" w:val="single" w:color="#000000"/>
              <w:end w:sz="4.799999999999727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72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1</w:t>
            </w:r>
          </w:p>
        </w:tc>
        <w:tc>
          <w:tcPr>
            <w:tcW w:type="dxa" w:w="1236"/>
            <w:tcBorders>
              <w:start w:sz="4.799999999999727" w:val="single" w:color="#000000"/>
              <w:top w:sz="4.7999999999999545" w:val="single" w:color="#000000"/>
              <w:end w:sz="4.799999999999727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0" w:right="0" w:firstLine="0"/>
              <w:jc w:val="center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06.09.2022</w:t>
            </w:r>
          </w:p>
        </w:tc>
        <w:tc>
          <w:tcPr>
            <w:tcW w:type="dxa" w:w="1826"/>
            <w:tcBorders>
              <w:start w:sz="4.799999999999727" w:val="single" w:color="#000000"/>
              <w:top w:sz="4.7999999999999545" w:val="single" w:color="#000000"/>
              <w:end w:sz="4.800000000000182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72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Устный опрос;</w:t>
            </w:r>
          </w:p>
        </w:tc>
      </w:tr>
      <w:tr>
        <w:trPr>
          <w:trHeight w:hRule="exact" w:val="828"/>
        </w:trPr>
        <w:tc>
          <w:tcPr>
            <w:tcW w:type="dxa" w:w="504"/>
            <w:tcBorders>
              <w:start w:sz="4.800000000000011" w:val="single" w:color="#000000"/>
              <w:top w:sz="4.800000000000182" w:val="single" w:color="#000000"/>
              <w:end w:sz="4.800000000000011" w:val="single" w:color="#000000"/>
              <w:bottom w:sz="4.7999999999999545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72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3.</w:t>
            </w:r>
          </w:p>
        </w:tc>
        <w:tc>
          <w:tcPr>
            <w:tcW w:type="dxa" w:w="2966"/>
            <w:tcBorders>
              <w:start w:sz="4.800000000000011" w:val="single" w:color="#000000"/>
              <w:top w:sz="4.800000000000182" w:val="single" w:color="#000000"/>
              <w:end w:sz="4.0" w:val="single" w:color="#000000"/>
              <w:bottom w:sz="4.7999999999999545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62" w:lineRule="auto" w:before="98" w:after="0"/>
              <w:ind w:left="72" w:right="288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 xml:space="preserve">Что мы знаем о народах </w:t>
            </w: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России?</w:t>
            </w:r>
          </w:p>
        </w:tc>
        <w:tc>
          <w:tcPr>
            <w:tcW w:type="dxa" w:w="732"/>
            <w:tcBorders>
              <w:start w:sz="4.0" w:val="single" w:color="#000000"/>
              <w:top w:sz="4.800000000000182" w:val="single" w:color="#000000"/>
              <w:end w:sz="4.7999999999999545" w:val="single" w:color="#000000"/>
              <w:bottom w:sz="4.7999999999999545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74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1</w:t>
            </w:r>
          </w:p>
        </w:tc>
        <w:tc>
          <w:tcPr>
            <w:tcW w:type="dxa" w:w="1620"/>
            <w:tcBorders>
              <w:start w:sz="4.7999999999999545" w:val="single" w:color="#000000"/>
              <w:top w:sz="4.800000000000182" w:val="single" w:color="#000000"/>
              <w:end w:sz="4.800000000000182" w:val="single" w:color="#000000"/>
              <w:bottom w:sz="4.7999999999999545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72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0</w:t>
            </w:r>
          </w:p>
        </w:tc>
        <w:tc>
          <w:tcPr>
            <w:tcW w:type="dxa" w:w="1668"/>
            <w:tcBorders>
              <w:start w:sz="4.800000000000182" w:val="single" w:color="#000000"/>
              <w:top w:sz="4.800000000000182" w:val="single" w:color="#000000"/>
              <w:end w:sz="4.799999999999727" w:val="single" w:color="#000000"/>
              <w:bottom w:sz="4.7999999999999545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72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1</w:t>
            </w:r>
          </w:p>
        </w:tc>
        <w:tc>
          <w:tcPr>
            <w:tcW w:type="dxa" w:w="1236"/>
            <w:tcBorders>
              <w:start w:sz="4.799999999999727" w:val="single" w:color="#000000"/>
              <w:top w:sz="4.800000000000182" w:val="single" w:color="#000000"/>
              <w:end w:sz="4.799999999999727" w:val="single" w:color="#000000"/>
              <w:bottom w:sz="4.7999999999999545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0" w:right="0" w:firstLine="0"/>
              <w:jc w:val="center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09.09.2022</w:t>
            </w:r>
          </w:p>
        </w:tc>
        <w:tc>
          <w:tcPr>
            <w:tcW w:type="dxa" w:w="1826"/>
            <w:tcBorders>
              <w:start w:sz="4.799999999999727" w:val="single" w:color="#000000"/>
              <w:top w:sz="4.800000000000182" w:val="single" w:color="#000000"/>
              <w:end w:sz="4.800000000000182" w:val="single" w:color="#000000"/>
              <w:bottom w:sz="4.7999999999999545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62" w:lineRule="auto" w:before="98" w:after="0"/>
              <w:ind w:left="72" w:right="288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 xml:space="preserve">Практическая </w:t>
            </w: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работа;</w:t>
            </w:r>
          </w:p>
        </w:tc>
      </w:tr>
      <w:tr>
        <w:trPr>
          <w:trHeight w:hRule="exact" w:val="828"/>
        </w:trPr>
        <w:tc>
          <w:tcPr>
            <w:tcW w:type="dxa" w:w="504"/>
            <w:tcBorders>
              <w:start w:sz="4.800000000000011" w:val="single" w:color="#000000"/>
              <w:top w:sz="4.7999999999999545" w:val="single" w:color="#000000"/>
              <w:end w:sz="4.800000000000011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72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4.</w:t>
            </w:r>
          </w:p>
        </w:tc>
        <w:tc>
          <w:tcPr>
            <w:tcW w:type="dxa" w:w="2966"/>
            <w:tcBorders>
              <w:start w:sz="4.800000000000011" w:val="single" w:color="#000000"/>
              <w:top w:sz="4.7999999999999545" w:val="single" w:color="#000000"/>
              <w:end w:sz="4.0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72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Что мы знаем о Москве?</w:t>
            </w:r>
          </w:p>
        </w:tc>
        <w:tc>
          <w:tcPr>
            <w:tcW w:type="dxa" w:w="732"/>
            <w:tcBorders>
              <w:start w:sz="4.0" w:val="single" w:color="#000000"/>
              <w:top w:sz="4.7999999999999545" w:val="single" w:color="#000000"/>
              <w:end w:sz="4.7999999999999545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74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1</w:t>
            </w:r>
          </w:p>
        </w:tc>
        <w:tc>
          <w:tcPr>
            <w:tcW w:type="dxa" w:w="1620"/>
            <w:tcBorders>
              <w:start w:sz="4.7999999999999545" w:val="single" w:color="#000000"/>
              <w:top w:sz="4.7999999999999545" w:val="single" w:color="#000000"/>
              <w:end w:sz="4.800000000000182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72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0</w:t>
            </w:r>
          </w:p>
        </w:tc>
        <w:tc>
          <w:tcPr>
            <w:tcW w:type="dxa" w:w="1668"/>
            <w:tcBorders>
              <w:start w:sz="4.800000000000182" w:val="single" w:color="#000000"/>
              <w:top w:sz="4.7999999999999545" w:val="single" w:color="#000000"/>
              <w:end w:sz="4.799999999999727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72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1</w:t>
            </w:r>
          </w:p>
        </w:tc>
        <w:tc>
          <w:tcPr>
            <w:tcW w:type="dxa" w:w="1236"/>
            <w:tcBorders>
              <w:start w:sz="4.799999999999727" w:val="single" w:color="#000000"/>
              <w:top w:sz="4.7999999999999545" w:val="single" w:color="#000000"/>
              <w:end w:sz="4.799999999999727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0" w:right="0" w:firstLine="0"/>
              <w:jc w:val="center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13.09.2022</w:t>
            </w:r>
          </w:p>
        </w:tc>
        <w:tc>
          <w:tcPr>
            <w:tcW w:type="dxa" w:w="1826"/>
            <w:tcBorders>
              <w:start w:sz="4.799999999999727" w:val="single" w:color="#000000"/>
              <w:top w:sz="4.7999999999999545" w:val="single" w:color="#000000"/>
              <w:end w:sz="4.800000000000182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62" w:lineRule="auto" w:before="98" w:after="0"/>
              <w:ind w:left="72" w:right="288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 xml:space="preserve">Практическая </w:t>
            </w: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работа;</w:t>
            </w:r>
          </w:p>
        </w:tc>
      </w:tr>
      <w:tr>
        <w:trPr>
          <w:trHeight w:hRule="exact" w:val="1164"/>
        </w:trPr>
        <w:tc>
          <w:tcPr>
            <w:tcW w:type="dxa" w:w="504"/>
            <w:tcBorders>
              <w:start w:sz="4.800000000000011" w:val="single" w:color="#000000"/>
              <w:top w:sz="4.800000000000182" w:val="single" w:color="#000000"/>
              <w:end w:sz="4.800000000000011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72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5.</w:t>
            </w:r>
          </w:p>
        </w:tc>
        <w:tc>
          <w:tcPr>
            <w:tcW w:type="dxa" w:w="2966"/>
            <w:tcBorders>
              <w:start w:sz="4.800000000000011" w:val="single" w:color="#000000"/>
              <w:top w:sz="4.800000000000182" w:val="single" w:color="#000000"/>
              <w:end w:sz="4.0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62" w:lineRule="auto" w:before="98" w:after="0"/>
              <w:ind w:left="72" w:right="72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 xml:space="preserve">Проект «Моя малая </w:t>
            </w: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Родина».</w:t>
            </w:r>
          </w:p>
        </w:tc>
        <w:tc>
          <w:tcPr>
            <w:tcW w:type="dxa" w:w="732"/>
            <w:tcBorders>
              <w:start w:sz="4.0" w:val="single" w:color="#000000"/>
              <w:top w:sz="4.800000000000182" w:val="single" w:color="#000000"/>
              <w:end w:sz="4.7999999999999545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74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1</w:t>
            </w:r>
          </w:p>
        </w:tc>
        <w:tc>
          <w:tcPr>
            <w:tcW w:type="dxa" w:w="1620"/>
            <w:tcBorders>
              <w:start w:sz="4.7999999999999545" w:val="single" w:color="#000000"/>
              <w:top w:sz="4.800000000000182" w:val="single" w:color="#000000"/>
              <w:end w:sz="4.800000000000182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72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0</w:t>
            </w:r>
          </w:p>
        </w:tc>
        <w:tc>
          <w:tcPr>
            <w:tcW w:type="dxa" w:w="1668"/>
            <w:tcBorders>
              <w:start w:sz="4.800000000000182" w:val="single" w:color="#000000"/>
              <w:top w:sz="4.800000000000182" w:val="single" w:color="#000000"/>
              <w:end w:sz="4.799999999999727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72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1</w:t>
            </w:r>
          </w:p>
        </w:tc>
        <w:tc>
          <w:tcPr>
            <w:tcW w:type="dxa" w:w="1236"/>
            <w:tcBorders>
              <w:start w:sz="4.799999999999727" w:val="single" w:color="#000000"/>
              <w:top w:sz="4.800000000000182" w:val="single" w:color="#000000"/>
              <w:end w:sz="4.799999999999727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0" w:right="0" w:firstLine="0"/>
              <w:jc w:val="center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16.09.2022</w:t>
            </w:r>
          </w:p>
        </w:tc>
        <w:tc>
          <w:tcPr>
            <w:tcW w:type="dxa" w:w="1826"/>
            <w:tcBorders>
              <w:start w:sz="4.799999999999727" w:val="single" w:color="#000000"/>
              <w:top w:sz="4.800000000000182" w:val="single" w:color="#000000"/>
              <w:end w:sz="4.800000000000182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71" w:lineRule="auto" w:before="98" w:after="0"/>
              <w:ind w:left="72" w:right="144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 xml:space="preserve">Практическая </w:t>
            </w: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 xml:space="preserve">работа; </w:t>
            </w:r>
            <w:r>
              <w:br/>
            </w: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Тестирование;</w:t>
            </w:r>
          </w:p>
        </w:tc>
      </w:tr>
      <w:tr>
        <w:trPr>
          <w:trHeight w:hRule="exact" w:val="828"/>
        </w:trPr>
        <w:tc>
          <w:tcPr>
            <w:tcW w:type="dxa" w:w="504"/>
            <w:tcBorders>
              <w:start w:sz="4.800000000000011" w:val="single" w:color="#000000"/>
              <w:top w:sz="4.800000000000182" w:val="single" w:color="#000000"/>
              <w:end w:sz="4.800000000000011" w:val="single" w:color="#000000"/>
              <w:bottom w:sz="4.799999999999727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72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6.</w:t>
            </w:r>
          </w:p>
        </w:tc>
        <w:tc>
          <w:tcPr>
            <w:tcW w:type="dxa" w:w="2966"/>
            <w:tcBorders>
              <w:start w:sz="4.800000000000011" w:val="single" w:color="#000000"/>
              <w:top w:sz="4.800000000000182" w:val="single" w:color="#000000"/>
              <w:end w:sz="4.0" w:val="single" w:color="#000000"/>
              <w:bottom w:sz="4.799999999999727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72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Что у нас над головой?</w:t>
            </w:r>
          </w:p>
        </w:tc>
        <w:tc>
          <w:tcPr>
            <w:tcW w:type="dxa" w:w="732"/>
            <w:tcBorders>
              <w:start w:sz="4.0" w:val="single" w:color="#000000"/>
              <w:top w:sz="4.800000000000182" w:val="single" w:color="#000000"/>
              <w:end w:sz="4.7999999999999545" w:val="single" w:color="#000000"/>
              <w:bottom w:sz="4.799999999999727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74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1</w:t>
            </w:r>
          </w:p>
        </w:tc>
        <w:tc>
          <w:tcPr>
            <w:tcW w:type="dxa" w:w="1620"/>
            <w:tcBorders>
              <w:start w:sz="4.7999999999999545" w:val="single" w:color="#000000"/>
              <w:top w:sz="4.800000000000182" w:val="single" w:color="#000000"/>
              <w:end w:sz="4.800000000000182" w:val="single" w:color="#000000"/>
              <w:bottom w:sz="4.799999999999727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72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0</w:t>
            </w:r>
          </w:p>
        </w:tc>
        <w:tc>
          <w:tcPr>
            <w:tcW w:type="dxa" w:w="1668"/>
            <w:tcBorders>
              <w:start w:sz="4.800000000000182" w:val="single" w:color="#000000"/>
              <w:top w:sz="4.800000000000182" w:val="single" w:color="#000000"/>
              <w:end w:sz="4.799999999999727" w:val="single" w:color="#000000"/>
              <w:bottom w:sz="4.799999999999727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72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1</w:t>
            </w:r>
          </w:p>
        </w:tc>
        <w:tc>
          <w:tcPr>
            <w:tcW w:type="dxa" w:w="1236"/>
            <w:tcBorders>
              <w:start w:sz="4.799999999999727" w:val="single" w:color="#000000"/>
              <w:top w:sz="4.800000000000182" w:val="single" w:color="#000000"/>
              <w:end w:sz="4.799999999999727" w:val="single" w:color="#000000"/>
              <w:bottom w:sz="4.799999999999727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0" w:right="0" w:firstLine="0"/>
              <w:jc w:val="center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20.09.2022</w:t>
            </w:r>
          </w:p>
        </w:tc>
        <w:tc>
          <w:tcPr>
            <w:tcW w:type="dxa" w:w="1826"/>
            <w:tcBorders>
              <w:start w:sz="4.799999999999727" w:val="single" w:color="#000000"/>
              <w:top w:sz="4.800000000000182" w:val="single" w:color="#000000"/>
              <w:end w:sz="4.800000000000182" w:val="single" w:color="#000000"/>
              <w:bottom w:sz="4.799999999999727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62" w:lineRule="auto" w:before="98" w:after="0"/>
              <w:ind w:left="72" w:right="288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 xml:space="preserve">Практическая </w:t>
            </w: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работа;</w:t>
            </w:r>
          </w:p>
        </w:tc>
      </w:tr>
      <w:tr>
        <w:trPr>
          <w:trHeight w:hRule="exact" w:val="1500"/>
        </w:trPr>
        <w:tc>
          <w:tcPr>
            <w:tcW w:type="dxa" w:w="504"/>
            <w:tcBorders>
              <w:start w:sz="4.800000000000011" w:val="single" w:color="#000000"/>
              <w:top w:sz="4.799999999999727" w:val="single" w:color="#000000"/>
              <w:end w:sz="4.800000000000011" w:val="single" w:color="#000000"/>
              <w:bottom w:sz="4.799999999999727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72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7.</w:t>
            </w:r>
          </w:p>
        </w:tc>
        <w:tc>
          <w:tcPr>
            <w:tcW w:type="dxa" w:w="2966"/>
            <w:tcBorders>
              <w:start w:sz="4.800000000000011" w:val="single" w:color="#000000"/>
              <w:top w:sz="4.799999999999727" w:val="single" w:color="#000000"/>
              <w:end w:sz="4.0" w:val="single" w:color="#000000"/>
              <w:bottom w:sz="4.799999999999727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76" w:lineRule="auto" w:before="98" w:after="0"/>
              <w:ind w:left="72" w:right="576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 xml:space="preserve">Что у нас под ногами? </w:t>
            </w: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Практическая работа</w:t>
            </w: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 xml:space="preserve">«Распознавание видов </w:t>
            </w: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камней».</w:t>
            </w:r>
          </w:p>
        </w:tc>
        <w:tc>
          <w:tcPr>
            <w:tcW w:type="dxa" w:w="732"/>
            <w:tcBorders>
              <w:start w:sz="4.0" w:val="single" w:color="#000000"/>
              <w:top w:sz="4.799999999999727" w:val="single" w:color="#000000"/>
              <w:end w:sz="4.7999999999999545" w:val="single" w:color="#000000"/>
              <w:bottom w:sz="4.799999999999727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74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1</w:t>
            </w:r>
          </w:p>
        </w:tc>
        <w:tc>
          <w:tcPr>
            <w:tcW w:type="dxa" w:w="1620"/>
            <w:tcBorders>
              <w:start w:sz="4.7999999999999545" w:val="single" w:color="#000000"/>
              <w:top w:sz="4.799999999999727" w:val="single" w:color="#000000"/>
              <w:end w:sz="4.800000000000182" w:val="single" w:color="#000000"/>
              <w:bottom w:sz="4.799999999999727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72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0</w:t>
            </w:r>
          </w:p>
        </w:tc>
        <w:tc>
          <w:tcPr>
            <w:tcW w:type="dxa" w:w="1668"/>
            <w:tcBorders>
              <w:start w:sz="4.800000000000182" w:val="single" w:color="#000000"/>
              <w:top w:sz="4.799999999999727" w:val="single" w:color="#000000"/>
              <w:end w:sz="4.799999999999727" w:val="single" w:color="#000000"/>
              <w:bottom w:sz="4.799999999999727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72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1</w:t>
            </w:r>
          </w:p>
        </w:tc>
        <w:tc>
          <w:tcPr>
            <w:tcW w:type="dxa" w:w="1236"/>
            <w:tcBorders>
              <w:start w:sz="4.799999999999727" w:val="single" w:color="#000000"/>
              <w:top w:sz="4.799999999999727" w:val="single" w:color="#000000"/>
              <w:end w:sz="4.799999999999727" w:val="single" w:color="#000000"/>
              <w:bottom w:sz="4.799999999999727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0" w:right="0" w:firstLine="0"/>
              <w:jc w:val="center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23.09.2022</w:t>
            </w:r>
          </w:p>
        </w:tc>
        <w:tc>
          <w:tcPr>
            <w:tcW w:type="dxa" w:w="1826"/>
            <w:tcBorders>
              <w:start w:sz="4.799999999999727" w:val="single" w:color="#000000"/>
              <w:top w:sz="4.799999999999727" w:val="single" w:color="#000000"/>
              <w:end w:sz="4.800000000000182" w:val="single" w:color="#000000"/>
              <w:bottom w:sz="4.799999999999727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62" w:lineRule="auto" w:before="98" w:after="0"/>
              <w:ind w:left="72" w:right="288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 xml:space="preserve">Практическая </w:t>
            </w: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работа;</w:t>
            </w:r>
          </w:p>
        </w:tc>
      </w:tr>
      <w:tr>
        <w:trPr>
          <w:trHeight w:hRule="exact" w:val="1500"/>
        </w:trPr>
        <w:tc>
          <w:tcPr>
            <w:tcW w:type="dxa" w:w="504"/>
            <w:tcBorders>
              <w:start w:sz="4.800000000000011" w:val="single" w:color="#000000"/>
              <w:top w:sz="4.799999999999727" w:val="single" w:color="#000000"/>
              <w:end w:sz="4.800000000000011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72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8.</w:t>
            </w:r>
          </w:p>
        </w:tc>
        <w:tc>
          <w:tcPr>
            <w:tcW w:type="dxa" w:w="2966"/>
            <w:tcBorders>
              <w:start w:sz="4.800000000000011" w:val="single" w:color="#000000"/>
              <w:top w:sz="4.799999999999727" w:val="single" w:color="#000000"/>
              <w:end w:sz="4.0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76" w:lineRule="auto" w:before="98" w:after="0"/>
              <w:ind w:left="72" w:right="288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 xml:space="preserve">Что общего у разных </w:t>
            </w:r>
            <w:r>
              <w:br/>
            </w: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 xml:space="preserve">растений? Практическая </w:t>
            </w: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 xml:space="preserve">работа «Распознавание </w:t>
            </w: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частей растений»</w:t>
            </w:r>
          </w:p>
        </w:tc>
        <w:tc>
          <w:tcPr>
            <w:tcW w:type="dxa" w:w="732"/>
            <w:tcBorders>
              <w:start w:sz="4.0" w:val="single" w:color="#000000"/>
              <w:top w:sz="4.799999999999727" w:val="single" w:color="#000000"/>
              <w:end w:sz="4.7999999999999545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74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1</w:t>
            </w:r>
          </w:p>
        </w:tc>
        <w:tc>
          <w:tcPr>
            <w:tcW w:type="dxa" w:w="1620"/>
            <w:tcBorders>
              <w:start w:sz="4.7999999999999545" w:val="single" w:color="#000000"/>
              <w:top w:sz="4.799999999999727" w:val="single" w:color="#000000"/>
              <w:end w:sz="4.800000000000182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72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0</w:t>
            </w:r>
          </w:p>
        </w:tc>
        <w:tc>
          <w:tcPr>
            <w:tcW w:type="dxa" w:w="1668"/>
            <w:tcBorders>
              <w:start w:sz="4.800000000000182" w:val="single" w:color="#000000"/>
              <w:top w:sz="4.799999999999727" w:val="single" w:color="#000000"/>
              <w:end w:sz="4.799999999999727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72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1</w:t>
            </w:r>
          </w:p>
        </w:tc>
        <w:tc>
          <w:tcPr>
            <w:tcW w:type="dxa" w:w="1236"/>
            <w:tcBorders>
              <w:start w:sz="4.799999999999727" w:val="single" w:color="#000000"/>
              <w:top w:sz="4.799999999999727" w:val="single" w:color="#000000"/>
              <w:end w:sz="4.799999999999727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0" w:right="0" w:firstLine="0"/>
              <w:jc w:val="center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27.09.2022</w:t>
            </w:r>
          </w:p>
        </w:tc>
        <w:tc>
          <w:tcPr>
            <w:tcW w:type="dxa" w:w="1826"/>
            <w:tcBorders>
              <w:start w:sz="4.799999999999727" w:val="single" w:color="#000000"/>
              <w:top w:sz="4.799999999999727" w:val="single" w:color="#000000"/>
              <w:end w:sz="4.800000000000182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62" w:lineRule="auto" w:before="98" w:after="0"/>
              <w:ind w:left="72" w:right="288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 xml:space="preserve">Практическая </w:t>
            </w: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работа;</w:t>
            </w:r>
          </w:p>
        </w:tc>
      </w:tr>
      <w:tr>
        <w:trPr>
          <w:trHeight w:hRule="exact" w:val="1838"/>
        </w:trPr>
        <w:tc>
          <w:tcPr>
            <w:tcW w:type="dxa" w:w="504"/>
            <w:tcBorders>
              <w:start w:sz="4.800000000000011" w:val="single" w:color="#000000"/>
              <w:top w:sz="4.800000000000182" w:val="single" w:color="#000000"/>
              <w:end w:sz="4.800000000000011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72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9.</w:t>
            </w:r>
          </w:p>
        </w:tc>
        <w:tc>
          <w:tcPr>
            <w:tcW w:type="dxa" w:w="2966"/>
            <w:tcBorders>
              <w:start w:sz="4.800000000000011" w:val="single" w:color="#000000"/>
              <w:top w:sz="4.800000000000182" w:val="single" w:color="#000000"/>
              <w:end w:sz="4.0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62" w:lineRule="auto" w:before="98" w:after="0"/>
              <w:ind w:left="0" w:right="1440" w:firstLine="0"/>
              <w:jc w:val="center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 xml:space="preserve">Что растет на </w:t>
            </w:r>
            <w:r>
              <w:br/>
            </w: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подоконнике?</w:t>
            </w:r>
          </w:p>
          <w:p>
            <w:pPr>
              <w:autoSpaceDN w:val="0"/>
              <w:autoSpaceDE w:val="0"/>
              <w:widowControl/>
              <w:spacing w:line="271" w:lineRule="auto" w:before="72" w:after="0"/>
              <w:ind w:left="72" w:right="576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Практическая работа</w:t>
            </w: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 xml:space="preserve">«Распознавание </w:t>
            </w:r>
            <w:r>
              <w:br/>
            </w: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комнатных растений»</w:t>
            </w:r>
          </w:p>
        </w:tc>
        <w:tc>
          <w:tcPr>
            <w:tcW w:type="dxa" w:w="732"/>
            <w:tcBorders>
              <w:start w:sz="4.0" w:val="single" w:color="#000000"/>
              <w:top w:sz="4.800000000000182" w:val="single" w:color="#000000"/>
              <w:end w:sz="4.7999999999999545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74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1</w:t>
            </w:r>
          </w:p>
        </w:tc>
        <w:tc>
          <w:tcPr>
            <w:tcW w:type="dxa" w:w="1620"/>
            <w:tcBorders>
              <w:start w:sz="4.7999999999999545" w:val="single" w:color="#000000"/>
              <w:top w:sz="4.800000000000182" w:val="single" w:color="#000000"/>
              <w:end w:sz="4.800000000000182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72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0</w:t>
            </w:r>
          </w:p>
        </w:tc>
        <w:tc>
          <w:tcPr>
            <w:tcW w:type="dxa" w:w="1668"/>
            <w:tcBorders>
              <w:start w:sz="4.800000000000182" w:val="single" w:color="#000000"/>
              <w:top w:sz="4.800000000000182" w:val="single" w:color="#000000"/>
              <w:end w:sz="4.799999999999727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72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1</w:t>
            </w:r>
          </w:p>
        </w:tc>
        <w:tc>
          <w:tcPr>
            <w:tcW w:type="dxa" w:w="1236"/>
            <w:tcBorders>
              <w:start w:sz="4.799999999999727" w:val="single" w:color="#000000"/>
              <w:top w:sz="4.800000000000182" w:val="single" w:color="#000000"/>
              <w:end w:sz="4.799999999999727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72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 xml:space="preserve">30.09.2022 </w:t>
            </w:r>
          </w:p>
        </w:tc>
        <w:tc>
          <w:tcPr>
            <w:tcW w:type="dxa" w:w="1826"/>
            <w:tcBorders>
              <w:start w:sz="4.799999999999727" w:val="single" w:color="#000000"/>
              <w:top w:sz="4.800000000000182" w:val="single" w:color="#000000"/>
              <w:end w:sz="4.800000000000182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tabs>
                <w:tab w:pos="156" w:val="left"/>
              </w:tabs>
              <w:autoSpaceDE w:val="0"/>
              <w:widowControl/>
              <w:spacing w:line="262" w:lineRule="auto" w:before="98" w:after="0"/>
              <w:ind w:left="0" w:right="288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 xml:space="preserve"> Практическая </w:t>
            </w:r>
            <w:r>
              <w:tab/>
            </w: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работа;</w:t>
            </w:r>
          </w:p>
        </w:tc>
      </w:tr>
      <w:tr>
        <w:trPr>
          <w:trHeight w:hRule="exact" w:val="1500"/>
        </w:trPr>
        <w:tc>
          <w:tcPr>
            <w:tcW w:type="dxa" w:w="504"/>
            <w:tcBorders>
              <w:start w:sz="4.800000000000011" w:val="single" w:color="#000000"/>
              <w:top w:sz="4.800000000000182" w:val="single" w:color="#000000"/>
              <w:end w:sz="4.800000000000011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0" w:right="0" w:firstLine="0"/>
              <w:jc w:val="center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10.</w:t>
            </w:r>
          </w:p>
        </w:tc>
        <w:tc>
          <w:tcPr>
            <w:tcW w:type="dxa" w:w="2966"/>
            <w:tcBorders>
              <w:start w:sz="4.800000000000011" w:val="single" w:color="#000000"/>
              <w:top w:sz="4.800000000000182" w:val="single" w:color="#000000"/>
              <w:end w:sz="4.0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72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Что растет на клумбе?</w:t>
            </w:r>
          </w:p>
          <w:p>
            <w:pPr>
              <w:autoSpaceDN w:val="0"/>
              <w:autoSpaceDE w:val="0"/>
              <w:widowControl/>
              <w:spacing w:line="271" w:lineRule="auto" w:before="70" w:after="0"/>
              <w:ind w:left="72" w:right="144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Практическая работа</w:t>
            </w:r>
            <w:r>
              <w:br/>
            </w: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 xml:space="preserve">«Распознавание растений </w:t>
            </w: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цветника»</w:t>
            </w:r>
          </w:p>
        </w:tc>
        <w:tc>
          <w:tcPr>
            <w:tcW w:type="dxa" w:w="732"/>
            <w:tcBorders>
              <w:start w:sz="4.0" w:val="single" w:color="#000000"/>
              <w:top w:sz="4.800000000000182" w:val="single" w:color="#000000"/>
              <w:end w:sz="4.7999999999999545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74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1</w:t>
            </w:r>
          </w:p>
        </w:tc>
        <w:tc>
          <w:tcPr>
            <w:tcW w:type="dxa" w:w="1620"/>
            <w:tcBorders>
              <w:start w:sz="4.7999999999999545" w:val="single" w:color="#000000"/>
              <w:top w:sz="4.800000000000182" w:val="single" w:color="#000000"/>
              <w:end w:sz="4.800000000000182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72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0</w:t>
            </w:r>
          </w:p>
        </w:tc>
        <w:tc>
          <w:tcPr>
            <w:tcW w:type="dxa" w:w="1668"/>
            <w:tcBorders>
              <w:start w:sz="4.800000000000182" w:val="single" w:color="#000000"/>
              <w:top w:sz="4.800000000000182" w:val="single" w:color="#000000"/>
              <w:end w:sz="4.799999999999727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72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1</w:t>
            </w:r>
          </w:p>
        </w:tc>
        <w:tc>
          <w:tcPr>
            <w:tcW w:type="dxa" w:w="1236"/>
            <w:tcBorders>
              <w:start w:sz="4.799999999999727" w:val="single" w:color="#000000"/>
              <w:top w:sz="4.800000000000182" w:val="single" w:color="#000000"/>
              <w:end w:sz="4.799999999999727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0" w:right="0" w:firstLine="0"/>
              <w:jc w:val="center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04.10.2022</w:t>
            </w:r>
          </w:p>
        </w:tc>
        <w:tc>
          <w:tcPr>
            <w:tcW w:type="dxa" w:w="1826"/>
            <w:tcBorders>
              <w:start w:sz="4.799999999999727" w:val="single" w:color="#000000"/>
              <w:top w:sz="4.800000000000182" w:val="single" w:color="#000000"/>
              <w:end w:sz="4.800000000000182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71" w:lineRule="auto" w:before="98" w:after="0"/>
              <w:ind w:left="72" w:right="144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 xml:space="preserve">Практическая </w:t>
            </w: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 xml:space="preserve">работа; </w:t>
            </w:r>
            <w:r>
              <w:br/>
            </w: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Устный опрос;</w:t>
            </w:r>
          </w:p>
        </w:tc>
      </w:tr>
      <w:tr>
        <w:trPr>
          <w:trHeight w:hRule="exact" w:val="1480"/>
        </w:trPr>
        <w:tc>
          <w:tcPr>
            <w:tcW w:type="dxa" w:w="504"/>
            <w:tcBorders>
              <w:start w:sz="4.800000000000011" w:val="single" w:color="#000000"/>
              <w:top w:sz="4.800000000000182" w:val="single" w:color="#000000"/>
              <w:end w:sz="4.800000000000011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0" w:right="0" w:firstLine="0"/>
              <w:jc w:val="center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11.</w:t>
            </w:r>
          </w:p>
        </w:tc>
        <w:tc>
          <w:tcPr>
            <w:tcW w:type="dxa" w:w="2966"/>
            <w:tcBorders>
              <w:start w:sz="4.800000000000011" w:val="single" w:color="#000000"/>
              <w:top w:sz="4.800000000000182" w:val="single" w:color="#000000"/>
              <w:end w:sz="4.0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72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Что это за листья?</w:t>
            </w:r>
          </w:p>
          <w:p>
            <w:pPr>
              <w:autoSpaceDN w:val="0"/>
              <w:autoSpaceDE w:val="0"/>
              <w:widowControl/>
              <w:spacing w:line="271" w:lineRule="auto" w:before="70" w:after="0"/>
              <w:ind w:left="72" w:right="432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Практическая работа</w:t>
            </w: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 xml:space="preserve">«Распознавание </w:t>
            </w:r>
            <w:r>
              <w:br/>
            </w: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лиственных растений»</w:t>
            </w:r>
          </w:p>
        </w:tc>
        <w:tc>
          <w:tcPr>
            <w:tcW w:type="dxa" w:w="732"/>
            <w:tcBorders>
              <w:start w:sz="4.0" w:val="single" w:color="#000000"/>
              <w:top w:sz="4.800000000000182" w:val="single" w:color="#000000"/>
              <w:end w:sz="4.7999999999999545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74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1</w:t>
            </w:r>
          </w:p>
        </w:tc>
        <w:tc>
          <w:tcPr>
            <w:tcW w:type="dxa" w:w="1620"/>
            <w:tcBorders>
              <w:start w:sz="4.7999999999999545" w:val="single" w:color="#000000"/>
              <w:top w:sz="4.800000000000182" w:val="single" w:color="#000000"/>
              <w:end w:sz="4.800000000000182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72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0</w:t>
            </w:r>
          </w:p>
        </w:tc>
        <w:tc>
          <w:tcPr>
            <w:tcW w:type="dxa" w:w="1668"/>
            <w:tcBorders>
              <w:start w:sz="4.800000000000182" w:val="single" w:color="#000000"/>
              <w:top w:sz="4.800000000000182" w:val="single" w:color="#000000"/>
              <w:end w:sz="4.799999999999727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72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1</w:t>
            </w:r>
          </w:p>
        </w:tc>
        <w:tc>
          <w:tcPr>
            <w:tcW w:type="dxa" w:w="1236"/>
            <w:tcBorders>
              <w:start w:sz="4.799999999999727" w:val="single" w:color="#000000"/>
              <w:top w:sz="4.800000000000182" w:val="single" w:color="#000000"/>
              <w:end w:sz="4.799999999999727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0" w:right="0" w:firstLine="0"/>
              <w:jc w:val="center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07.10.2022</w:t>
            </w:r>
          </w:p>
        </w:tc>
        <w:tc>
          <w:tcPr>
            <w:tcW w:type="dxa" w:w="1826"/>
            <w:tcBorders>
              <w:start w:sz="4.799999999999727" w:val="single" w:color="#000000"/>
              <w:top w:sz="4.800000000000182" w:val="single" w:color="#000000"/>
              <w:end w:sz="4.800000000000182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71" w:lineRule="auto" w:before="98" w:after="0"/>
              <w:ind w:left="72" w:right="144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 xml:space="preserve">Устный опрос; </w:t>
            </w: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 xml:space="preserve">Практическая </w:t>
            </w: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работа;</w:t>
            </w:r>
          </w:p>
        </w:tc>
      </w:tr>
    </w:tbl>
    <w:p>
      <w:pPr>
        <w:autoSpaceDN w:val="0"/>
        <w:autoSpaceDE w:val="0"/>
        <w:widowControl/>
        <w:spacing w:line="14" w:lineRule="exact" w:before="0" w:after="0"/>
        <w:ind w:left="0" w:right="0"/>
      </w:pPr>
    </w:p>
    <w:p>
      <w:pPr>
        <w:sectPr>
          <w:pgSz w:w="11900" w:h="16840"/>
          <w:pgMar w:top="298" w:right="650" w:bottom="760" w:left="666" w:header="720" w:footer="720" w:gutter="0"/>
          <w:cols w:space="720" w:num="1" w:equalWidth="0">
            <w:col w:w="10584" w:space="0"/>
            <w:col w:w="15534" w:space="0"/>
            <w:col w:w="15534" w:space="0"/>
            <w:col w:w="15534" w:space="0"/>
            <w:col w:w="15534" w:space="0"/>
            <w:col w:w="9974" w:space="0"/>
            <w:col w:w="10584" w:space="0"/>
            <w:col w:w="10264" w:space="0"/>
            <w:col w:w="10584" w:space="0"/>
            <w:col w:w="10586" w:space="0"/>
            <w:col w:w="10258" w:space="0"/>
            <w:col w:w="10584" w:space="0"/>
            <w:col w:w="10468" w:space="0"/>
            <w:col w:w="10584" w:space="0"/>
            <w:col w:w="10284" w:space="0"/>
          </w:cols>
          <w:docGrid w:linePitch="360"/>
        </w:sectPr>
      </w:pPr>
    </w:p>
    <w:p>
      <w:pPr>
        <w:autoSpaceDN w:val="0"/>
        <w:autoSpaceDE w:val="0"/>
        <w:widowControl/>
        <w:spacing w:line="220" w:lineRule="exact" w:before="0" w:after="66"/>
        <w:ind w:left="0" w:right="0"/>
      </w:pPr>
    </w:p>
    <w:tbl>
      <w:tblPr>
        <w:tblW w:type="auto" w:w="0"/>
        <w:tblLayout w:type="fixed"/>
        <w:tblLook w:firstColumn="1" w:firstRow="1" w:lastColumn="0" w:lastRow="0" w:noHBand="0" w:noVBand="1" w:val="04A0"/>
        <w:tblInd w:w="6.000000000000085" w:type="dxa"/>
      </w:tblPr>
      <w:tblGrid>
        <w:gridCol w:w="1512"/>
        <w:gridCol w:w="1512"/>
        <w:gridCol w:w="1512"/>
        <w:gridCol w:w="1512"/>
        <w:gridCol w:w="1512"/>
        <w:gridCol w:w="1512"/>
        <w:gridCol w:w="1512"/>
      </w:tblGrid>
      <w:tr>
        <w:trPr>
          <w:trHeight w:hRule="exact" w:val="1500"/>
        </w:trPr>
        <w:tc>
          <w:tcPr>
            <w:tcW w:type="dxa" w:w="504"/>
            <w:tcBorders>
              <w:start w:sz="4.800000000000011" w:val="single" w:color="#000000"/>
              <w:top w:sz="4.800000000000011" w:val="single" w:color="#000000"/>
              <w:end w:sz="4.800000000000011" w:val="single" w:color="#000000"/>
              <w:bottom w:sz="4.7999999999999545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0" w:right="0" w:firstLine="0"/>
              <w:jc w:val="center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12.</w:t>
            </w:r>
          </w:p>
        </w:tc>
        <w:tc>
          <w:tcPr>
            <w:tcW w:type="dxa" w:w="2966"/>
            <w:tcBorders>
              <w:start w:sz="4.800000000000011" w:val="single" w:color="#000000"/>
              <w:top w:sz="4.800000000000011" w:val="single" w:color="#000000"/>
              <w:end w:sz="4.0" w:val="single" w:color="#000000"/>
              <w:bottom w:sz="4.7999999999999545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72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Что такое хвоинки?</w:t>
            </w:r>
          </w:p>
          <w:p>
            <w:pPr>
              <w:autoSpaceDN w:val="0"/>
              <w:autoSpaceDE w:val="0"/>
              <w:widowControl/>
              <w:spacing w:line="271" w:lineRule="auto" w:before="70" w:after="0"/>
              <w:ind w:left="72" w:right="288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Практическая работа</w:t>
            </w:r>
            <w:r>
              <w:br/>
            </w: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 xml:space="preserve">«Распознавание хвойных </w:t>
            </w: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растений»</w:t>
            </w:r>
          </w:p>
        </w:tc>
        <w:tc>
          <w:tcPr>
            <w:tcW w:type="dxa" w:w="732"/>
            <w:tcBorders>
              <w:start w:sz="4.0" w:val="single" w:color="#000000"/>
              <w:top w:sz="4.800000000000011" w:val="single" w:color="#000000"/>
              <w:end w:sz="4.7999999999999545" w:val="single" w:color="#000000"/>
              <w:bottom w:sz="4.7999999999999545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74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1</w:t>
            </w:r>
          </w:p>
        </w:tc>
        <w:tc>
          <w:tcPr>
            <w:tcW w:type="dxa" w:w="1620"/>
            <w:tcBorders>
              <w:start w:sz="4.7999999999999545" w:val="single" w:color="#000000"/>
              <w:top w:sz="4.800000000000011" w:val="single" w:color="#000000"/>
              <w:end w:sz="4.800000000000182" w:val="single" w:color="#000000"/>
              <w:bottom w:sz="4.7999999999999545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72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0</w:t>
            </w:r>
          </w:p>
        </w:tc>
        <w:tc>
          <w:tcPr>
            <w:tcW w:type="dxa" w:w="1668"/>
            <w:tcBorders>
              <w:start w:sz="4.800000000000182" w:val="single" w:color="#000000"/>
              <w:top w:sz="4.800000000000011" w:val="single" w:color="#000000"/>
              <w:end w:sz="4.799999999999727" w:val="single" w:color="#000000"/>
              <w:bottom w:sz="4.7999999999999545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72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1</w:t>
            </w:r>
          </w:p>
        </w:tc>
        <w:tc>
          <w:tcPr>
            <w:tcW w:type="dxa" w:w="1236"/>
            <w:tcBorders>
              <w:start w:sz="4.799999999999727" w:val="single" w:color="#000000"/>
              <w:top w:sz="4.800000000000011" w:val="single" w:color="#000000"/>
              <w:end w:sz="4.799999999999727" w:val="single" w:color="#000000"/>
              <w:bottom w:sz="4.7999999999999545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0" w:right="0" w:firstLine="0"/>
              <w:jc w:val="center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11.10.2022</w:t>
            </w:r>
          </w:p>
        </w:tc>
        <w:tc>
          <w:tcPr>
            <w:tcW w:type="dxa" w:w="1826"/>
            <w:tcBorders>
              <w:start w:sz="4.799999999999727" w:val="single" w:color="#000000"/>
              <w:top w:sz="4.800000000000011" w:val="single" w:color="#000000"/>
              <w:end w:sz="4.800000000000182" w:val="single" w:color="#000000"/>
              <w:bottom w:sz="4.7999999999999545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71" w:lineRule="auto" w:before="98" w:after="0"/>
              <w:ind w:left="72" w:right="144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 xml:space="preserve">Практическая </w:t>
            </w: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 xml:space="preserve">работа; </w:t>
            </w:r>
            <w:r>
              <w:br/>
            </w: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Устный опрос;</w:t>
            </w:r>
          </w:p>
        </w:tc>
      </w:tr>
      <w:tr>
        <w:trPr>
          <w:trHeight w:hRule="exact" w:val="1164"/>
        </w:trPr>
        <w:tc>
          <w:tcPr>
            <w:tcW w:type="dxa" w:w="504"/>
            <w:tcBorders>
              <w:start w:sz="4.800000000000011" w:val="single" w:color="#000000"/>
              <w:top w:sz="4.7999999999999545" w:val="single" w:color="#000000"/>
              <w:end w:sz="4.800000000000011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0" w:right="0" w:firstLine="0"/>
              <w:jc w:val="center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13.</w:t>
            </w:r>
          </w:p>
        </w:tc>
        <w:tc>
          <w:tcPr>
            <w:tcW w:type="dxa" w:w="2966"/>
            <w:tcBorders>
              <w:start w:sz="4.800000000000011" w:val="single" w:color="#000000"/>
              <w:top w:sz="4.7999999999999545" w:val="single" w:color="#000000"/>
              <w:end w:sz="4.0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72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Кто такие насекомые?</w:t>
            </w:r>
          </w:p>
        </w:tc>
        <w:tc>
          <w:tcPr>
            <w:tcW w:type="dxa" w:w="732"/>
            <w:tcBorders>
              <w:start w:sz="4.0" w:val="single" w:color="#000000"/>
              <w:top w:sz="4.7999999999999545" w:val="single" w:color="#000000"/>
              <w:end w:sz="4.7999999999999545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74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1</w:t>
            </w:r>
          </w:p>
        </w:tc>
        <w:tc>
          <w:tcPr>
            <w:tcW w:type="dxa" w:w="1620"/>
            <w:tcBorders>
              <w:start w:sz="4.7999999999999545" w:val="single" w:color="#000000"/>
              <w:top w:sz="4.7999999999999545" w:val="single" w:color="#000000"/>
              <w:end w:sz="4.800000000000182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72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0</w:t>
            </w:r>
          </w:p>
        </w:tc>
        <w:tc>
          <w:tcPr>
            <w:tcW w:type="dxa" w:w="1668"/>
            <w:tcBorders>
              <w:start w:sz="4.800000000000182" w:val="single" w:color="#000000"/>
              <w:top w:sz="4.7999999999999545" w:val="single" w:color="#000000"/>
              <w:end w:sz="4.799999999999727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72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1</w:t>
            </w:r>
          </w:p>
        </w:tc>
        <w:tc>
          <w:tcPr>
            <w:tcW w:type="dxa" w:w="1236"/>
            <w:tcBorders>
              <w:start w:sz="4.799999999999727" w:val="single" w:color="#000000"/>
              <w:top w:sz="4.7999999999999545" w:val="single" w:color="#000000"/>
              <w:end w:sz="4.799999999999727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0" w:right="0" w:firstLine="0"/>
              <w:jc w:val="center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14.10.2022</w:t>
            </w:r>
          </w:p>
        </w:tc>
        <w:tc>
          <w:tcPr>
            <w:tcW w:type="dxa" w:w="1826"/>
            <w:tcBorders>
              <w:start w:sz="4.799999999999727" w:val="single" w:color="#000000"/>
              <w:top w:sz="4.7999999999999545" w:val="single" w:color="#000000"/>
              <w:end w:sz="4.800000000000182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71" w:lineRule="auto" w:before="98" w:after="0"/>
              <w:ind w:left="72" w:right="144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 xml:space="preserve">Практическая </w:t>
            </w: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 xml:space="preserve">работа; </w:t>
            </w:r>
            <w:r>
              <w:br/>
            </w: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Устный опрос;</w:t>
            </w:r>
          </w:p>
        </w:tc>
      </w:tr>
      <w:tr>
        <w:trPr>
          <w:trHeight w:hRule="exact" w:val="1164"/>
        </w:trPr>
        <w:tc>
          <w:tcPr>
            <w:tcW w:type="dxa" w:w="504"/>
            <w:tcBorders>
              <w:start w:sz="4.800000000000011" w:val="single" w:color="#000000"/>
              <w:top w:sz="4.800000000000182" w:val="single" w:color="#000000"/>
              <w:end w:sz="4.800000000000011" w:val="single" w:color="#000000"/>
              <w:bottom w:sz="5.599999999999909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0" w:right="0" w:firstLine="0"/>
              <w:jc w:val="center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14.</w:t>
            </w:r>
          </w:p>
        </w:tc>
        <w:tc>
          <w:tcPr>
            <w:tcW w:type="dxa" w:w="2966"/>
            <w:tcBorders>
              <w:start w:sz="4.800000000000011" w:val="single" w:color="#000000"/>
              <w:top w:sz="4.800000000000182" w:val="single" w:color="#000000"/>
              <w:end w:sz="4.0" w:val="single" w:color="#000000"/>
              <w:bottom w:sz="5.599999999999909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72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Кто такие рыбы?</w:t>
            </w:r>
          </w:p>
        </w:tc>
        <w:tc>
          <w:tcPr>
            <w:tcW w:type="dxa" w:w="732"/>
            <w:tcBorders>
              <w:start w:sz="4.0" w:val="single" w:color="#000000"/>
              <w:top w:sz="4.800000000000182" w:val="single" w:color="#000000"/>
              <w:end w:sz="4.7999999999999545" w:val="single" w:color="#000000"/>
              <w:bottom w:sz="5.599999999999909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74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1</w:t>
            </w:r>
          </w:p>
        </w:tc>
        <w:tc>
          <w:tcPr>
            <w:tcW w:type="dxa" w:w="1620"/>
            <w:tcBorders>
              <w:start w:sz="4.7999999999999545" w:val="single" w:color="#000000"/>
              <w:top w:sz="4.800000000000182" w:val="single" w:color="#000000"/>
              <w:end w:sz="4.800000000000182" w:val="single" w:color="#000000"/>
              <w:bottom w:sz="5.599999999999909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72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0</w:t>
            </w:r>
          </w:p>
        </w:tc>
        <w:tc>
          <w:tcPr>
            <w:tcW w:type="dxa" w:w="1668"/>
            <w:tcBorders>
              <w:start w:sz="4.800000000000182" w:val="single" w:color="#000000"/>
              <w:top w:sz="4.800000000000182" w:val="single" w:color="#000000"/>
              <w:end w:sz="4.799999999999727" w:val="single" w:color="#000000"/>
              <w:bottom w:sz="5.599999999999909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72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1</w:t>
            </w:r>
          </w:p>
        </w:tc>
        <w:tc>
          <w:tcPr>
            <w:tcW w:type="dxa" w:w="1236"/>
            <w:tcBorders>
              <w:start w:sz="4.799999999999727" w:val="single" w:color="#000000"/>
              <w:top w:sz="4.800000000000182" w:val="single" w:color="#000000"/>
              <w:end w:sz="4.799999999999727" w:val="single" w:color="#000000"/>
              <w:bottom w:sz="5.599999999999909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0" w:right="0" w:firstLine="0"/>
              <w:jc w:val="center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18.10.2022</w:t>
            </w:r>
          </w:p>
        </w:tc>
        <w:tc>
          <w:tcPr>
            <w:tcW w:type="dxa" w:w="1826"/>
            <w:tcBorders>
              <w:start w:sz="4.799999999999727" w:val="single" w:color="#000000"/>
              <w:top w:sz="4.800000000000182" w:val="single" w:color="#000000"/>
              <w:end w:sz="4.800000000000182" w:val="single" w:color="#000000"/>
              <w:bottom w:sz="5.599999999999909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71" w:lineRule="auto" w:before="98" w:after="0"/>
              <w:ind w:left="72" w:right="144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 xml:space="preserve">Практическая </w:t>
            </w: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 xml:space="preserve">работа; </w:t>
            </w:r>
            <w:r>
              <w:br/>
            </w: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Устный опрос;</w:t>
            </w:r>
          </w:p>
        </w:tc>
      </w:tr>
      <w:tr>
        <w:trPr>
          <w:trHeight w:hRule="exact" w:val="1166"/>
        </w:trPr>
        <w:tc>
          <w:tcPr>
            <w:tcW w:type="dxa" w:w="504"/>
            <w:tcBorders>
              <w:start w:sz="4.800000000000011" w:val="single" w:color="#000000"/>
              <w:top w:sz="5.599999999999909" w:val="single" w:color="#000000"/>
              <w:end w:sz="4.800000000000011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100" w:after="0"/>
              <w:ind w:left="0" w:right="0" w:firstLine="0"/>
              <w:jc w:val="center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15.</w:t>
            </w:r>
          </w:p>
        </w:tc>
        <w:tc>
          <w:tcPr>
            <w:tcW w:type="dxa" w:w="2966"/>
            <w:tcBorders>
              <w:start w:sz="4.800000000000011" w:val="single" w:color="#000000"/>
              <w:top w:sz="5.599999999999909" w:val="single" w:color="#000000"/>
              <w:end w:sz="4.0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100" w:after="0"/>
              <w:ind w:left="72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Кто такие птицы?</w:t>
            </w:r>
          </w:p>
          <w:p>
            <w:pPr>
              <w:autoSpaceDN w:val="0"/>
              <w:autoSpaceDE w:val="0"/>
              <w:widowControl/>
              <w:spacing w:line="262" w:lineRule="auto" w:before="70" w:after="0"/>
              <w:ind w:left="72" w:right="432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Практическая работа</w:t>
            </w:r>
            <w:r>
              <w:br/>
            </w: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«Строение пера птицы»</w:t>
            </w:r>
          </w:p>
        </w:tc>
        <w:tc>
          <w:tcPr>
            <w:tcW w:type="dxa" w:w="732"/>
            <w:tcBorders>
              <w:start w:sz="4.0" w:val="single" w:color="#000000"/>
              <w:top w:sz="5.599999999999909" w:val="single" w:color="#000000"/>
              <w:end w:sz="4.7999999999999545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100" w:after="0"/>
              <w:ind w:left="74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1</w:t>
            </w:r>
          </w:p>
        </w:tc>
        <w:tc>
          <w:tcPr>
            <w:tcW w:type="dxa" w:w="1620"/>
            <w:tcBorders>
              <w:start w:sz="4.7999999999999545" w:val="single" w:color="#000000"/>
              <w:top w:sz="5.599999999999909" w:val="single" w:color="#000000"/>
              <w:end w:sz="4.800000000000182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100" w:after="0"/>
              <w:ind w:left="72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0</w:t>
            </w:r>
          </w:p>
        </w:tc>
        <w:tc>
          <w:tcPr>
            <w:tcW w:type="dxa" w:w="1668"/>
            <w:tcBorders>
              <w:start w:sz="4.800000000000182" w:val="single" w:color="#000000"/>
              <w:top w:sz="5.599999999999909" w:val="single" w:color="#000000"/>
              <w:end w:sz="4.799999999999727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100" w:after="0"/>
              <w:ind w:left="72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1</w:t>
            </w:r>
          </w:p>
        </w:tc>
        <w:tc>
          <w:tcPr>
            <w:tcW w:type="dxa" w:w="1236"/>
            <w:tcBorders>
              <w:start w:sz="4.799999999999727" w:val="single" w:color="#000000"/>
              <w:top w:sz="5.599999999999909" w:val="single" w:color="#000000"/>
              <w:end w:sz="4.799999999999727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100" w:after="0"/>
              <w:ind w:left="0" w:right="0" w:firstLine="0"/>
              <w:jc w:val="center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21.10.2022</w:t>
            </w:r>
          </w:p>
        </w:tc>
        <w:tc>
          <w:tcPr>
            <w:tcW w:type="dxa" w:w="1826"/>
            <w:tcBorders>
              <w:start w:sz="4.799999999999727" w:val="single" w:color="#000000"/>
              <w:top w:sz="5.599999999999909" w:val="single" w:color="#000000"/>
              <w:end w:sz="4.800000000000182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71" w:lineRule="auto" w:before="100" w:after="0"/>
              <w:ind w:left="72" w:right="144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 xml:space="preserve">Практическая </w:t>
            </w: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 xml:space="preserve">работа; </w:t>
            </w:r>
            <w:r>
              <w:br/>
            </w: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Устный опрос;</w:t>
            </w:r>
          </w:p>
        </w:tc>
      </w:tr>
      <w:tr>
        <w:trPr>
          <w:trHeight w:hRule="exact" w:val="1164"/>
        </w:trPr>
        <w:tc>
          <w:tcPr>
            <w:tcW w:type="dxa" w:w="504"/>
            <w:tcBorders>
              <w:start w:sz="4.800000000000011" w:val="single" w:color="#000000"/>
              <w:top w:sz="4.800000000000182" w:val="single" w:color="#000000"/>
              <w:end w:sz="4.800000000000011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0" w:right="0" w:firstLine="0"/>
              <w:jc w:val="center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16.</w:t>
            </w:r>
          </w:p>
        </w:tc>
        <w:tc>
          <w:tcPr>
            <w:tcW w:type="dxa" w:w="2966"/>
            <w:tcBorders>
              <w:start w:sz="4.800000000000011" w:val="single" w:color="#000000"/>
              <w:top w:sz="4.800000000000182" w:val="single" w:color="#000000"/>
              <w:end w:sz="4.0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72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Кто такие звери?</w:t>
            </w:r>
          </w:p>
          <w:p>
            <w:pPr>
              <w:autoSpaceDN w:val="0"/>
              <w:autoSpaceDE w:val="0"/>
              <w:widowControl/>
              <w:spacing w:line="262" w:lineRule="auto" w:before="70" w:after="0"/>
              <w:ind w:left="72" w:right="144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Практическая работа «</w:t>
            </w:r>
            <w:r>
              <w:br/>
            </w: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Строение шерсти зверей »</w:t>
            </w:r>
          </w:p>
        </w:tc>
        <w:tc>
          <w:tcPr>
            <w:tcW w:type="dxa" w:w="732"/>
            <w:tcBorders>
              <w:start w:sz="4.0" w:val="single" w:color="#000000"/>
              <w:top w:sz="4.800000000000182" w:val="single" w:color="#000000"/>
              <w:end w:sz="4.7999999999999545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74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1</w:t>
            </w:r>
          </w:p>
        </w:tc>
        <w:tc>
          <w:tcPr>
            <w:tcW w:type="dxa" w:w="1620"/>
            <w:tcBorders>
              <w:start w:sz="4.7999999999999545" w:val="single" w:color="#000000"/>
              <w:top w:sz="4.800000000000182" w:val="single" w:color="#000000"/>
              <w:end w:sz="4.800000000000182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72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0</w:t>
            </w:r>
          </w:p>
        </w:tc>
        <w:tc>
          <w:tcPr>
            <w:tcW w:type="dxa" w:w="1668"/>
            <w:tcBorders>
              <w:start w:sz="4.800000000000182" w:val="single" w:color="#000000"/>
              <w:top w:sz="4.800000000000182" w:val="single" w:color="#000000"/>
              <w:end w:sz="4.799999999999727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72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1</w:t>
            </w:r>
          </w:p>
        </w:tc>
        <w:tc>
          <w:tcPr>
            <w:tcW w:type="dxa" w:w="1236"/>
            <w:tcBorders>
              <w:start w:sz="4.799999999999727" w:val="single" w:color="#000000"/>
              <w:top w:sz="4.800000000000182" w:val="single" w:color="#000000"/>
              <w:end w:sz="4.799999999999727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0" w:right="0" w:firstLine="0"/>
              <w:jc w:val="center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25.10.2022</w:t>
            </w:r>
          </w:p>
        </w:tc>
        <w:tc>
          <w:tcPr>
            <w:tcW w:type="dxa" w:w="1826"/>
            <w:tcBorders>
              <w:start w:sz="4.799999999999727" w:val="single" w:color="#000000"/>
              <w:top w:sz="4.800000000000182" w:val="single" w:color="#000000"/>
              <w:end w:sz="4.800000000000182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71" w:lineRule="auto" w:before="98" w:after="0"/>
              <w:ind w:left="72" w:right="144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 xml:space="preserve">Практическая </w:t>
            </w: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 xml:space="preserve">работа; </w:t>
            </w:r>
            <w:r>
              <w:br/>
            </w: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Устный опрос;</w:t>
            </w:r>
          </w:p>
        </w:tc>
      </w:tr>
      <w:tr>
        <w:trPr>
          <w:trHeight w:hRule="exact" w:val="1164"/>
        </w:trPr>
        <w:tc>
          <w:tcPr>
            <w:tcW w:type="dxa" w:w="504"/>
            <w:tcBorders>
              <w:start w:sz="4.800000000000011" w:val="single" w:color="#000000"/>
              <w:top w:sz="4.800000000000182" w:val="single" w:color="#000000"/>
              <w:end w:sz="4.800000000000011" w:val="single" w:color="#000000"/>
              <w:bottom w:sz="4.799999999999727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0" w:right="0" w:firstLine="0"/>
              <w:jc w:val="center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17.</w:t>
            </w:r>
          </w:p>
        </w:tc>
        <w:tc>
          <w:tcPr>
            <w:tcW w:type="dxa" w:w="2966"/>
            <w:tcBorders>
              <w:start w:sz="4.800000000000011" w:val="single" w:color="#000000"/>
              <w:top w:sz="4.800000000000182" w:val="single" w:color="#000000"/>
              <w:end w:sz="4.0" w:val="single" w:color="#000000"/>
              <w:bottom w:sz="4.799999999999727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72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Что окружает нас дома?</w:t>
            </w:r>
          </w:p>
        </w:tc>
        <w:tc>
          <w:tcPr>
            <w:tcW w:type="dxa" w:w="732"/>
            <w:tcBorders>
              <w:start w:sz="4.0" w:val="single" w:color="#000000"/>
              <w:top w:sz="4.800000000000182" w:val="single" w:color="#000000"/>
              <w:end w:sz="4.7999999999999545" w:val="single" w:color="#000000"/>
              <w:bottom w:sz="4.799999999999727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74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1</w:t>
            </w:r>
          </w:p>
        </w:tc>
        <w:tc>
          <w:tcPr>
            <w:tcW w:type="dxa" w:w="1620"/>
            <w:tcBorders>
              <w:start w:sz="4.7999999999999545" w:val="single" w:color="#000000"/>
              <w:top w:sz="4.800000000000182" w:val="single" w:color="#000000"/>
              <w:end w:sz="4.800000000000182" w:val="single" w:color="#000000"/>
              <w:bottom w:sz="4.799999999999727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72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0</w:t>
            </w:r>
          </w:p>
        </w:tc>
        <w:tc>
          <w:tcPr>
            <w:tcW w:type="dxa" w:w="1668"/>
            <w:tcBorders>
              <w:start w:sz="4.800000000000182" w:val="single" w:color="#000000"/>
              <w:top w:sz="4.800000000000182" w:val="single" w:color="#000000"/>
              <w:end w:sz="4.799999999999727" w:val="single" w:color="#000000"/>
              <w:bottom w:sz="4.799999999999727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72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1</w:t>
            </w:r>
          </w:p>
        </w:tc>
        <w:tc>
          <w:tcPr>
            <w:tcW w:type="dxa" w:w="1236"/>
            <w:tcBorders>
              <w:start w:sz="4.799999999999727" w:val="single" w:color="#000000"/>
              <w:top w:sz="4.800000000000182" w:val="single" w:color="#000000"/>
              <w:end w:sz="4.799999999999727" w:val="single" w:color="#000000"/>
              <w:bottom w:sz="4.799999999999727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0" w:right="0" w:firstLine="0"/>
              <w:jc w:val="center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28.10.2022</w:t>
            </w:r>
          </w:p>
        </w:tc>
        <w:tc>
          <w:tcPr>
            <w:tcW w:type="dxa" w:w="1826"/>
            <w:tcBorders>
              <w:start w:sz="4.799999999999727" w:val="single" w:color="#000000"/>
              <w:top w:sz="4.800000000000182" w:val="single" w:color="#000000"/>
              <w:end w:sz="4.800000000000182" w:val="single" w:color="#000000"/>
              <w:bottom w:sz="4.799999999999727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71" w:lineRule="auto" w:before="98" w:after="0"/>
              <w:ind w:left="72" w:right="144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 xml:space="preserve">Практическая </w:t>
            </w: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 xml:space="preserve">работа; </w:t>
            </w:r>
            <w:r>
              <w:br/>
            </w: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Устный опрос;</w:t>
            </w:r>
          </w:p>
        </w:tc>
      </w:tr>
      <w:tr>
        <w:trPr>
          <w:trHeight w:hRule="exact" w:val="1164"/>
        </w:trPr>
        <w:tc>
          <w:tcPr>
            <w:tcW w:type="dxa" w:w="504"/>
            <w:tcBorders>
              <w:start w:sz="4.800000000000011" w:val="single" w:color="#000000"/>
              <w:top w:sz="4.799999999999727" w:val="single" w:color="#000000"/>
              <w:end w:sz="4.800000000000011" w:val="single" w:color="#000000"/>
              <w:bottom w:sz="4.799999999999727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0" w:right="0" w:firstLine="0"/>
              <w:jc w:val="center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18.</w:t>
            </w:r>
          </w:p>
        </w:tc>
        <w:tc>
          <w:tcPr>
            <w:tcW w:type="dxa" w:w="2966"/>
            <w:tcBorders>
              <w:start w:sz="4.800000000000011" w:val="single" w:color="#000000"/>
              <w:top w:sz="4.799999999999727" w:val="single" w:color="#000000"/>
              <w:end w:sz="4.0" w:val="single" w:color="#000000"/>
              <w:bottom w:sz="4.799999999999727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72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Что умеет компьютер?</w:t>
            </w:r>
          </w:p>
        </w:tc>
        <w:tc>
          <w:tcPr>
            <w:tcW w:type="dxa" w:w="732"/>
            <w:tcBorders>
              <w:start w:sz="4.0" w:val="single" w:color="#000000"/>
              <w:top w:sz="4.799999999999727" w:val="single" w:color="#000000"/>
              <w:end w:sz="4.7999999999999545" w:val="single" w:color="#000000"/>
              <w:bottom w:sz="4.799999999999727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74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1</w:t>
            </w:r>
          </w:p>
        </w:tc>
        <w:tc>
          <w:tcPr>
            <w:tcW w:type="dxa" w:w="1620"/>
            <w:tcBorders>
              <w:start w:sz="4.7999999999999545" w:val="single" w:color="#000000"/>
              <w:top w:sz="4.799999999999727" w:val="single" w:color="#000000"/>
              <w:end w:sz="4.800000000000182" w:val="single" w:color="#000000"/>
              <w:bottom w:sz="4.799999999999727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72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0</w:t>
            </w:r>
          </w:p>
        </w:tc>
        <w:tc>
          <w:tcPr>
            <w:tcW w:type="dxa" w:w="1668"/>
            <w:tcBorders>
              <w:start w:sz="4.800000000000182" w:val="single" w:color="#000000"/>
              <w:top w:sz="4.799999999999727" w:val="single" w:color="#000000"/>
              <w:end w:sz="4.799999999999727" w:val="single" w:color="#000000"/>
              <w:bottom w:sz="4.799999999999727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72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1</w:t>
            </w:r>
          </w:p>
        </w:tc>
        <w:tc>
          <w:tcPr>
            <w:tcW w:type="dxa" w:w="1236"/>
            <w:tcBorders>
              <w:start w:sz="4.799999999999727" w:val="single" w:color="#000000"/>
              <w:top w:sz="4.799999999999727" w:val="single" w:color="#000000"/>
              <w:end w:sz="4.799999999999727" w:val="single" w:color="#000000"/>
              <w:bottom w:sz="4.799999999999727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0" w:right="0" w:firstLine="0"/>
              <w:jc w:val="center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08.11.2022</w:t>
            </w:r>
          </w:p>
        </w:tc>
        <w:tc>
          <w:tcPr>
            <w:tcW w:type="dxa" w:w="1826"/>
            <w:tcBorders>
              <w:start w:sz="4.799999999999727" w:val="single" w:color="#000000"/>
              <w:top w:sz="4.799999999999727" w:val="single" w:color="#000000"/>
              <w:end w:sz="4.800000000000182" w:val="single" w:color="#000000"/>
              <w:bottom w:sz="4.799999999999727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71" w:lineRule="auto" w:before="98" w:after="0"/>
              <w:ind w:left="72" w:right="144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 xml:space="preserve">Практическая </w:t>
            </w: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 xml:space="preserve">работа; </w:t>
            </w:r>
            <w:r>
              <w:br/>
            </w: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Устный опрос;</w:t>
            </w:r>
          </w:p>
        </w:tc>
      </w:tr>
      <w:tr>
        <w:trPr>
          <w:trHeight w:hRule="exact" w:val="1164"/>
        </w:trPr>
        <w:tc>
          <w:tcPr>
            <w:tcW w:type="dxa" w:w="504"/>
            <w:tcBorders>
              <w:start w:sz="4.800000000000011" w:val="single" w:color="#000000"/>
              <w:top w:sz="4.799999999999727" w:val="single" w:color="#000000"/>
              <w:end w:sz="4.800000000000011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0" w:right="0" w:firstLine="0"/>
              <w:jc w:val="center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19.</w:t>
            </w:r>
          </w:p>
        </w:tc>
        <w:tc>
          <w:tcPr>
            <w:tcW w:type="dxa" w:w="2966"/>
            <w:tcBorders>
              <w:start w:sz="4.800000000000011" w:val="single" w:color="#000000"/>
              <w:top w:sz="4.799999999999727" w:val="single" w:color="#000000"/>
              <w:end w:sz="4.0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62" w:lineRule="auto" w:before="98" w:after="0"/>
              <w:ind w:left="72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 xml:space="preserve">Что вокруг нас может быть </w:t>
            </w: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опасным?</w:t>
            </w:r>
          </w:p>
        </w:tc>
        <w:tc>
          <w:tcPr>
            <w:tcW w:type="dxa" w:w="732"/>
            <w:tcBorders>
              <w:start w:sz="4.0" w:val="single" w:color="#000000"/>
              <w:top w:sz="4.799999999999727" w:val="single" w:color="#000000"/>
              <w:end w:sz="4.7999999999999545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74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1</w:t>
            </w:r>
          </w:p>
        </w:tc>
        <w:tc>
          <w:tcPr>
            <w:tcW w:type="dxa" w:w="1620"/>
            <w:tcBorders>
              <w:start w:sz="4.7999999999999545" w:val="single" w:color="#000000"/>
              <w:top w:sz="4.799999999999727" w:val="single" w:color="#000000"/>
              <w:end w:sz="4.800000000000182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72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0</w:t>
            </w:r>
          </w:p>
        </w:tc>
        <w:tc>
          <w:tcPr>
            <w:tcW w:type="dxa" w:w="1668"/>
            <w:tcBorders>
              <w:start w:sz="4.800000000000182" w:val="single" w:color="#000000"/>
              <w:top w:sz="4.799999999999727" w:val="single" w:color="#000000"/>
              <w:end w:sz="4.799999999999727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72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1</w:t>
            </w:r>
          </w:p>
        </w:tc>
        <w:tc>
          <w:tcPr>
            <w:tcW w:type="dxa" w:w="1236"/>
            <w:tcBorders>
              <w:start w:sz="4.799999999999727" w:val="single" w:color="#000000"/>
              <w:top w:sz="4.799999999999727" w:val="single" w:color="#000000"/>
              <w:end w:sz="4.799999999999727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0" w:right="0" w:firstLine="0"/>
              <w:jc w:val="center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11.11.2022</w:t>
            </w:r>
          </w:p>
        </w:tc>
        <w:tc>
          <w:tcPr>
            <w:tcW w:type="dxa" w:w="1826"/>
            <w:tcBorders>
              <w:start w:sz="4.799999999999727" w:val="single" w:color="#000000"/>
              <w:top w:sz="4.799999999999727" w:val="single" w:color="#000000"/>
              <w:end w:sz="4.800000000000182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71" w:lineRule="auto" w:before="98" w:after="0"/>
              <w:ind w:left="72" w:right="144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 xml:space="preserve">Практическая </w:t>
            </w: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 xml:space="preserve">работа; </w:t>
            </w:r>
            <w:r>
              <w:br/>
            </w: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Устный опрос;</w:t>
            </w:r>
          </w:p>
        </w:tc>
      </w:tr>
      <w:tr>
        <w:trPr>
          <w:trHeight w:hRule="exact" w:val="1164"/>
        </w:trPr>
        <w:tc>
          <w:tcPr>
            <w:tcW w:type="dxa" w:w="504"/>
            <w:tcBorders>
              <w:start w:sz="4.800000000000011" w:val="single" w:color="#000000"/>
              <w:top w:sz="4.800000000000182" w:val="single" w:color="#000000"/>
              <w:end w:sz="4.800000000000011" w:val="single" w:color="#000000"/>
              <w:bottom w:sz="5.599999999999454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0" w:right="0" w:firstLine="0"/>
              <w:jc w:val="center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20.</w:t>
            </w:r>
          </w:p>
        </w:tc>
        <w:tc>
          <w:tcPr>
            <w:tcW w:type="dxa" w:w="2966"/>
            <w:tcBorders>
              <w:start w:sz="4.800000000000011" w:val="single" w:color="#000000"/>
              <w:top w:sz="4.800000000000182" w:val="single" w:color="#000000"/>
              <w:end w:sz="4.0" w:val="single" w:color="#000000"/>
              <w:bottom w:sz="5.599999999999454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62" w:lineRule="auto" w:before="98" w:after="0"/>
              <w:ind w:left="72" w:right="72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 xml:space="preserve">На что похожа наша </w:t>
            </w: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планета?</w:t>
            </w:r>
          </w:p>
        </w:tc>
        <w:tc>
          <w:tcPr>
            <w:tcW w:type="dxa" w:w="732"/>
            <w:tcBorders>
              <w:start w:sz="4.0" w:val="single" w:color="#000000"/>
              <w:top w:sz="4.800000000000182" w:val="single" w:color="#000000"/>
              <w:end w:sz="4.7999999999999545" w:val="single" w:color="#000000"/>
              <w:bottom w:sz="5.599999999999454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74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1</w:t>
            </w:r>
          </w:p>
        </w:tc>
        <w:tc>
          <w:tcPr>
            <w:tcW w:type="dxa" w:w="1620"/>
            <w:tcBorders>
              <w:start w:sz="4.7999999999999545" w:val="single" w:color="#000000"/>
              <w:top w:sz="4.800000000000182" w:val="single" w:color="#000000"/>
              <w:end w:sz="4.800000000000182" w:val="single" w:color="#000000"/>
              <w:bottom w:sz="5.599999999999454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72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0</w:t>
            </w:r>
          </w:p>
        </w:tc>
        <w:tc>
          <w:tcPr>
            <w:tcW w:type="dxa" w:w="1668"/>
            <w:tcBorders>
              <w:start w:sz="4.800000000000182" w:val="single" w:color="#000000"/>
              <w:top w:sz="4.800000000000182" w:val="single" w:color="#000000"/>
              <w:end w:sz="4.799999999999727" w:val="single" w:color="#000000"/>
              <w:bottom w:sz="5.599999999999454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72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1</w:t>
            </w:r>
          </w:p>
        </w:tc>
        <w:tc>
          <w:tcPr>
            <w:tcW w:type="dxa" w:w="1236"/>
            <w:tcBorders>
              <w:start w:sz="4.799999999999727" w:val="single" w:color="#000000"/>
              <w:top w:sz="4.800000000000182" w:val="single" w:color="#000000"/>
              <w:end w:sz="4.799999999999727" w:val="single" w:color="#000000"/>
              <w:bottom w:sz="5.599999999999454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0" w:right="0" w:firstLine="0"/>
              <w:jc w:val="center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15.11.2022</w:t>
            </w:r>
          </w:p>
        </w:tc>
        <w:tc>
          <w:tcPr>
            <w:tcW w:type="dxa" w:w="1826"/>
            <w:tcBorders>
              <w:start w:sz="4.799999999999727" w:val="single" w:color="#000000"/>
              <w:top w:sz="4.800000000000182" w:val="single" w:color="#000000"/>
              <w:end w:sz="4.800000000000182" w:val="single" w:color="#000000"/>
              <w:bottom w:sz="5.599999999999454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71" w:lineRule="auto" w:before="98" w:after="0"/>
              <w:ind w:left="72" w:right="144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 xml:space="preserve">Практическая </w:t>
            </w: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 xml:space="preserve">работа; </w:t>
            </w:r>
            <w:r>
              <w:br/>
            </w: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Устный опрос;</w:t>
            </w:r>
          </w:p>
        </w:tc>
      </w:tr>
      <w:tr>
        <w:trPr>
          <w:trHeight w:hRule="exact" w:val="1502"/>
        </w:trPr>
        <w:tc>
          <w:tcPr>
            <w:tcW w:type="dxa" w:w="504"/>
            <w:tcBorders>
              <w:start w:sz="4.800000000000011" w:val="single" w:color="#000000"/>
              <w:top w:sz="5.599999999999454" w:val="single" w:color="#000000"/>
              <w:end w:sz="4.800000000000011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100" w:after="0"/>
              <w:ind w:left="0" w:right="0" w:firstLine="0"/>
              <w:jc w:val="center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21.</w:t>
            </w:r>
          </w:p>
        </w:tc>
        <w:tc>
          <w:tcPr>
            <w:tcW w:type="dxa" w:w="2966"/>
            <w:tcBorders>
              <w:start w:sz="4.800000000000011" w:val="single" w:color="#000000"/>
              <w:top w:sz="5.599999999999454" w:val="single" w:color="#000000"/>
              <w:end w:sz="4.0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62" w:lineRule="auto" w:before="100" w:after="0"/>
              <w:ind w:left="72" w:right="432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 xml:space="preserve">Проверочная работа по </w:t>
            </w: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разделу «Кто и Что?».</w:t>
            </w:r>
          </w:p>
          <w:p>
            <w:pPr>
              <w:autoSpaceDN w:val="0"/>
              <w:autoSpaceDE w:val="0"/>
              <w:widowControl/>
              <w:spacing w:line="262" w:lineRule="auto" w:before="70" w:after="0"/>
              <w:ind w:left="72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 xml:space="preserve">Презентация проекта «Моя </w:t>
            </w: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малая родина».</w:t>
            </w:r>
          </w:p>
        </w:tc>
        <w:tc>
          <w:tcPr>
            <w:tcW w:type="dxa" w:w="732"/>
            <w:tcBorders>
              <w:start w:sz="4.0" w:val="single" w:color="#000000"/>
              <w:top w:sz="5.599999999999454" w:val="single" w:color="#000000"/>
              <w:end w:sz="4.7999999999999545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100" w:after="0"/>
              <w:ind w:left="74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1</w:t>
            </w:r>
          </w:p>
        </w:tc>
        <w:tc>
          <w:tcPr>
            <w:tcW w:type="dxa" w:w="1620"/>
            <w:tcBorders>
              <w:start w:sz="4.7999999999999545" w:val="single" w:color="#000000"/>
              <w:top w:sz="5.599999999999454" w:val="single" w:color="#000000"/>
              <w:end w:sz="4.800000000000182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100" w:after="0"/>
              <w:ind w:left="72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1</w:t>
            </w:r>
          </w:p>
        </w:tc>
        <w:tc>
          <w:tcPr>
            <w:tcW w:type="dxa" w:w="1668"/>
            <w:tcBorders>
              <w:start w:sz="4.800000000000182" w:val="single" w:color="#000000"/>
              <w:top w:sz="5.599999999999454" w:val="single" w:color="#000000"/>
              <w:end w:sz="4.799999999999727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100" w:after="0"/>
              <w:ind w:left="72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0</w:t>
            </w:r>
          </w:p>
        </w:tc>
        <w:tc>
          <w:tcPr>
            <w:tcW w:type="dxa" w:w="1236"/>
            <w:tcBorders>
              <w:start w:sz="4.799999999999727" w:val="single" w:color="#000000"/>
              <w:top w:sz="5.599999999999454" w:val="single" w:color="#000000"/>
              <w:end w:sz="4.799999999999727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100" w:after="0"/>
              <w:ind w:left="0" w:right="0" w:firstLine="0"/>
              <w:jc w:val="center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18.11.2022</w:t>
            </w:r>
          </w:p>
        </w:tc>
        <w:tc>
          <w:tcPr>
            <w:tcW w:type="dxa" w:w="1826"/>
            <w:tcBorders>
              <w:start w:sz="4.799999999999727" w:val="single" w:color="#000000"/>
              <w:top w:sz="5.599999999999454" w:val="single" w:color="#000000"/>
              <w:end w:sz="4.800000000000182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62" w:lineRule="auto" w:before="100" w:after="0"/>
              <w:ind w:left="72" w:right="288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 xml:space="preserve">Контрольная </w:t>
            </w: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работа;</w:t>
            </w:r>
          </w:p>
        </w:tc>
      </w:tr>
      <w:tr>
        <w:trPr>
          <w:trHeight w:hRule="exact" w:val="828"/>
        </w:trPr>
        <w:tc>
          <w:tcPr>
            <w:tcW w:type="dxa" w:w="504"/>
            <w:tcBorders>
              <w:start w:sz="4.800000000000011" w:val="single" w:color="#000000"/>
              <w:top w:sz="4.800000000000182" w:val="single" w:color="#000000"/>
              <w:end w:sz="4.800000000000011" w:val="single" w:color="#000000"/>
              <w:bottom w:sz="4.79999999999927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0" w:right="0" w:firstLine="0"/>
              <w:jc w:val="center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22.</w:t>
            </w:r>
          </w:p>
        </w:tc>
        <w:tc>
          <w:tcPr>
            <w:tcW w:type="dxa" w:w="2966"/>
            <w:tcBorders>
              <w:start w:sz="4.800000000000011" w:val="single" w:color="#000000"/>
              <w:top w:sz="4.800000000000182" w:val="single" w:color="#000000"/>
              <w:end w:sz="4.0" w:val="single" w:color="#000000"/>
              <w:bottom w:sz="4.79999999999927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62" w:lineRule="auto" w:before="98" w:after="0"/>
              <w:ind w:left="72" w:right="144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Как живет семья? Проект</w:t>
            </w: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«Моя семья».</w:t>
            </w:r>
          </w:p>
        </w:tc>
        <w:tc>
          <w:tcPr>
            <w:tcW w:type="dxa" w:w="732"/>
            <w:tcBorders>
              <w:start w:sz="4.0" w:val="single" w:color="#000000"/>
              <w:top w:sz="4.800000000000182" w:val="single" w:color="#000000"/>
              <w:end w:sz="4.7999999999999545" w:val="single" w:color="#000000"/>
              <w:bottom w:sz="4.79999999999927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74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1</w:t>
            </w:r>
          </w:p>
        </w:tc>
        <w:tc>
          <w:tcPr>
            <w:tcW w:type="dxa" w:w="1620"/>
            <w:tcBorders>
              <w:start w:sz="4.7999999999999545" w:val="single" w:color="#000000"/>
              <w:top w:sz="4.800000000000182" w:val="single" w:color="#000000"/>
              <w:end w:sz="4.800000000000182" w:val="single" w:color="#000000"/>
              <w:bottom w:sz="4.79999999999927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72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0</w:t>
            </w:r>
          </w:p>
        </w:tc>
        <w:tc>
          <w:tcPr>
            <w:tcW w:type="dxa" w:w="1668"/>
            <w:tcBorders>
              <w:start w:sz="4.800000000000182" w:val="single" w:color="#000000"/>
              <w:top w:sz="4.800000000000182" w:val="single" w:color="#000000"/>
              <w:end w:sz="4.799999999999727" w:val="single" w:color="#000000"/>
              <w:bottom w:sz="4.79999999999927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72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1</w:t>
            </w:r>
          </w:p>
        </w:tc>
        <w:tc>
          <w:tcPr>
            <w:tcW w:type="dxa" w:w="1236"/>
            <w:tcBorders>
              <w:start w:sz="4.799999999999727" w:val="single" w:color="#000000"/>
              <w:top w:sz="4.800000000000182" w:val="single" w:color="#000000"/>
              <w:end w:sz="4.799999999999727" w:val="single" w:color="#000000"/>
              <w:bottom w:sz="4.79999999999927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0" w:right="0" w:firstLine="0"/>
              <w:jc w:val="center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22.11.2022</w:t>
            </w:r>
          </w:p>
        </w:tc>
        <w:tc>
          <w:tcPr>
            <w:tcW w:type="dxa" w:w="1826"/>
            <w:tcBorders>
              <w:start w:sz="4.799999999999727" w:val="single" w:color="#000000"/>
              <w:top w:sz="4.800000000000182" w:val="single" w:color="#000000"/>
              <w:end w:sz="4.800000000000182" w:val="single" w:color="#000000"/>
              <w:bottom w:sz="4.79999999999927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62" w:lineRule="auto" w:before="98" w:after="0"/>
              <w:ind w:left="72" w:right="288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 xml:space="preserve">Практическая </w:t>
            </w: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работа;</w:t>
            </w:r>
          </w:p>
        </w:tc>
      </w:tr>
      <w:tr>
        <w:trPr>
          <w:trHeight w:hRule="exact" w:val="1816"/>
        </w:trPr>
        <w:tc>
          <w:tcPr>
            <w:tcW w:type="dxa" w:w="504"/>
            <w:tcBorders>
              <w:start w:sz="4.800000000000011" w:val="single" w:color="#000000"/>
              <w:top w:sz="4.799999999999272" w:val="single" w:color="#000000"/>
              <w:end w:sz="4.800000000000011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0" w:right="0" w:firstLine="0"/>
              <w:jc w:val="center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23.</w:t>
            </w:r>
          </w:p>
        </w:tc>
        <w:tc>
          <w:tcPr>
            <w:tcW w:type="dxa" w:w="2966"/>
            <w:tcBorders>
              <w:start w:sz="4.800000000000011" w:val="single" w:color="#000000"/>
              <w:top w:sz="4.799999999999272" w:val="single" w:color="#000000"/>
              <w:end w:sz="4.0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81" w:lineRule="auto" w:before="98" w:after="0"/>
              <w:ind w:left="72" w:right="144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 xml:space="preserve">Откуда в наш дом </w:t>
            </w:r>
            <w:r>
              <w:br/>
            </w: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 xml:space="preserve">приходит вода и куда она </w:t>
            </w: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 xml:space="preserve">уходит? Практическая </w:t>
            </w:r>
            <w:r>
              <w:br/>
            </w: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 xml:space="preserve">работа «Фильтрование </w:t>
            </w:r>
            <w:r>
              <w:br/>
            </w: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воды».</w:t>
            </w:r>
          </w:p>
        </w:tc>
        <w:tc>
          <w:tcPr>
            <w:tcW w:type="dxa" w:w="732"/>
            <w:tcBorders>
              <w:start w:sz="4.0" w:val="single" w:color="#000000"/>
              <w:top w:sz="4.799999999999272" w:val="single" w:color="#000000"/>
              <w:end w:sz="4.7999999999999545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74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1</w:t>
            </w:r>
          </w:p>
        </w:tc>
        <w:tc>
          <w:tcPr>
            <w:tcW w:type="dxa" w:w="1620"/>
            <w:tcBorders>
              <w:start w:sz="4.7999999999999545" w:val="single" w:color="#000000"/>
              <w:top w:sz="4.799999999999272" w:val="single" w:color="#000000"/>
              <w:end w:sz="4.800000000000182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72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0</w:t>
            </w:r>
          </w:p>
        </w:tc>
        <w:tc>
          <w:tcPr>
            <w:tcW w:type="dxa" w:w="1668"/>
            <w:tcBorders>
              <w:start w:sz="4.800000000000182" w:val="single" w:color="#000000"/>
              <w:top w:sz="4.799999999999272" w:val="single" w:color="#000000"/>
              <w:end w:sz="4.799999999999727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72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1</w:t>
            </w:r>
          </w:p>
        </w:tc>
        <w:tc>
          <w:tcPr>
            <w:tcW w:type="dxa" w:w="1236"/>
            <w:tcBorders>
              <w:start w:sz="4.799999999999727" w:val="single" w:color="#000000"/>
              <w:top w:sz="4.799999999999272" w:val="single" w:color="#000000"/>
              <w:end w:sz="4.799999999999727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0" w:right="0" w:firstLine="0"/>
              <w:jc w:val="center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25.11.2022</w:t>
            </w:r>
          </w:p>
        </w:tc>
        <w:tc>
          <w:tcPr>
            <w:tcW w:type="dxa" w:w="1826"/>
            <w:tcBorders>
              <w:start w:sz="4.799999999999727" w:val="single" w:color="#000000"/>
              <w:top w:sz="4.799999999999272" w:val="single" w:color="#000000"/>
              <w:end w:sz="4.800000000000182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72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Устный опрос;</w:t>
            </w:r>
          </w:p>
        </w:tc>
      </w:tr>
    </w:tbl>
    <w:p>
      <w:pPr>
        <w:autoSpaceDN w:val="0"/>
        <w:autoSpaceDE w:val="0"/>
        <w:widowControl/>
        <w:spacing w:line="14" w:lineRule="exact" w:before="0" w:after="0"/>
        <w:ind w:left="0" w:right="0"/>
      </w:pPr>
    </w:p>
    <w:p>
      <w:pPr>
        <w:sectPr>
          <w:pgSz w:w="11900" w:h="16840"/>
          <w:pgMar w:top="284" w:right="650" w:bottom="640" w:left="666" w:header="720" w:footer="720" w:gutter="0"/>
          <w:cols w:space="720" w:num="1" w:equalWidth="0">
            <w:col w:w="10584" w:space="0"/>
            <w:col w:w="10584" w:space="0"/>
            <w:col w:w="15534" w:space="0"/>
            <w:col w:w="15534" w:space="0"/>
            <w:col w:w="15534" w:space="0"/>
            <w:col w:w="15534" w:space="0"/>
            <w:col w:w="9974" w:space="0"/>
            <w:col w:w="10584" w:space="0"/>
            <w:col w:w="10264" w:space="0"/>
            <w:col w:w="10584" w:space="0"/>
            <w:col w:w="10586" w:space="0"/>
            <w:col w:w="10258" w:space="0"/>
            <w:col w:w="10584" w:space="0"/>
            <w:col w:w="10468" w:space="0"/>
            <w:col w:w="10584" w:space="0"/>
            <w:col w:w="10284" w:space="0"/>
          </w:cols>
          <w:docGrid w:linePitch="360"/>
        </w:sectPr>
      </w:pPr>
    </w:p>
    <w:p>
      <w:pPr>
        <w:autoSpaceDN w:val="0"/>
        <w:autoSpaceDE w:val="0"/>
        <w:widowControl/>
        <w:spacing w:line="220" w:lineRule="exact" w:before="0" w:after="66"/>
        <w:ind w:left="0" w:right="0"/>
      </w:pPr>
    </w:p>
    <w:tbl>
      <w:tblPr>
        <w:tblW w:type="auto" w:w="0"/>
        <w:tblLayout w:type="fixed"/>
        <w:tblLook w:firstColumn="1" w:firstRow="1" w:lastColumn="0" w:lastRow="0" w:noHBand="0" w:noVBand="1" w:val="04A0"/>
        <w:tblInd w:w="6.000000000000085" w:type="dxa"/>
      </w:tblPr>
      <w:tblGrid>
        <w:gridCol w:w="1512"/>
        <w:gridCol w:w="1512"/>
        <w:gridCol w:w="1512"/>
        <w:gridCol w:w="1512"/>
        <w:gridCol w:w="1512"/>
        <w:gridCol w:w="1512"/>
        <w:gridCol w:w="1512"/>
      </w:tblGrid>
      <w:tr>
        <w:trPr>
          <w:trHeight w:hRule="exact" w:val="1500"/>
        </w:trPr>
        <w:tc>
          <w:tcPr>
            <w:tcW w:type="dxa" w:w="504"/>
            <w:tcBorders>
              <w:start w:sz="4.800000000000011" w:val="single" w:color="#000000"/>
              <w:top w:sz="4.800000000000011" w:val="single" w:color="#000000"/>
              <w:end w:sz="4.800000000000011" w:val="single" w:color="#000000"/>
              <w:bottom w:sz="4.7999999999999545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0" w:right="0" w:firstLine="0"/>
              <w:jc w:val="center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24.</w:t>
            </w:r>
          </w:p>
        </w:tc>
        <w:tc>
          <w:tcPr>
            <w:tcW w:type="dxa" w:w="2966"/>
            <w:tcBorders>
              <w:start w:sz="4.800000000000011" w:val="single" w:color="#000000"/>
              <w:top w:sz="4.800000000000011" w:val="single" w:color="#000000"/>
              <w:end w:sz="4.0" w:val="single" w:color="#000000"/>
              <w:bottom w:sz="4.7999999999999545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62" w:lineRule="auto" w:before="98" w:after="0"/>
              <w:ind w:left="72" w:right="144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 xml:space="preserve">Откуда в наш дом </w:t>
            </w:r>
            <w:r>
              <w:br/>
            </w: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приходит электричество?</w:t>
            </w:r>
          </w:p>
          <w:p>
            <w:pPr>
              <w:autoSpaceDN w:val="0"/>
              <w:autoSpaceDE w:val="0"/>
              <w:widowControl/>
              <w:spacing w:line="262" w:lineRule="auto" w:before="70" w:after="0"/>
              <w:ind w:left="72" w:right="432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Практическая работа</w:t>
            </w: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«Сборка электроцепи».</w:t>
            </w:r>
          </w:p>
        </w:tc>
        <w:tc>
          <w:tcPr>
            <w:tcW w:type="dxa" w:w="732"/>
            <w:tcBorders>
              <w:start w:sz="4.0" w:val="single" w:color="#000000"/>
              <w:top w:sz="4.800000000000011" w:val="single" w:color="#000000"/>
              <w:end w:sz="4.7999999999999545" w:val="single" w:color="#000000"/>
              <w:bottom w:sz="4.7999999999999545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74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1</w:t>
            </w:r>
          </w:p>
        </w:tc>
        <w:tc>
          <w:tcPr>
            <w:tcW w:type="dxa" w:w="1620"/>
            <w:tcBorders>
              <w:start w:sz="4.7999999999999545" w:val="single" w:color="#000000"/>
              <w:top w:sz="4.800000000000011" w:val="single" w:color="#000000"/>
              <w:end w:sz="4.800000000000182" w:val="single" w:color="#000000"/>
              <w:bottom w:sz="4.7999999999999545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72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0</w:t>
            </w:r>
          </w:p>
        </w:tc>
        <w:tc>
          <w:tcPr>
            <w:tcW w:type="dxa" w:w="1668"/>
            <w:tcBorders>
              <w:start w:sz="4.800000000000182" w:val="single" w:color="#000000"/>
              <w:top w:sz="4.800000000000011" w:val="single" w:color="#000000"/>
              <w:end w:sz="4.799999999999727" w:val="single" w:color="#000000"/>
              <w:bottom w:sz="4.7999999999999545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72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1</w:t>
            </w:r>
          </w:p>
        </w:tc>
        <w:tc>
          <w:tcPr>
            <w:tcW w:type="dxa" w:w="1236"/>
            <w:tcBorders>
              <w:start w:sz="4.799999999999727" w:val="single" w:color="#000000"/>
              <w:top w:sz="4.800000000000011" w:val="single" w:color="#000000"/>
              <w:end w:sz="4.799999999999727" w:val="single" w:color="#000000"/>
              <w:bottom w:sz="4.7999999999999545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0" w:right="0" w:firstLine="0"/>
              <w:jc w:val="center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29.11.2022</w:t>
            </w:r>
          </w:p>
        </w:tc>
        <w:tc>
          <w:tcPr>
            <w:tcW w:type="dxa" w:w="1826"/>
            <w:tcBorders>
              <w:start w:sz="4.799999999999727" w:val="single" w:color="#000000"/>
              <w:top w:sz="4.800000000000011" w:val="single" w:color="#000000"/>
              <w:end w:sz="4.800000000000182" w:val="single" w:color="#000000"/>
              <w:bottom w:sz="4.7999999999999545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62" w:lineRule="auto" w:before="98" w:after="0"/>
              <w:ind w:left="72" w:right="288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 xml:space="preserve">Практическая </w:t>
            </w: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работа;</w:t>
            </w:r>
          </w:p>
        </w:tc>
      </w:tr>
      <w:tr>
        <w:trPr>
          <w:trHeight w:hRule="exact" w:val="828"/>
        </w:trPr>
        <w:tc>
          <w:tcPr>
            <w:tcW w:type="dxa" w:w="504"/>
            <w:tcBorders>
              <w:start w:sz="4.800000000000011" w:val="single" w:color="#000000"/>
              <w:top w:sz="4.7999999999999545" w:val="single" w:color="#000000"/>
              <w:end w:sz="4.800000000000011" w:val="single" w:color="#000000"/>
              <w:bottom w:sz="4.7999999999999545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0" w:right="0" w:firstLine="0"/>
              <w:jc w:val="center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25.</w:t>
            </w:r>
          </w:p>
        </w:tc>
        <w:tc>
          <w:tcPr>
            <w:tcW w:type="dxa" w:w="2966"/>
            <w:tcBorders>
              <w:start w:sz="4.800000000000011" w:val="single" w:color="#000000"/>
              <w:top w:sz="4.7999999999999545" w:val="single" w:color="#000000"/>
              <w:end w:sz="4.0" w:val="single" w:color="#000000"/>
              <w:bottom w:sz="4.7999999999999545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0" w:right="0" w:firstLine="0"/>
              <w:jc w:val="center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Как путешествует письмо?</w:t>
            </w:r>
          </w:p>
        </w:tc>
        <w:tc>
          <w:tcPr>
            <w:tcW w:type="dxa" w:w="732"/>
            <w:tcBorders>
              <w:start w:sz="4.0" w:val="single" w:color="#000000"/>
              <w:top w:sz="4.7999999999999545" w:val="single" w:color="#000000"/>
              <w:end w:sz="4.7999999999999545" w:val="single" w:color="#000000"/>
              <w:bottom w:sz="4.7999999999999545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74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1</w:t>
            </w:r>
          </w:p>
        </w:tc>
        <w:tc>
          <w:tcPr>
            <w:tcW w:type="dxa" w:w="1620"/>
            <w:tcBorders>
              <w:start w:sz="4.7999999999999545" w:val="single" w:color="#000000"/>
              <w:top w:sz="4.7999999999999545" w:val="single" w:color="#000000"/>
              <w:end w:sz="4.800000000000182" w:val="single" w:color="#000000"/>
              <w:bottom w:sz="4.7999999999999545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72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0</w:t>
            </w:r>
          </w:p>
        </w:tc>
        <w:tc>
          <w:tcPr>
            <w:tcW w:type="dxa" w:w="1668"/>
            <w:tcBorders>
              <w:start w:sz="4.800000000000182" w:val="single" w:color="#000000"/>
              <w:top w:sz="4.7999999999999545" w:val="single" w:color="#000000"/>
              <w:end w:sz="4.799999999999727" w:val="single" w:color="#000000"/>
              <w:bottom w:sz="4.7999999999999545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72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1</w:t>
            </w:r>
          </w:p>
        </w:tc>
        <w:tc>
          <w:tcPr>
            <w:tcW w:type="dxa" w:w="1236"/>
            <w:tcBorders>
              <w:start w:sz="4.799999999999727" w:val="single" w:color="#000000"/>
              <w:top w:sz="4.7999999999999545" w:val="single" w:color="#000000"/>
              <w:end w:sz="4.799999999999727" w:val="single" w:color="#000000"/>
              <w:bottom w:sz="4.7999999999999545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0" w:right="0" w:firstLine="0"/>
              <w:jc w:val="center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02.12.2022</w:t>
            </w:r>
          </w:p>
        </w:tc>
        <w:tc>
          <w:tcPr>
            <w:tcW w:type="dxa" w:w="1826"/>
            <w:tcBorders>
              <w:start w:sz="4.799999999999727" w:val="single" w:color="#000000"/>
              <w:top w:sz="4.7999999999999545" w:val="single" w:color="#000000"/>
              <w:end w:sz="4.800000000000182" w:val="single" w:color="#000000"/>
              <w:bottom w:sz="4.7999999999999545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62" w:lineRule="auto" w:before="98" w:after="0"/>
              <w:ind w:left="72" w:right="288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 xml:space="preserve">Практическая </w:t>
            </w: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работа;</w:t>
            </w:r>
          </w:p>
        </w:tc>
      </w:tr>
      <w:tr>
        <w:trPr>
          <w:trHeight w:hRule="exact" w:val="1500"/>
        </w:trPr>
        <w:tc>
          <w:tcPr>
            <w:tcW w:type="dxa" w:w="504"/>
            <w:tcBorders>
              <w:start w:sz="4.800000000000011" w:val="single" w:color="#000000"/>
              <w:top w:sz="4.7999999999999545" w:val="single" w:color="#000000"/>
              <w:end w:sz="4.800000000000011" w:val="single" w:color="#000000"/>
              <w:bottom w:sz="5.599999999999909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0" w:right="0" w:firstLine="0"/>
              <w:jc w:val="center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26.</w:t>
            </w:r>
          </w:p>
        </w:tc>
        <w:tc>
          <w:tcPr>
            <w:tcW w:type="dxa" w:w="2966"/>
            <w:tcBorders>
              <w:start w:sz="4.800000000000011" w:val="single" w:color="#000000"/>
              <w:top w:sz="4.7999999999999545" w:val="single" w:color="#000000"/>
              <w:end w:sz="4.0" w:val="single" w:color="#000000"/>
              <w:bottom w:sz="5.599999999999909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72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Куда текут реки?</w:t>
            </w:r>
          </w:p>
          <w:p>
            <w:pPr>
              <w:autoSpaceDN w:val="0"/>
              <w:autoSpaceDE w:val="0"/>
              <w:widowControl/>
              <w:spacing w:line="271" w:lineRule="auto" w:before="70" w:after="0"/>
              <w:ind w:left="72" w:right="288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Практическая работа</w:t>
            </w:r>
            <w:r>
              <w:br/>
            </w: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 xml:space="preserve">«Изготовление» морской </w:t>
            </w: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воды»</w:t>
            </w:r>
          </w:p>
        </w:tc>
        <w:tc>
          <w:tcPr>
            <w:tcW w:type="dxa" w:w="732"/>
            <w:tcBorders>
              <w:start w:sz="4.0" w:val="single" w:color="#000000"/>
              <w:top w:sz="4.7999999999999545" w:val="single" w:color="#000000"/>
              <w:end w:sz="4.7999999999999545" w:val="single" w:color="#000000"/>
              <w:bottom w:sz="5.599999999999909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74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1</w:t>
            </w:r>
          </w:p>
        </w:tc>
        <w:tc>
          <w:tcPr>
            <w:tcW w:type="dxa" w:w="1620"/>
            <w:tcBorders>
              <w:start w:sz="4.7999999999999545" w:val="single" w:color="#000000"/>
              <w:top w:sz="4.7999999999999545" w:val="single" w:color="#000000"/>
              <w:end w:sz="4.800000000000182" w:val="single" w:color="#000000"/>
              <w:bottom w:sz="5.599999999999909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72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0</w:t>
            </w:r>
          </w:p>
        </w:tc>
        <w:tc>
          <w:tcPr>
            <w:tcW w:type="dxa" w:w="1668"/>
            <w:tcBorders>
              <w:start w:sz="4.800000000000182" w:val="single" w:color="#000000"/>
              <w:top w:sz="4.7999999999999545" w:val="single" w:color="#000000"/>
              <w:end w:sz="4.799999999999727" w:val="single" w:color="#000000"/>
              <w:bottom w:sz="5.599999999999909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72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1</w:t>
            </w:r>
          </w:p>
        </w:tc>
        <w:tc>
          <w:tcPr>
            <w:tcW w:type="dxa" w:w="1236"/>
            <w:tcBorders>
              <w:start w:sz="4.799999999999727" w:val="single" w:color="#000000"/>
              <w:top w:sz="4.7999999999999545" w:val="single" w:color="#000000"/>
              <w:end w:sz="4.799999999999727" w:val="single" w:color="#000000"/>
              <w:bottom w:sz="5.599999999999909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0" w:right="0" w:firstLine="0"/>
              <w:jc w:val="center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06.12.2022</w:t>
            </w:r>
          </w:p>
        </w:tc>
        <w:tc>
          <w:tcPr>
            <w:tcW w:type="dxa" w:w="1826"/>
            <w:tcBorders>
              <w:start w:sz="4.799999999999727" w:val="single" w:color="#000000"/>
              <w:top w:sz="4.7999999999999545" w:val="single" w:color="#000000"/>
              <w:end w:sz="4.800000000000182" w:val="single" w:color="#000000"/>
              <w:bottom w:sz="5.599999999999909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71" w:lineRule="auto" w:before="98" w:after="0"/>
              <w:ind w:left="72" w:right="144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 xml:space="preserve">Практическая </w:t>
            </w: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 xml:space="preserve">работа; </w:t>
            </w:r>
            <w:r>
              <w:br/>
            </w: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Устный опрос;</w:t>
            </w:r>
          </w:p>
        </w:tc>
      </w:tr>
      <w:tr>
        <w:trPr>
          <w:trHeight w:hRule="exact" w:val="1166"/>
        </w:trPr>
        <w:tc>
          <w:tcPr>
            <w:tcW w:type="dxa" w:w="504"/>
            <w:tcBorders>
              <w:start w:sz="4.800000000000011" w:val="single" w:color="#000000"/>
              <w:top w:sz="5.599999999999909" w:val="single" w:color="#000000"/>
              <w:end w:sz="4.800000000000011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100" w:after="0"/>
              <w:ind w:left="0" w:right="0" w:firstLine="0"/>
              <w:jc w:val="center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27.</w:t>
            </w:r>
          </w:p>
        </w:tc>
        <w:tc>
          <w:tcPr>
            <w:tcW w:type="dxa" w:w="2966"/>
            <w:tcBorders>
              <w:start w:sz="4.800000000000011" w:val="single" w:color="#000000"/>
              <w:top w:sz="5.599999999999909" w:val="single" w:color="#000000"/>
              <w:end w:sz="4.0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100" w:after="0"/>
              <w:ind w:left="0" w:right="0" w:firstLine="0"/>
              <w:jc w:val="center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Откуда берутся снег и лед?</w:t>
            </w:r>
          </w:p>
          <w:p>
            <w:pPr>
              <w:autoSpaceDN w:val="0"/>
              <w:autoSpaceDE w:val="0"/>
              <w:widowControl/>
              <w:spacing w:line="262" w:lineRule="auto" w:before="70" w:after="0"/>
              <w:ind w:left="72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Практическая работа</w:t>
            </w:r>
            <w:r>
              <w:br/>
            </w: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«Опыты со снегом, льдом»</w:t>
            </w:r>
          </w:p>
        </w:tc>
        <w:tc>
          <w:tcPr>
            <w:tcW w:type="dxa" w:w="732"/>
            <w:tcBorders>
              <w:start w:sz="4.0" w:val="single" w:color="#000000"/>
              <w:top w:sz="5.599999999999909" w:val="single" w:color="#000000"/>
              <w:end w:sz="4.7999999999999545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100" w:after="0"/>
              <w:ind w:left="74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1</w:t>
            </w:r>
          </w:p>
        </w:tc>
        <w:tc>
          <w:tcPr>
            <w:tcW w:type="dxa" w:w="1620"/>
            <w:tcBorders>
              <w:start w:sz="4.7999999999999545" w:val="single" w:color="#000000"/>
              <w:top w:sz="5.599999999999909" w:val="single" w:color="#000000"/>
              <w:end w:sz="4.800000000000182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100" w:after="0"/>
              <w:ind w:left="72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0</w:t>
            </w:r>
          </w:p>
        </w:tc>
        <w:tc>
          <w:tcPr>
            <w:tcW w:type="dxa" w:w="1668"/>
            <w:tcBorders>
              <w:start w:sz="4.800000000000182" w:val="single" w:color="#000000"/>
              <w:top w:sz="5.599999999999909" w:val="single" w:color="#000000"/>
              <w:end w:sz="4.799999999999727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100" w:after="0"/>
              <w:ind w:left="72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1</w:t>
            </w:r>
          </w:p>
        </w:tc>
        <w:tc>
          <w:tcPr>
            <w:tcW w:type="dxa" w:w="1236"/>
            <w:tcBorders>
              <w:start w:sz="4.799999999999727" w:val="single" w:color="#000000"/>
              <w:top w:sz="5.599999999999909" w:val="single" w:color="#000000"/>
              <w:end w:sz="4.799999999999727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100" w:after="0"/>
              <w:ind w:left="0" w:right="0" w:firstLine="0"/>
              <w:jc w:val="center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09.12.2022</w:t>
            </w:r>
          </w:p>
        </w:tc>
        <w:tc>
          <w:tcPr>
            <w:tcW w:type="dxa" w:w="1826"/>
            <w:tcBorders>
              <w:start w:sz="4.799999999999727" w:val="single" w:color="#000000"/>
              <w:top w:sz="5.599999999999909" w:val="single" w:color="#000000"/>
              <w:end w:sz="4.800000000000182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71" w:lineRule="auto" w:before="100" w:after="0"/>
              <w:ind w:left="72" w:right="144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 xml:space="preserve">Практическая </w:t>
            </w: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 xml:space="preserve">работа; </w:t>
            </w:r>
            <w:r>
              <w:br/>
            </w: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Устный опрос;</w:t>
            </w:r>
          </w:p>
        </w:tc>
      </w:tr>
      <w:tr>
        <w:trPr>
          <w:trHeight w:hRule="exact" w:val="1500"/>
        </w:trPr>
        <w:tc>
          <w:tcPr>
            <w:tcW w:type="dxa" w:w="504"/>
            <w:tcBorders>
              <w:start w:sz="4.800000000000011" w:val="single" w:color="#000000"/>
              <w:top w:sz="4.800000000000182" w:val="single" w:color="#000000"/>
              <w:end w:sz="4.800000000000011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0" w:right="0" w:firstLine="0"/>
              <w:jc w:val="center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28.</w:t>
            </w:r>
          </w:p>
        </w:tc>
        <w:tc>
          <w:tcPr>
            <w:tcW w:type="dxa" w:w="2966"/>
            <w:tcBorders>
              <w:start w:sz="4.800000000000011" w:val="single" w:color="#000000"/>
              <w:top w:sz="4.800000000000182" w:val="single" w:color="#000000"/>
              <w:end w:sz="4.0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76" w:lineRule="auto" w:before="98" w:after="0"/>
              <w:ind w:left="72" w:right="576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 xml:space="preserve">Как живут растения? </w:t>
            </w: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Практическая работа</w:t>
            </w: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 xml:space="preserve">«Уход за комнатными </w:t>
            </w: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растениями».</w:t>
            </w:r>
          </w:p>
        </w:tc>
        <w:tc>
          <w:tcPr>
            <w:tcW w:type="dxa" w:w="732"/>
            <w:tcBorders>
              <w:start w:sz="4.0" w:val="single" w:color="#000000"/>
              <w:top w:sz="4.800000000000182" w:val="single" w:color="#000000"/>
              <w:end w:sz="4.7999999999999545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74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1</w:t>
            </w:r>
          </w:p>
        </w:tc>
        <w:tc>
          <w:tcPr>
            <w:tcW w:type="dxa" w:w="1620"/>
            <w:tcBorders>
              <w:start w:sz="4.7999999999999545" w:val="single" w:color="#000000"/>
              <w:top w:sz="4.800000000000182" w:val="single" w:color="#000000"/>
              <w:end w:sz="4.800000000000182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72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0</w:t>
            </w:r>
          </w:p>
        </w:tc>
        <w:tc>
          <w:tcPr>
            <w:tcW w:type="dxa" w:w="1668"/>
            <w:tcBorders>
              <w:start w:sz="4.800000000000182" w:val="single" w:color="#000000"/>
              <w:top w:sz="4.800000000000182" w:val="single" w:color="#000000"/>
              <w:end w:sz="4.799999999999727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72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1</w:t>
            </w:r>
          </w:p>
        </w:tc>
        <w:tc>
          <w:tcPr>
            <w:tcW w:type="dxa" w:w="1236"/>
            <w:tcBorders>
              <w:start w:sz="4.799999999999727" w:val="single" w:color="#000000"/>
              <w:top w:sz="4.800000000000182" w:val="single" w:color="#000000"/>
              <w:end w:sz="4.799999999999727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0" w:right="0" w:firstLine="0"/>
              <w:jc w:val="center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13.12.2022</w:t>
            </w:r>
          </w:p>
        </w:tc>
        <w:tc>
          <w:tcPr>
            <w:tcW w:type="dxa" w:w="1826"/>
            <w:tcBorders>
              <w:start w:sz="4.799999999999727" w:val="single" w:color="#000000"/>
              <w:top w:sz="4.800000000000182" w:val="single" w:color="#000000"/>
              <w:end w:sz="4.800000000000182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71" w:lineRule="auto" w:before="98" w:after="0"/>
              <w:ind w:left="72" w:right="144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 xml:space="preserve">Практическая </w:t>
            </w: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 xml:space="preserve">работа; </w:t>
            </w:r>
            <w:r>
              <w:br/>
            </w: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Устный опрос;</w:t>
            </w:r>
          </w:p>
        </w:tc>
      </w:tr>
      <w:tr>
        <w:trPr>
          <w:trHeight w:hRule="exact" w:val="1164"/>
        </w:trPr>
        <w:tc>
          <w:tcPr>
            <w:tcW w:type="dxa" w:w="504"/>
            <w:tcBorders>
              <w:start w:sz="4.800000000000011" w:val="single" w:color="#000000"/>
              <w:top w:sz="4.800000000000182" w:val="single" w:color="#000000"/>
              <w:end w:sz="4.800000000000011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0" w:right="0" w:firstLine="0"/>
              <w:jc w:val="center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29.</w:t>
            </w:r>
          </w:p>
        </w:tc>
        <w:tc>
          <w:tcPr>
            <w:tcW w:type="dxa" w:w="2966"/>
            <w:tcBorders>
              <w:start w:sz="4.800000000000011" w:val="single" w:color="#000000"/>
              <w:top w:sz="4.800000000000182" w:val="single" w:color="#000000"/>
              <w:end w:sz="4.0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72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Как живут животные?</w:t>
            </w:r>
          </w:p>
        </w:tc>
        <w:tc>
          <w:tcPr>
            <w:tcW w:type="dxa" w:w="732"/>
            <w:tcBorders>
              <w:start w:sz="4.0" w:val="single" w:color="#000000"/>
              <w:top w:sz="4.800000000000182" w:val="single" w:color="#000000"/>
              <w:end w:sz="4.7999999999999545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74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1</w:t>
            </w:r>
          </w:p>
        </w:tc>
        <w:tc>
          <w:tcPr>
            <w:tcW w:type="dxa" w:w="1620"/>
            <w:tcBorders>
              <w:start w:sz="4.7999999999999545" w:val="single" w:color="#000000"/>
              <w:top w:sz="4.800000000000182" w:val="single" w:color="#000000"/>
              <w:end w:sz="4.800000000000182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72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0</w:t>
            </w:r>
          </w:p>
        </w:tc>
        <w:tc>
          <w:tcPr>
            <w:tcW w:type="dxa" w:w="1668"/>
            <w:tcBorders>
              <w:start w:sz="4.800000000000182" w:val="single" w:color="#000000"/>
              <w:top w:sz="4.800000000000182" w:val="single" w:color="#000000"/>
              <w:end w:sz="4.799999999999727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72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1</w:t>
            </w:r>
          </w:p>
        </w:tc>
        <w:tc>
          <w:tcPr>
            <w:tcW w:type="dxa" w:w="1236"/>
            <w:tcBorders>
              <w:start w:sz="4.799999999999727" w:val="single" w:color="#000000"/>
              <w:top w:sz="4.800000000000182" w:val="single" w:color="#000000"/>
              <w:end w:sz="4.799999999999727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0" w:right="0" w:firstLine="0"/>
              <w:jc w:val="center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16.12.2022</w:t>
            </w:r>
          </w:p>
        </w:tc>
        <w:tc>
          <w:tcPr>
            <w:tcW w:type="dxa" w:w="1826"/>
            <w:tcBorders>
              <w:start w:sz="4.799999999999727" w:val="single" w:color="#000000"/>
              <w:top w:sz="4.800000000000182" w:val="single" w:color="#000000"/>
              <w:end w:sz="4.800000000000182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71" w:lineRule="auto" w:before="98" w:after="0"/>
              <w:ind w:left="72" w:right="144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 xml:space="preserve">Практическая </w:t>
            </w: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 xml:space="preserve">работа; </w:t>
            </w:r>
            <w:r>
              <w:br/>
            </w: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Устный опрос;</w:t>
            </w:r>
          </w:p>
        </w:tc>
      </w:tr>
      <w:tr>
        <w:trPr>
          <w:trHeight w:hRule="exact" w:val="1500"/>
        </w:trPr>
        <w:tc>
          <w:tcPr>
            <w:tcW w:type="dxa" w:w="504"/>
            <w:tcBorders>
              <w:start w:sz="4.800000000000011" w:val="single" w:color="#000000"/>
              <w:top w:sz="4.800000000000182" w:val="single" w:color="#000000"/>
              <w:end w:sz="4.800000000000011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0" w:right="0" w:firstLine="0"/>
              <w:jc w:val="center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30.</w:t>
            </w:r>
          </w:p>
        </w:tc>
        <w:tc>
          <w:tcPr>
            <w:tcW w:type="dxa" w:w="2966"/>
            <w:tcBorders>
              <w:start w:sz="4.800000000000011" w:val="single" w:color="#000000"/>
              <w:top w:sz="4.800000000000182" w:val="single" w:color="#000000"/>
              <w:end w:sz="4.0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76" w:lineRule="auto" w:before="98" w:after="0"/>
              <w:ind w:left="72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 xml:space="preserve">Как зимой помочь птицам? </w:t>
            </w: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Практическая работа</w:t>
            </w:r>
            <w:r>
              <w:br/>
            </w: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 xml:space="preserve">«Изготовление </w:t>
            </w:r>
            <w:r>
              <w:br/>
            </w: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кормушки».</w:t>
            </w:r>
          </w:p>
        </w:tc>
        <w:tc>
          <w:tcPr>
            <w:tcW w:type="dxa" w:w="732"/>
            <w:tcBorders>
              <w:start w:sz="4.0" w:val="single" w:color="#000000"/>
              <w:top w:sz="4.800000000000182" w:val="single" w:color="#000000"/>
              <w:end w:sz="4.7999999999999545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74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1</w:t>
            </w:r>
          </w:p>
        </w:tc>
        <w:tc>
          <w:tcPr>
            <w:tcW w:type="dxa" w:w="1620"/>
            <w:tcBorders>
              <w:start w:sz="4.7999999999999545" w:val="single" w:color="#000000"/>
              <w:top w:sz="4.800000000000182" w:val="single" w:color="#000000"/>
              <w:end w:sz="4.800000000000182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72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0</w:t>
            </w:r>
          </w:p>
        </w:tc>
        <w:tc>
          <w:tcPr>
            <w:tcW w:type="dxa" w:w="1668"/>
            <w:tcBorders>
              <w:start w:sz="4.800000000000182" w:val="single" w:color="#000000"/>
              <w:top w:sz="4.800000000000182" w:val="single" w:color="#000000"/>
              <w:end w:sz="4.799999999999727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72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1</w:t>
            </w:r>
          </w:p>
        </w:tc>
        <w:tc>
          <w:tcPr>
            <w:tcW w:type="dxa" w:w="1236"/>
            <w:tcBorders>
              <w:start w:sz="4.799999999999727" w:val="single" w:color="#000000"/>
              <w:top w:sz="4.800000000000182" w:val="single" w:color="#000000"/>
              <w:end w:sz="4.799999999999727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0" w:right="0" w:firstLine="0"/>
              <w:jc w:val="center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20.12.2022</w:t>
            </w:r>
          </w:p>
        </w:tc>
        <w:tc>
          <w:tcPr>
            <w:tcW w:type="dxa" w:w="1826"/>
            <w:tcBorders>
              <w:start w:sz="4.799999999999727" w:val="single" w:color="#000000"/>
              <w:top w:sz="4.800000000000182" w:val="single" w:color="#000000"/>
              <w:end w:sz="4.800000000000182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71" w:lineRule="auto" w:before="98" w:after="0"/>
              <w:ind w:left="72" w:right="144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 xml:space="preserve">Практическая </w:t>
            </w: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 xml:space="preserve">работа; </w:t>
            </w:r>
            <w:r>
              <w:br/>
            </w: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Устный опрос;</w:t>
            </w:r>
          </w:p>
        </w:tc>
      </w:tr>
      <w:tr>
        <w:trPr>
          <w:trHeight w:hRule="exact" w:val="1502"/>
        </w:trPr>
        <w:tc>
          <w:tcPr>
            <w:tcW w:type="dxa" w:w="504"/>
            <w:tcBorders>
              <w:start w:sz="4.800000000000011" w:val="single" w:color="#000000"/>
              <w:top w:sz="4.800000000000182" w:val="single" w:color="#000000"/>
              <w:end w:sz="4.800000000000011" w:val="single" w:color="#000000"/>
              <w:bottom w:sz="4.0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0" w:right="0" w:firstLine="0"/>
              <w:jc w:val="center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31.</w:t>
            </w:r>
          </w:p>
        </w:tc>
        <w:tc>
          <w:tcPr>
            <w:tcW w:type="dxa" w:w="2966"/>
            <w:tcBorders>
              <w:start w:sz="4.800000000000011" w:val="single" w:color="#000000"/>
              <w:top w:sz="4.800000000000182" w:val="single" w:color="#000000"/>
              <w:end w:sz="4.0" w:val="single" w:color="#000000"/>
              <w:bottom w:sz="4.0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62" w:lineRule="auto" w:before="98" w:after="0"/>
              <w:ind w:left="72" w:right="576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 xml:space="preserve">Откуда берётся и куда </w:t>
            </w: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девается мусор?</w:t>
            </w:r>
          </w:p>
          <w:p>
            <w:pPr>
              <w:autoSpaceDN w:val="0"/>
              <w:autoSpaceDE w:val="0"/>
              <w:widowControl/>
              <w:spacing w:line="262" w:lineRule="auto" w:before="70" w:after="0"/>
              <w:ind w:left="72" w:right="576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Практическая работа</w:t>
            </w: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«Сортировка мусора».</w:t>
            </w:r>
          </w:p>
        </w:tc>
        <w:tc>
          <w:tcPr>
            <w:tcW w:type="dxa" w:w="732"/>
            <w:tcBorders>
              <w:start w:sz="4.0" w:val="single" w:color="#000000"/>
              <w:top w:sz="4.800000000000182" w:val="single" w:color="#000000"/>
              <w:end w:sz="4.7999999999999545" w:val="single" w:color="#000000"/>
              <w:bottom w:sz="4.0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74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1</w:t>
            </w:r>
          </w:p>
        </w:tc>
        <w:tc>
          <w:tcPr>
            <w:tcW w:type="dxa" w:w="1620"/>
            <w:tcBorders>
              <w:start w:sz="4.7999999999999545" w:val="single" w:color="#000000"/>
              <w:top w:sz="4.800000000000182" w:val="single" w:color="#000000"/>
              <w:end w:sz="4.800000000000182" w:val="single" w:color="#000000"/>
              <w:bottom w:sz="4.0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72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0</w:t>
            </w:r>
          </w:p>
        </w:tc>
        <w:tc>
          <w:tcPr>
            <w:tcW w:type="dxa" w:w="1668"/>
            <w:tcBorders>
              <w:start w:sz="4.800000000000182" w:val="single" w:color="#000000"/>
              <w:top w:sz="4.800000000000182" w:val="single" w:color="#000000"/>
              <w:end w:sz="4.799999999999727" w:val="single" w:color="#000000"/>
              <w:bottom w:sz="4.0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72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1</w:t>
            </w:r>
          </w:p>
        </w:tc>
        <w:tc>
          <w:tcPr>
            <w:tcW w:type="dxa" w:w="1236"/>
            <w:tcBorders>
              <w:start w:sz="4.799999999999727" w:val="single" w:color="#000000"/>
              <w:top w:sz="4.800000000000182" w:val="single" w:color="#000000"/>
              <w:end w:sz="4.799999999999727" w:val="single" w:color="#000000"/>
              <w:bottom w:sz="4.0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0" w:right="0" w:firstLine="0"/>
              <w:jc w:val="center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23.12.2022</w:t>
            </w:r>
          </w:p>
        </w:tc>
        <w:tc>
          <w:tcPr>
            <w:tcW w:type="dxa" w:w="1826"/>
            <w:tcBorders>
              <w:start w:sz="4.799999999999727" w:val="single" w:color="#000000"/>
              <w:top w:sz="4.800000000000182" w:val="single" w:color="#000000"/>
              <w:end w:sz="4.800000000000182" w:val="single" w:color="#000000"/>
              <w:bottom w:sz="4.0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71" w:lineRule="auto" w:before="98" w:after="0"/>
              <w:ind w:left="72" w:right="144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 xml:space="preserve">Практическая </w:t>
            </w: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 xml:space="preserve">работа; </w:t>
            </w:r>
            <w:r>
              <w:br/>
            </w: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Устный опрос;</w:t>
            </w:r>
          </w:p>
        </w:tc>
      </w:tr>
      <w:tr>
        <w:trPr>
          <w:trHeight w:hRule="exact" w:val="1836"/>
        </w:trPr>
        <w:tc>
          <w:tcPr>
            <w:tcW w:type="dxa" w:w="504"/>
            <w:tcBorders>
              <w:start w:sz="4.800000000000011" w:val="single" w:color="#000000"/>
              <w:top w:sz="4.0" w:val="single" w:color="#000000"/>
              <w:end w:sz="4.800000000000011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100" w:after="0"/>
              <w:ind w:left="0" w:right="0" w:firstLine="0"/>
              <w:jc w:val="center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32.</w:t>
            </w:r>
          </w:p>
        </w:tc>
        <w:tc>
          <w:tcPr>
            <w:tcW w:type="dxa" w:w="2966"/>
            <w:tcBorders>
              <w:start w:sz="4.800000000000011" w:val="single" w:color="#000000"/>
              <w:top w:sz="4.0" w:val="single" w:color="#000000"/>
              <w:end w:sz="4.0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62" w:lineRule="auto" w:before="100" w:after="0"/>
              <w:ind w:left="72" w:right="576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 xml:space="preserve">Источник загрязнения </w:t>
            </w: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нашей планеты.</w:t>
            </w:r>
          </w:p>
          <w:p>
            <w:pPr>
              <w:autoSpaceDN w:val="0"/>
              <w:autoSpaceDE w:val="0"/>
              <w:widowControl/>
              <w:spacing w:line="271" w:lineRule="auto" w:before="70" w:after="0"/>
              <w:ind w:left="72" w:right="72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Практическая работа</w:t>
            </w: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 xml:space="preserve">«Опыты со снеговой </w:t>
            </w: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водой».</w:t>
            </w:r>
          </w:p>
        </w:tc>
        <w:tc>
          <w:tcPr>
            <w:tcW w:type="dxa" w:w="732"/>
            <w:tcBorders>
              <w:start w:sz="4.0" w:val="single" w:color="#000000"/>
              <w:top w:sz="4.0" w:val="single" w:color="#000000"/>
              <w:end w:sz="4.7999999999999545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100" w:after="0"/>
              <w:ind w:left="74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1</w:t>
            </w:r>
          </w:p>
        </w:tc>
        <w:tc>
          <w:tcPr>
            <w:tcW w:type="dxa" w:w="1620"/>
            <w:tcBorders>
              <w:start w:sz="4.7999999999999545" w:val="single" w:color="#000000"/>
              <w:top w:sz="4.0" w:val="single" w:color="#000000"/>
              <w:end w:sz="4.800000000000182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100" w:after="0"/>
              <w:ind w:left="72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0</w:t>
            </w:r>
          </w:p>
        </w:tc>
        <w:tc>
          <w:tcPr>
            <w:tcW w:type="dxa" w:w="1668"/>
            <w:tcBorders>
              <w:start w:sz="4.800000000000182" w:val="single" w:color="#000000"/>
              <w:top w:sz="4.0" w:val="single" w:color="#000000"/>
              <w:end w:sz="4.799999999999727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100" w:after="0"/>
              <w:ind w:left="72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1</w:t>
            </w:r>
          </w:p>
        </w:tc>
        <w:tc>
          <w:tcPr>
            <w:tcW w:type="dxa" w:w="1236"/>
            <w:tcBorders>
              <w:start w:sz="4.799999999999727" w:val="single" w:color="#000000"/>
              <w:top w:sz="4.0" w:val="single" w:color="#000000"/>
              <w:end w:sz="4.799999999999727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100" w:after="0"/>
              <w:ind w:left="0" w:right="0" w:firstLine="0"/>
              <w:jc w:val="center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27.12.2022</w:t>
            </w:r>
          </w:p>
        </w:tc>
        <w:tc>
          <w:tcPr>
            <w:tcW w:type="dxa" w:w="1826"/>
            <w:tcBorders>
              <w:start w:sz="4.799999999999727" w:val="single" w:color="#000000"/>
              <w:top w:sz="4.0" w:val="single" w:color="#000000"/>
              <w:end w:sz="4.800000000000182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71" w:lineRule="auto" w:before="100" w:after="0"/>
              <w:ind w:left="72" w:right="144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 xml:space="preserve">Практическая </w:t>
            </w: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 xml:space="preserve">работа; </w:t>
            </w:r>
            <w:r>
              <w:br/>
            </w: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Устный опрос;</w:t>
            </w:r>
          </w:p>
        </w:tc>
      </w:tr>
      <w:tr>
        <w:trPr>
          <w:trHeight w:hRule="exact" w:val="1836"/>
        </w:trPr>
        <w:tc>
          <w:tcPr>
            <w:tcW w:type="dxa" w:w="504"/>
            <w:tcBorders>
              <w:start w:sz="4.800000000000011" w:val="single" w:color="#000000"/>
              <w:top w:sz="4.800000000000182" w:val="single" w:color="#000000"/>
              <w:end w:sz="4.800000000000011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0" w:right="0" w:firstLine="0"/>
              <w:jc w:val="center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33.</w:t>
            </w:r>
          </w:p>
        </w:tc>
        <w:tc>
          <w:tcPr>
            <w:tcW w:type="dxa" w:w="2966"/>
            <w:tcBorders>
              <w:start w:sz="4.800000000000011" w:val="single" w:color="#000000"/>
              <w:top w:sz="4.800000000000182" w:val="single" w:color="#000000"/>
              <w:end w:sz="4.0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81" w:lineRule="auto" w:before="98" w:after="0"/>
              <w:ind w:left="72" w:right="288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 xml:space="preserve">Проверим себя и оценим </w:t>
            </w: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 xml:space="preserve">свои достижения по </w:t>
            </w:r>
            <w:r>
              <w:br/>
            </w: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 xml:space="preserve">разделу «Как, откуда и </w:t>
            </w: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 xml:space="preserve">куда?» Презентация </w:t>
            </w:r>
            <w:r>
              <w:br/>
            </w: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проекта «Моя семья»</w:t>
            </w:r>
          </w:p>
        </w:tc>
        <w:tc>
          <w:tcPr>
            <w:tcW w:type="dxa" w:w="732"/>
            <w:tcBorders>
              <w:start w:sz="4.0" w:val="single" w:color="#000000"/>
              <w:top w:sz="4.800000000000182" w:val="single" w:color="#000000"/>
              <w:end w:sz="4.7999999999999545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74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1</w:t>
            </w:r>
          </w:p>
        </w:tc>
        <w:tc>
          <w:tcPr>
            <w:tcW w:type="dxa" w:w="1620"/>
            <w:tcBorders>
              <w:start w:sz="4.7999999999999545" w:val="single" w:color="#000000"/>
              <w:top w:sz="4.800000000000182" w:val="single" w:color="#000000"/>
              <w:end w:sz="4.800000000000182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72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1</w:t>
            </w:r>
          </w:p>
        </w:tc>
        <w:tc>
          <w:tcPr>
            <w:tcW w:type="dxa" w:w="1668"/>
            <w:tcBorders>
              <w:start w:sz="4.800000000000182" w:val="single" w:color="#000000"/>
              <w:top w:sz="4.800000000000182" w:val="single" w:color="#000000"/>
              <w:end w:sz="4.799999999999727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72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0</w:t>
            </w:r>
          </w:p>
        </w:tc>
        <w:tc>
          <w:tcPr>
            <w:tcW w:type="dxa" w:w="1236"/>
            <w:tcBorders>
              <w:start w:sz="4.799999999999727" w:val="single" w:color="#000000"/>
              <w:top w:sz="4.800000000000182" w:val="single" w:color="#000000"/>
              <w:end w:sz="4.799999999999727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0" w:right="0" w:firstLine="0"/>
              <w:jc w:val="center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30.12.2022</w:t>
            </w:r>
          </w:p>
        </w:tc>
        <w:tc>
          <w:tcPr>
            <w:tcW w:type="dxa" w:w="1826"/>
            <w:tcBorders>
              <w:start w:sz="4.799999999999727" w:val="single" w:color="#000000"/>
              <w:top w:sz="4.800000000000182" w:val="single" w:color="#000000"/>
              <w:end w:sz="4.800000000000182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62" w:lineRule="auto" w:before="98" w:after="0"/>
              <w:ind w:left="72" w:right="288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 xml:space="preserve">Контрольная </w:t>
            </w: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работа;</w:t>
            </w:r>
          </w:p>
        </w:tc>
      </w:tr>
      <w:tr>
        <w:trPr>
          <w:trHeight w:hRule="exact" w:val="1144"/>
        </w:trPr>
        <w:tc>
          <w:tcPr>
            <w:tcW w:type="dxa" w:w="504"/>
            <w:tcBorders>
              <w:start w:sz="4.800000000000011" w:val="single" w:color="#000000"/>
              <w:top w:sz="4.800000000000182" w:val="single" w:color="#000000"/>
              <w:end w:sz="4.800000000000011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0" w:right="0" w:firstLine="0"/>
              <w:jc w:val="center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34.</w:t>
            </w:r>
          </w:p>
        </w:tc>
        <w:tc>
          <w:tcPr>
            <w:tcW w:type="dxa" w:w="2966"/>
            <w:tcBorders>
              <w:start w:sz="4.800000000000011" w:val="single" w:color="#000000"/>
              <w:top w:sz="4.800000000000182" w:val="single" w:color="#000000"/>
              <w:end w:sz="4.0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72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Когда учиться интересно?</w:t>
            </w:r>
          </w:p>
        </w:tc>
        <w:tc>
          <w:tcPr>
            <w:tcW w:type="dxa" w:w="732"/>
            <w:tcBorders>
              <w:start w:sz="4.0" w:val="single" w:color="#000000"/>
              <w:top w:sz="4.800000000000182" w:val="single" w:color="#000000"/>
              <w:end w:sz="4.7999999999999545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74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1</w:t>
            </w:r>
          </w:p>
        </w:tc>
        <w:tc>
          <w:tcPr>
            <w:tcW w:type="dxa" w:w="1620"/>
            <w:tcBorders>
              <w:start w:sz="4.7999999999999545" w:val="single" w:color="#000000"/>
              <w:top w:sz="4.800000000000182" w:val="single" w:color="#000000"/>
              <w:end w:sz="4.800000000000182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72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0</w:t>
            </w:r>
          </w:p>
        </w:tc>
        <w:tc>
          <w:tcPr>
            <w:tcW w:type="dxa" w:w="1668"/>
            <w:tcBorders>
              <w:start w:sz="4.800000000000182" w:val="single" w:color="#000000"/>
              <w:top w:sz="4.800000000000182" w:val="single" w:color="#000000"/>
              <w:end w:sz="4.799999999999727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72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1</w:t>
            </w:r>
          </w:p>
        </w:tc>
        <w:tc>
          <w:tcPr>
            <w:tcW w:type="dxa" w:w="1236"/>
            <w:tcBorders>
              <w:start w:sz="4.799999999999727" w:val="single" w:color="#000000"/>
              <w:top w:sz="4.800000000000182" w:val="single" w:color="#000000"/>
              <w:end w:sz="4.799999999999727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72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 xml:space="preserve">10.01.2023 </w:t>
            </w:r>
          </w:p>
        </w:tc>
        <w:tc>
          <w:tcPr>
            <w:tcW w:type="dxa" w:w="1826"/>
            <w:tcBorders>
              <w:start w:sz="4.799999999999727" w:val="single" w:color="#000000"/>
              <w:top w:sz="4.800000000000182" w:val="single" w:color="#000000"/>
              <w:end w:sz="4.800000000000182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71" w:lineRule="auto" w:before="98" w:after="0"/>
              <w:ind w:left="156" w:right="144" w:hanging="156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 xml:space="preserve"> Практическая </w:t>
            </w: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 xml:space="preserve">работа; </w:t>
            </w:r>
            <w:r>
              <w:br/>
            </w: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Устный опрос;</w:t>
            </w:r>
          </w:p>
        </w:tc>
      </w:tr>
    </w:tbl>
    <w:p>
      <w:pPr>
        <w:autoSpaceDN w:val="0"/>
        <w:autoSpaceDE w:val="0"/>
        <w:widowControl/>
        <w:spacing w:line="14" w:lineRule="exact" w:before="0" w:after="0"/>
        <w:ind w:left="0" w:right="0"/>
      </w:pPr>
    </w:p>
    <w:p>
      <w:pPr>
        <w:sectPr>
          <w:pgSz w:w="11900" w:h="16840"/>
          <w:pgMar w:top="284" w:right="650" w:bottom="380" w:left="666" w:header="720" w:footer="720" w:gutter="0"/>
          <w:cols w:space="720" w:num="1" w:equalWidth="0">
            <w:col w:w="10584" w:space="0"/>
            <w:col w:w="10584" w:space="0"/>
            <w:col w:w="10584" w:space="0"/>
            <w:col w:w="15534" w:space="0"/>
            <w:col w:w="15534" w:space="0"/>
            <w:col w:w="15534" w:space="0"/>
            <w:col w:w="15534" w:space="0"/>
            <w:col w:w="9974" w:space="0"/>
            <w:col w:w="10584" w:space="0"/>
            <w:col w:w="10264" w:space="0"/>
            <w:col w:w="10584" w:space="0"/>
            <w:col w:w="10586" w:space="0"/>
            <w:col w:w="10258" w:space="0"/>
            <w:col w:w="10584" w:space="0"/>
            <w:col w:w="10468" w:space="0"/>
            <w:col w:w="10584" w:space="0"/>
            <w:col w:w="10284" w:space="0"/>
          </w:cols>
          <w:docGrid w:linePitch="360"/>
        </w:sectPr>
      </w:pPr>
    </w:p>
    <w:p>
      <w:pPr>
        <w:autoSpaceDN w:val="0"/>
        <w:autoSpaceDE w:val="0"/>
        <w:widowControl/>
        <w:spacing w:line="220" w:lineRule="exact" w:before="0" w:after="66"/>
        <w:ind w:left="0" w:right="0"/>
      </w:pPr>
    </w:p>
    <w:tbl>
      <w:tblPr>
        <w:tblW w:type="auto" w:w="0"/>
        <w:tblLayout w:type="fixed"/>
        <w:tblLook w:firstColumn="1" w:firstRow="1" w:lastColumn="0" w:lastRow="0" w:noHBand="0" w:noVBand="1" w:val="04A0"/>
        <w:tblInd w:w="6.000000000000085" w:type="dxa"/>
      </w:tblPr>
      <w:tblGrid>
        <w:gridCol w:w="1512"/>
        <w:gridCol w:w="1512"/>
        <w:gridCol w:w="1512"/>
        <w:gridCol w:w="1512"/>
        <w:gridCol w:w="1512"/>
        <w:gridCol w:w="1512"/>
        <w:gridCol w:w="1512"/>
      </w:tblGrid>
      <w:tr>
        <w:trPr>
          <w:trHeight w:hRule="exact" w:val="1164"/>
        </w:trPr>
        <w:tc>
          <w:tcPr>
            <w:tcW w:type="dxa" w:w="504"/>
            <w:tcBorders>
              <w:start w:sz="4.800000000000011" w:val="single" w:color="#000000"/>
              <w:top w:sz="4.800000000000011" w:val="single" w:color="#000000"/>
              <w:end w:sz="4.800000000000011" w:val="single" w:color="#000000"/>
              <w:bottom w:sz="4.7999999999999545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0" w:right="0" w:firstLine="0"/>
              <w:jc w:val="center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35.</w:t>
            </w:r>
          </w:p>
        </w:tc>
        <w:tc>
          <w:tcPr>
            <w:tcW w:type="dxa" w:w="2966"/>
            <w:tcBorders>
              <w:start w:sz="4.800000000000011" w:val="single" w:color="#000000"/>
              <w:top w:sz="4.800000000000011" w:val="single" w:color="#000000"/>
              <w:end w:sz="4.0" w:val="single" w:color="#000000"/>
              <w:bottom w:sz="4.7999999999999545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62" w:lineRule="auto" w:before="98" w:after="0"/>
              <w:ind w:left="72" w:right="144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 xml:space="preserve">Проект «Мой класс и моя </w:t>
            </w: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школа».</w:t>
            </w:r>
          </w:p>
        </w:tc>
        <w:tc>
          <w:tcPr>
            <w:tcW w:type="dxa" w:w="732"/>
            <w:tcBorders>
              <w:start w:sz="4.0" w:val="single" w:color="#000000"/>
              <w:top w:sz="4.800000000000011" w:val="single" w:color="#000000"/>
              <w:end w:sz="4.7999999999999545" w:val="single" w:color="#000000"/>
              <w:bottom w:sz="4.7999999999999545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74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1</w:t>
            </w:r>
          </w:p>
        </w:tc>
        <w:tc>
          <w:tcPr>
            <w:tcW w:type="dxa" w:w="1620"/>
            <w:tcBorders>
              <w:start w:sz="4.7999999999999545" w:val="single" w:color="#000000"/>
              <w:top w:sz="4.800000000000011" w:val="single" w:color="#000000"/>
              <w:end w:sz="4.800000000000182" w:val="single" w:color="#000000"/>
              <w:bottom w:sz="4.7999999999999545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72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0</w:t>
            </w:r>
          </w:p>
        </w:tc>
        <w:tc>
          <w:tcPr>
            <w:tcW w:type="dxa" w:w="1668"/>
            <w:tcBorders>
              <w:start w:sz="4.800000000000182" w:val="single" w:color="#000000"/>
              <w:top w:sz="4.800000000000011" w:val="single" w:color="#000000"/>
              <w:end w:sz="4.799999999999727" w:val="single" w:color="#000000"/>
              <w:bottom w:sz="4.7999999999999545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72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1</w:t>
            </w:r>
          </w:p>
        </w:tc>
        <w:tc>
          <w:tcPr>
            <w:tcW w:type="dxa" w:w="1236"/>
            <w:tcBorders>
              <w:start w:sz="4.799999999999727" w:val="single" w:color="#000000"/>
              <w:top w:sz="4.800000000000011" w:val="single" w:color="#000000"/>
              <w:end w:sz="4.799999999999727" w:val="single" w:color="#000000"/>
              <w:bottom w:sz="4.7999999999999545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0" w:right="0" w:firstLine="0"/>
              <w:jc w:val="center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13.01.2023</w:t>
            </w:r>
          </w:p>
        </w:tc>
        <w:tc>
          <w:tcPr>
            <w:tcW w:type="dxa" w:w="1826"/>
            <w:tcBorders>
              <w:start w:sz="4.799999999999727" w:val="single" w:color="#000000"/>
              <w:top w:sz="4.800000000000011" w:val="single" w:color="#000000"/>
              <w:end w:sz="4.800000000000182" w:val="single" w:color="#000000"/>
              <w:bottom w:sz="4.7999999999999545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71" w:lineRule="auto" w:before="98" w:after="0"/>
              <w:ind w:left="72" w:right="144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 xml:space="preserve">Практическая </w:t>
            </w: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 xml:space="preserve">работа; </w:t>
            </w:r>
            <w:r>
              <w:br/>
            </w: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Устный опрос;</w:t>
            </w:r>
          </w:p>
        </w:tc>
      </w:tr>
      <w:tr>
        <w:trPr>
          <w:trHeight w:hRule="exact" w:val="828"/>
        </w:trPr>
        <w:tc>
          <w:tcPr>
            <w:tcW w:type="dxa" w:w="504"/>
            <w:tcBorders>
              <w:start w:sz="4.800000000000011" w:val="single" w:color="#000000"/>
              <w:top w:sz="4.7999999999999545" w:val="single" w:color="#000000"/>
              <w:end w:sz="4.800000000000011" w:val="single" w:color="#000000"/>
              <w:bottom w:sz="4.7999999999999545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0" w:right="0" w:firstLine="0"/>
              <w:jc w:val="center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36.</w:t>
            </w:r>
          </w:p>
        </w:tc>
        <w:tc>
          <w:tcPr>
            <w:tcW w:type="dxa" w:w="2966"/>
            <w:tcBorders>
              <w:start w:sz="4.800000000000011" w:val="single" w:color="#000000"/>
              <w:top w:sz="4.7999999999999545" w:val="single" w:color="#000000"/>
              <w:end w:sz="4.0" w:val="single" w:color="#000000"/>
              <w:bottom w:sz="4.7999999999999545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72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Когда придет суббота?</w:t>
            </w:r>
          </w:p>
        </w:tc>
        <w:tc>
          <w:tcPr>
            <w:tcW w:type="dxa" w:w="732"/>
            <w:tcBorders>
              <w:start w:sz="4.0" w:val="single" w:color="#000000"/>
              <w:top w:sz="4.7999999999999545" w:val="single" w:color="#000000"/>
              <w:end w:sz="4.7999999999999545" w:val="single" w:color="#000000"/>
              <w:bottom w:sz="4.7999999999999545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74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1</w:t>
            </w:r>
          </w:p>
        </w:tc>
        <w:tc>
          <w:tcPr>
            <w:tcW w:type="dxa" w:w="1620"/>
            <w:tcBorders>
              <w:start w:sz="4.7999999999999545" w:val="single" w:color="#000000"/>
              <w:top w:sz="4.7999999999999545" w:val="single" w:color="#000000"/>
              <w:end w:sz="4.800000000000182" w:val="single" w:color="#000000"/>
              <w:bottom w:sz="4.7999999999999545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72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0</w:t>
            </w:r>
          </w:p>
        </w:tc>
        <w:tc>
          <w:tcPr>
            <w:tcW w:type="dxa" w:w="1668"/>
            <w:tcBorders>
              <w:start w:sz="4.800000000000182" w:val="single" w:color="#000000"/>
              <w:top w:sz="4.7999999999999545" w:val="single" w:color="#000000"/>
              <w:end w:sz="4.799999999999727" w:val="single" w:color="#000000"/>
              <w:bottom w:sz="4.7999999999999545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72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1</w:t>
            </w:r>
          </w:p>
        </w:tc>
        <w:tc>
          <w:tcPr>
            <w:tcW w:type="dxa" w:w="1236"/>
            <w:tcBorders>
              <w:start w:sz="4.799999999999727" w:val="single" w:color="#000000"/>
              <w:top w:sz="4.7999999999999545" w:val="single" w:color="#000000"/>
              <w:end w:sz="4.799999999999727" w:val="single" w:color="#000000"/>
              <w:bottom w:sz="4.7999999999999545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0" w:right="0" w:firstLine="0"/>
              <w:jc w:val="center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17.01.2023</w:t>
            </w:r>
          </w:p>
        </w:tc>
        <w:tc>
          <w:tcPr>
            <w:tcW w:type="dxa" w:w="1826"/>
            <w:tcBorders>
              <w:start w:sz="4.799999999999727" w:val="single" w:color="#000000"/>
              <w:top w:sz="4.7999999999999545" w:val="single" w:color="#000000"/>
              <w:end w:sz="4.800000000000182" w:val="single" w:color="#000000"/>
              <w:bottom w:sz="4.7999999999999545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62" w:lineRule="auto" w:before="98" w:after="0"/>
              <w:ind w:left="72" w:right="288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 xml:space="preserve">Практическая </w:t>
            </w: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работа;</w:t>
            </w:r>
          </w:p>
        </w:tc>
      </w:tr>
      <w:tr>
        <w:trPr>
          <w:trHeight w:hRule="exact" w:val="828"/>
        </w:trPr>
        <w:tc>
          <w:tcPr>
            <w:tcW w:type="dxa" w:w="504"/>
            <w:tcBorders>
              <w:start w:sz="4.800000000000011" w:val="single" w:color="#000000"/>
              <w:top w:sz="4.7999999999999545" w:val="single" w:color="#000000"/>
              <w:end w:sz="4.800000000000011" w:val="single" w:color="#000000"/>
              <w:bottom w:sz="4.7999999999999545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0" w:right="0" w:firstLine="0"/>
              <w:jc w:val="center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37.</w:t>
            </w:r>
          </w:p>
        </w:tc>
        <w:tc>
          <w:tcPr>
            <w:tcW w:type="dxa" w:w="2966"/>
            <w:tcBorders>
              <w:start w:sz="4.800000000000011" w:val="single" w:color="#000000"/>
              <w:top w:sz="4.7999999999999545" w:val="single" w:color="#000000"/>
              <w:end w:sz="4.0" w:val="single" w:color="#000000"/>
              <w:bottom w:sz="4.7999999999999545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72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Когда наступит лето?</w:t>
            </w:r>
          </w:p>
        </w:tc>
        <w:tc>
          <w:tcPr>
            <w:tcW w:type="dxa" w:w="732"/>
            <w:tcBorders>
              <w:start w:sz="4.0" w:val="single" w:color="#000000"/>
              <w:top w:sz="4.7999999999999545" w:val="single" w:color="#000000"/>
              <w:end w:sz="4.7999999999999545" w:val="single" w:color="#000000"/>
              <w:bottom w:sz="4.7999999999999545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74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1</w:t>
            </w:r>
          </w:p>
        </w:tc>
        <w:tc>
          <w:tcPr>
            <w:tcW w:type="dxa" w:w="1620"/>
            <w:tcBorders>
              <w:start w:sz="4.7999999999999545" w:val="single" w:color="#000000"/>
              <w:top w:sz="4.7999999999999545" w:val="single" w:color="#000000"/>
              <w:end w:sz="4.800000000000182" w:val="single" w:color="#000000"/>
              <w:bottom w:sz="4.7999999999999545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72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0</w:t>
            </w:r>
          </w:p>
        </w:tc>
        <w:tc>
          <w:tcPr>
            <w:tcW w:type="dxa" w:w="1668"/>
            <w:tcBorders>
              <w:start w:sz="4.800000000000182" w:val="single" w:color="#000000"/>
              <w:top w:sz="4.7999999999999545" w:val="single" w:color="#000000"/>
              <w:end w:sz="4.799999999999727" w:val="single" w:color="#000000"/>
              <w:bottom w:sz="4.7999999999999545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72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1</w:t>
            </w:r>
          </w:p>
        </w:tc>
        <w:tc>
          <w:tcPr>
            <w:tcW w:type="dxa" w:w="1236"/>
            <w:tcBorders>
              <w:start w:sz="4.799999999999727" w:val="single" w:color="#000000"/>
              <w:top w:sz="4.7999999999999545" w:val="single" w:color="#000000"/>
              <w:end w:sz="4.799999999999727" w:val="single" w:color="#000000"/>
              <w:bottom w:sz="4.7999999999999545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0" w:right="0" w:firstLine="0"/>
              <w:jc w:val="center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20.01.2023</w:t>
            </w:r>
          </w:p>
        </w:tc>
        <w:tc>
          <w:tcPr>
            <w:tcW w:type="dxa" w:w="1826"/>
            <w:tcBorders>
              <w:start w:sz="4.799999999999727" w:val="single" w:color="#000000"/>
              <w:top w:sz="4.7999999999999545" w:val="single" w:color="#000000"/>
              <w:end w:sz="4.800000000000182" w:val="single" w:color="#000000"/>
              <w:bottom w:sz="4.7999999999999545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62" w:lineRule="auto" w:before="98" w:after="0"/>
              <w:ind w:left="72" w:right="288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 xml:space="preserve">Практическая </w:t>
            </w: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работа;</w:t>
            </w:r>
          </w:p>
        </w:tc>
      </w:tr>
      <w:tr>
        <w:trPr>
          <w:trHeight w:hRule="exact" w:val="1838"/>
        </w:trPr>
        <w:tc>
          <w:tcPr>
            <w:tcW w:type="dxa" w:w="504"/>
            <w:tcBorders>
              <w:start w:sz="4.800000000000011" w:val="single" w:color="#000000"/>
              <w:top w:sz="4.7999999999999545" w:val="single" w:color="#000000"/>
              <w:end w:sz="4.800000000000011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0" w:right="0" w:firstLine="0"/>
              <w:jc w:val="center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38.</w:t>
            </w:r>
          </w:p>
        </w:tc>
        <w:tc>
          <w:tcPr>
            <w:tcW w:type="dxa" w:w="2966"/>
            <w:tcBorders>
              <w:start w:sz="4.800000000000011" w:val="single" w:color="#000000"/>
              <w:top w:sz="4.7999999999999545" w:val="single" w:color="#000000"/>
              <w:end w:sz="4.0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0" w:right="0" w:firstLine="0"/>
              <w:jc w:val="center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Где живут белые медведи?</w:t>
            </w:r>
          </w:p>
          <w:p>
            <w:pPr>
              <w:autoSpaceDN w:val="0"/>
              <w:autoSpaceDE w:val="0"/>
              <w:widowControl/>
              <w:spacing w:line="276" w:lineRule="auto" w:before="72" w:after="0"/>
              <w:ind w:left="72" w:right="144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Практическая работа</w:t>
            </w:r>
            <w:r>
              <w:br/>
            </w: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 xml:space="preserve">«Определение Северного </w:t>
            </w: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 xml:space="preserve">Ледовитого океана и </w:t>
            </w:r>
            <w:r>
              <w:br/>
            </w: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Антарктиды на глобусе».</w:t>
            </w:r>
          </w:p>
        </w:tc>
        <w:tc>
          <w:tcPr>
            <w:tcW w:type="dxa" w:w="732"/>
            <w:tcBorders>
              <w:start w:sz="4.0" w:val="single" w:color="#000000"/>
              <w:top w:sz="4.7999999999999545" w:val="single" w:color="#000000"/>
              <w:end w:sz="4.7999999999999545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74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1</w:t>
            </w:r>
          </w:p>
        </w:tc>
        <w:tc>
          <w:tcPr>
            <w:tcW w:type="dxa" w:w="1620"/>
            <w:tcBorders>
              <w:start w:sz="4.7999999999999545" w:val="single" w:color="#000000"/>
              <w:top w:sz="4.7999999999999545" w:val="single" w:color="#000000"/>
              <w:end w:sz="4.800000000000182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72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0</w:t>
            </w:r>
          </w:p>
        </w:tc>
        <w:tc>
          <w:tcPr>
            <w:tcW w:type="dxa" w:w="1668"/>
            <w:tcBorders>
              <w:start w:sz="4.800000000000182" w:val="single" w:color="#000000"/>
              <w:top w:sz="4.7999999999999545" w:val="single" w:color="#000000"/>
              <w:end w:sz="4.799999999999727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72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1</w:t>
            </w:r>
          </w:p>
        </w:tc>
        <w:tc>
          <w:tcPr>
            <w:tcW w:type="dxa" w:w="1236"/>
            <w:tcBorders>
              <w:start w:sz="4.799999999999727" w:val="single" w:color="#000000"/>
              <w:top w:sz="4.7999999999999545" w:val="single" w:color="#000000"/>
              <w:end w:sz="4.799999999999727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0" w:right="0" w:firstLine="0"/>
              <w:jc w:val="center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24.01.2023</w:t>
            </w:r>
          </w:p>
        </w:tc>
        <w:tc>
          <w:tcPr>
            <w:tcW w:type="dxa" w:w="1826"/>
            <w:tcBorders>
              <w:start w:sz="4.799999999999727" w:val="single" w:color="#000000"/>
              <w:top w:sz="4.7999999999999545" w:val="single" w:color="#000000"/>
              <w:end w:sz="4.800000000000182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71" w:lineRule="auto" w:before="98" w:after="0"/>
              <w:ind w:left="72" w:right="144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 xml:space="preserve">Практическая </w:t>
            </w: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 xml:space="preserve">работа; </w:t>
            </w:r>
            <w:r>
              <w:br/>
            </w: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Тестирование;</w:t>
            </w:r>
          </w:p>
        </w:tc>
      </w:tr>
      <w:tr>
        <w:trPr>
          <w:trHeight w:hRule="exact" w:val="1500"/>
        </w:trPr>
        <w:tc>
          <w:tcPr>
            <w:tcW w:type="dxa" w:w="504"/>
            <w:tcBorders>
              <w:start w:sz="4.800000000000011" w:val="single" w:color="#000000"/>
              <w:top w:sz="4.800000000000182" w:val="single" w:color="#000000"/>
              <w:end w:sz="4.800000000000011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0" w:right="0" w:firstLine="0"/>
              <w:jc w:val="center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39.</w:t>
            </w:r>
          </w:p>
        </w:tc>
        <w:tc>
          <w:tcPr>
            <w:tcW w:type="dxa" w:w="2966"/>
            <w:tcBorders>
              <w:start w:sz="4.800000000000011" w:val="single" w:color="#000000"/>
              <w:top w:sz="4.800000000000182" w:val="single" w:color="#000000"/>
              <w:end w:sz="4.0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72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Где живут слоны?</w:t>
            </w:r>
          </w:p>
          <w:p>
            <w:pPr>
              <w:autoSpaceDN w:val="0"/>
              <w:autoSpaceDE w:val="0"/>
              <w:widowControl/>
              <w:spacing w:line="271" w:lineRule="auto" w:before="70" w:after="0"/>
              <w:ind w:left="72" w:right="576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Практическая работа</w:t>
            </w: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 xml:space="preserve">«Определение жарких </w:t>
            </w: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районов на глобусе».</w:t>
            </w:r>
          </w:p>
        </w:tc>
        <w:tc>
          <w:tcPr>
            <w:tcW w:type="dxa" w:w="732"/>
            <w:tcBorders>
              <w:start w:sz="4.0" w:val="single" w:color="#000000"/>
              <w:top w:sz="4.800000000000182" w:val="single" w:color="#000000"/>
              <w:end w:sz="4.7999999999999545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74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1</w:t>
            </w:r>
          </w:p>
        </w:tc>
        <w:tc>
          <w:tcPr>
            <w:tcW w:type="dxa" w:w="1620"/>
            <w:tcBorders>
              <w:start w:sz="4.7999999999999545" w:val="single" w:color="#000000"/>
              <w:top w:sz="4.800000000000182" w:val="single" w:color="#000000"/>
              <w:end w:sz="4.800000000000182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72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0</w:t>
            </w:r>
          </w:p>
        </w:tc>
        <w:tc>
          <w:tcPr>
            <w:tcW w:type="dxa" w:w="1668"/>
            <w:tcBorders>
              <w:start w:sz="4.800000000000182" w:val="single" w:color="#000000"/>
              <w:top w:sz="4.800000000000182" w:val="single" w:color="#000000"/>
              <w:end w:sz="4.799999999999727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72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1</w:t>
            </w:r>
          </w:p>
        </w:tc>
        <w:tc>
          <w:tcPr>
            <w:tcW w:type="dxa" w:w="1236"/>
            <w:tcBorders>
              <w:start w:sz="4.799999999999727" w:val="single" w:color="#000000"/>
              <w:top w:sz="4.800000000000182" w:val="single" w:color="#000000"/>
              <w:end w:sz="4.799999999999727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0" w:right="0" w:firstLine="0"/>
              <w:jc w:val="center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27.01.2023</w:t>
            </w:r>
          </w:p>
        </w:tc>
        <w:tc>
          <w:tcPr>
            <w:tcW w:type="dxa" w:w="1826"/>
            <w:tcBorders>
              <w:start w:sz="4.799999999999727" w:val="single" w:color="#000000"/>
              <w:top w:sz="4.800000000000182" w:val="single" w:color="#000000"/>
              <w:end w:sz="4.800000000000182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76" w:lineRule="auto" w:before="98" w:after="0"/>
              <w:ind w:left="72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 xml:space="preserve">Самооценка с </w:t>
            </w:r>
            <w:r>
              <w:br/>
            </w: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использованием</w:t>
            </w: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 xml:space="preserve">«Оценочного </w:t>
            </w:r>
            <w:r>
              <w:br/>
            </w: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листа»;</w:t>
            </w:r>
          </w:p>
        </w:tc>
      </w:tr>
      <w:tr>
        <w:trPr>
          <w:trHeight w:hRule="exact" w:val="1164"/>
        </w:trPr>
        <w:tc>
          <w:tcPr>
            <w:tcW w:type="dxa" w:w="504"/>
            <w:tcBorders>
              <w:start w:sz="4.800000000000011" w:val="single" w:color="#000000"/>
              <w:top w:sz="4.800000000000182" w:val="single" w:color="#000000"/>
              <w:end w:sz="4.800000000000011" w:val="single" w:color="#000000"/>
              <w:bottom w:sz="4.799999999999727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0" w:right="0" w:firstLine="0"/>
              <w:jc w:val="center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40.</w:t>
            </w:r>
          </w:p>
        </w:tc>
        <w:tc>
          <w:tcPr>
            <w:tcW w:type="dxa" w:w="2966"/>
            <w:tcBorders>
              <w:start w:sz="4.800000000000011" w:val="single" w:color="#000000"/>
              <w:top w:sz="4.800000000000182" w:val="single" w:color="#000000"/>
              <w:end w:sz="4.0" w:val="single" w:color="#000000"/>
              <w:bottom w:sz="4.799999999999727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72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Где зимуют птицы?</w:t>
            </w:r>
          </w:p>
        </w:tc>
        <w:tc>
          <w:tcPr>
            <w:tcW w:type="dxa" w:w="732"/>
            <w:tcBorders>
              <w:start w:sz="4.0" w:val="single" w:color="#000000"/>
              <w:top w:sz="4.800000000000182" w:val="single" w:color="#000000"/>
              <w:end w:sz="4.7999999999999545" w:val="single" w:color="#000000"/>
              <w:bottom w:sz="4.799999999999727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74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1</w:t>
            </w:r>
          </w:p>
        </w:tc>
        <w:tc>
          <w:tcPr>
            <w:tcW w:type="dxa" w:w="1620"/>
            <w:tcBorders>
              <w:start w:sz="4.7999999999999545" w:val="single" w:color="#000000"/>
              <w:top w:sz="4.800000000000182" w:val="single" w:color="#000000"/>
              <w:end w:sz="4.800000000000182" w:val="single" w:color="#000000"/>
              <w:bottom w:sz="4.799999999999727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72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0</w:t>
            </w:r>
          </w:p>
        </w:tc>
        <w:tc>
          <w:tcPr>
            <w:tcW w:type="dxa" w:w="1668"/>
            <w:tcBorders>
              <w:start w:sz="4.800000000000182" w:val="single" w:color="#000000"/>
              <w:top w:sz="4.800000000000182" w:val="single" w:color="#000000"/>
              <w:end w:sz="4.799999999999727" w:val="single" w:color="#000000"/>
              <w:bottom w:sz="4.799999999999727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72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1</w:t>
            </w:r>
          </w:p>
        </w:tc>
        <w:tc>
          <w:tcPr>
            <w:tcW w:type="dxa" w:w="1236"/>
            <w:tcBorders>
              <w:start w:sz="4.799999999999727" w:val="single" w:color="#000000"/>
              <w:top w:sz="4.800000000000182" w:val="single" w:color="#000000"/>
              <w:end w:sz="4.799999999999727" w:val="single" w:color="#000000"/>
              <w:bottom w:sz="4.799999999999727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0" w:right="0" w:firstLine="0"/>
              <w:jc w:val="center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31.01.2023</w:t>
            </w:r>
          </w:p>
        </w:tc>
        <w:tc>
          <w:tcPr>
            <w:tcW w:type="dxa" w:w="1826"/>
            <w:tcBorders>
              <w:start w:sz="4.799999999999727" w:val="single" w:color="#000000"/>
              <w:top w:sz="4.800000000000182" w:val="single" w:color="#000000"/>
              <w:end w:sz="4.800000000000182" w:val="single" w:color="#000000"/>
              <w:bottom w:sz="4.799999999999727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71" w:lineRule="auto" w:before="98" w:after="0"/>
              <w:ind w:left="72" w:right="144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 xml:space="preserve">Практическая </w:t>
            </w: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 xml:space="preserve">работа; </w:t>
            </w:r>
            <w:r>
              <w:br/>
            </w: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Устный опрос;</w:t>
            </w:r>
          </w:p>
        </w:tc>
      </w:tr>
      <w:tr>
        <w:trPr>
          <w:trHeight w:hRule="exact" w:val="1164"/>
        </w:trPr>
        <w:tc>
          <w:tcPr>
            <w:tcW w:type="dxa" w:w="504"/>
            <w:tcBorders>
              <w:start w:sz="4.800000000000011" w:val="single" w:color="#000000"/>
              <w:top w:sz="4.799999999999727" w:val="single" w:color="#000000"/>
              <w:end w:sz="4.800000000000011" w:val="single" w:color="#000000"/>
              <w:bottom w:sz="4.799999999999727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0" w:right="0" w:firstLine="0"/>
              <w:jc w:val="center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41.</w:t>
            </w:r>
          </w:p>
        </w:tc>
        <w:tc>
          <w:tcPr>
            <w:tcW w:type="dxa" w:w="2966"/>
            <w:tcBorders>
              <w:start w:sz="4.800000000000011" w:val="single" w:color="#000000"/>
              <w:top w:sz="4.799999999999727" w:val="single" w:color="#000000"/>
              <w:end w:sz="4.0" w:val="single" w:color="#000000"/>
              <w:bottom w:sz="4.799999999999727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72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Когда появилась одежда?</w:t>
            </w:r>
          </w:p>
        </w:tc>
        <w:tc>
          <w:tcPr>
            <w:tcW w:type="dxa" w:w="732"/>
            <w:tcBorders>
              <w:start w:sz="4.0" w:val="single" w:color="#000000"/>
              <w:top w:sz="4.799999999999727" w:val="single" w:color="#000000"/>
              <w:end w:sz="4.7999999999999545" w:val="single" w:color="#000000"/>
              <w:bottom w:sz="4.799999999999727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74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1</w:t>
            </w:r>
          </w:p>
        </w:tc>
        <w:tc>
          <w:tcPr>
            <w:tcW w:type="dxa" w:w="1620"/>
            <w:tcBorders>
              <w:start w:sz="4.7999999999999545" w:val="single" w:color="#000000"/>
              <w:top w:sz="4.799999999999727" w:val="single" w:color="#000000"/>
              <w:end w:sz="4.800000000000182" w:val="single" w:color="#000000"/>
              <w:bottom w:sz="4.799999999999727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72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0</w:t>
            </w:r>
          </w:p>
        </w:tc>
        <w:tc>
          <w:tcPr>
            <w:tcW w:type="dxa" w:w="1668"/>
            <w:tcBorders>
              <w:start w:sz="4.800000000000182" w:val="single" w:color="#000000"/>
              <w:top w:sz="4.799999999999727" w:val="single" w:color="#000000"/>
              <w:end w:sz="4.799999999999727" w:val="single" w:color="#000000"/>
              <w:bottom w:sz="4.799999999999727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72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1</w:t>
            </w:r>
          </w:p>
        </w:tc>
        <w:tc>
          <w:tcPr>
            <w:tcW w:type="dxa" w:w="1236"/>
            <w:tcBorders>
              <w:start w:sz="4.799999999999727" w:val="single" w:color="#000000"/>
              <w:top w:sz="4.799999999999727" w:val="single" w:color="#000000"/>
              <w:end w:sz="4.799999999999727" w:val="single" w:color="#000000"/>
              <w:bottom w:sz="4.799999999999727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0" w:right="0" w:firstLine="0"/>
              <w:jc w:val="center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03.02.2023</w:t>
            </w:r>
          </w:p>
        </w:tc>
        <w:tc>
          <w:tcPr>
            <w:tcW w:type="dxa" w:w="1826"/>
            <w:tcBorders>
              <w:start w:sz="4.799999999999727" w:val="single" w:color="#000000"/>
              <w:top w:sz="4.799999999999727" w:val="single" w:color="#000000"/>
              <w:end w:sz="4.800000000000182" w:val="single" w:color="#000000"/>
              <w:bottom w:sz="4.799999999999727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71" w:lineRule="auto" w:before="98" w:after="0"/>
              <w:ind w:left="72" w:right="144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 xml:space="preserve">Практическая </w:t>
            </w: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 xml:space="preserve">работа; </w:t>
            </w:r>
            <w:r>
              <w:br/>
            </w: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Устный опрос;</w:t>
            </w:r>
          </w:p>
        </w:tc>
      </w:tr>
      <w:tr>
        <w:trPr>
          <w:trHeight w:hRule="exact" w:val="1500"/>
        </w:trPr>
        <w:tc>
          <w:tcPr>
            <w:tcW w:type="dxa" w:w="504"/>
            <w:tcBorders>
              <w:start w:sz="4.800000000000011" w:val="single" w:color="#000000"/>
              <w:top w:sz="4.799999999999727" w:val="single" w:color="#000000"/>
              <w:end w:sz="4.800000000000011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0" w:right="0" w:firstLine="0"/>
              <w:jc w:val="center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42.</w:t>
            </w:r>
          </w:p>
        </w:tc>
        <w:tc>
          <w:tcPr>
            <w:tcW w:type="dxa" w:w="2966"/>
            <w:tcBorders>
              <w:start w:sz="4.800000000000011" w:val="single" w:color="#000000"/>
              <w:top w:sz="4.799999999999727" w:val="single" w:color="#000000"/>
              <w:end w:sz="4.0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62" w:lineRule="auto" w:before="98" w:after="0"/>
              <w:ind w:left="72" w:right="1152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 xml:space="preserve">Когда изобрели </w:t>
            </w: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велосипед?</w:t>
            </w:r>
          </w:p>
        </w:tc>
        <w:tc>
          <w:tcPr>
            <w:tcW w:type="dxa" w:w="732"/>
            <w:tcBorders>
              <w:start w:sz="4.0" w:val="single" w:color="#000000"/>
              <w:top w:sz="4.799999999999727" w:val="single" w:color="#000000"/>
              <w:end w:sz="4.7999999999999545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74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1</w:t>
            </w:r>
          </w:p>
        </w:tc>
        <w:tc>
          <w:tcPr>
            <w:tcW w:type="dxa" w:w="1620"/>
            <w:tcBorders>
              <w:start w:sz="4.7999999999999545" w:val="single" w:color="#000000"/>
              <w:top w:sz="4.799999999999727" w:val="single" w:color="#000000"/>
              <w:end w:sz="4.800000000000182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72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0</w:t>
            </w:r>
          </w:p>
        </w:tc>
        <w:tc>
          <w:tcPr>
            <w:tcW w:type="dxa" w:w="1668"/>
            <w:tcBorders>
              <w:start w:sz="4.800000000000182" w:val="single" w:color="#000000"/>
              <w:top w:sz="4.799999999999727" w:val="single" w:color="#000000"/>
              <w:end w:sz="4.799999999999727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72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1</w:t>
            </w:r>
          </w:p>
        </w:tc>
        <w:tc>
          <w:tcPr>
            <w:tcW w:type="dxa" w:w="1236"/>
            <w:tcBorders>
              <w:start w:sz="4.799999999999727" w:val="single" w:color="#000000"/>
              <w:top w:sz="4.799999999999727" w:val="single" w:color="#000000"/>
              <w:end w:sz="4.799999999999727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0" w:right="0" w:firstLine="0"/>
              <w:jc w:val="center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07.02.2023</w:t>
            </w:r>
          </w:p>
        </w:tc>
        <w:tc>
          <w:tcPr>
            <w:tcW w:type="dxa" w:w="1826"/>
            <w:tcBorders>
              <w:start w:sz="4.799999999999727" w:val="single" w:color="#000000"/>
              <w:top w:sz="4.799999999999727" w:val="single" w:color="#000000"/>
              <w:end w:sz="4.800000000000182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76" w:lineRule="auto" w:before="98" w:after="0"/>
              <w:ind w:left="72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 xml:space="preserve">Самооценка с </w:t>
            </w:r>
            <w:r>
              <w:br/>
            </w: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использованием</w:t>
            </w: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 xml:space="preserve">«Оценочного </w:t>
            </w:r>
            <w:r>
              <w:br/>
            </w: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листа»;</w:t>
            </w:r>
          </w:p>
        </w:tc>
      </w:tr>
      <w:tr>
        <w:trPr>
          <w:trHeight w:hRule="exact" w:val="828"/>
        </w:trPr>
        <w:tc>
          <w:tcPr>
            <w:tcW w:type="dxa" w:w="504"/>
            <w:tcBorders>
              <w:start w:sz="4.800000000000011" w:val="single" w:color="#000000"/>
              <w:top w:sz="4.800000000000182" w:val="single" w:color="#000000"/>
              <w:end w:sz="4.800000000000011" w:val="single" w:color="#000000"/>
              <w:bottom w:sz="5.599999999999454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0" w:right="0" w:firstLine="0"/>
              <w:jc w:val="center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43.</w:t>
            </w:r>
          </w:p>
        </w:tc>
        <w:tc>
          <w:tcPr>
            <w:tcW w:type="dxa" w:w="2966"/>
            <w:tcBorders>
              <w:start w:sz="4.800000000000011" w:val="single" w:color="#000000"/>
              <w:top w:sz="4.800000000000182" w:val="single" w:color="#000000"/>
              <w:end w:sz="4.0" w:val="single" w:color="#000000"/>
              <w:bottom w:sz="5.599999999999454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62" w:lineRule="auto" w:before="98" w:after="0"/>
              <w:ind w:left="72" w:right="1008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 xml:space="preserve">Когда мы станем </w:t>
            </w: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взрослыми?</w:t>
            </w:r>
          </w:p>
        </w:tc>
        <w:tc>
          <w:tcPr>
            <w:tcW w:type="dxa" w:w="732"/>
            <w:tcBorders>
              <w:start w:sz="4.0" w:val="single" w:color="#000000"/>
              <w:top w:sz="4.800000000000182" w:val="single" w:color="#000000"/>
              <w:end w:sz="4.7999999999999545" w:val="single" w:color="#000000"/>
              <w:bottom w:sz="5.599999999999454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74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1</w:t>
            </w:r>
          </w:p>
        </w:tc>
        <w:tc>
          <w:tcPr>
            <w:tcW w:type="dxa" w:w="1620"/>
            <w:tcBorders>
              <w:start w:sz="4.7999999999999545" w:val="single" w:color="#000000"/>
              <w:top w:sz="4.800000000000182" w:val="single" w:color="#000000"/>
              <w:end w:sz="4.800000000000182" w:val="single" w:color="#000000"/>
              <w:bottom w:sz="5.599999999999454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72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0</w:t>
            </w:r>
          </w:p>
        </w:tc>
        <w:tc>
          <w:tcPr>
            <w:tcW w:type="dxa" w:w="1668"/>
            <w:tcBorders>
              <w:start w:sz="4.800000000000182" w:val="single" w:color="#000000"/>
              <w:top w:sz="4.800000000000182" w:val="single" w:color="#000000"/>
              <w:end w:sz="4.799999999999727" w:val="single" w:color="#000000"/>
              <w:bottom w:sz="5.599999999999454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72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1</w:t>
            </w:r>
          </w:p>
        </w:tc>
        <w:tc>
          <w:tcPr>
            <w:tcW w:type="dxa" w:w="1236"/>
            <w:tcBorders>
              <w:start w:sz="4.799999999999727" w:val="single" w:color="#000000"/>
              <w:top w:sz="4.800000000000182" w:val="single" w:color="#000000"/>
              <w:end w:sz="4.799999999999727" w:val="single" w:color="#000000"/>
              <w:bottom w:sz="5.599999999999454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0" w:right="0" w:firstLine="0"/>
              <w:jc w:val="center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10.02.2023</w:t>
            </w:r>
          </w:p>
        </w:tc>
        <w:tc>
          <w:tcPr>
            <w:tcW w:type="dxa" w:w="1826"/>
            <w:tcBorders>
              <w:start w:sz="4.799999999999727" w:val="single" w:color="#000000"/>
              <w:top w:sz="4.800000000000182" w:val="single" w:color="#000000"/>
              <w:end w:sz="4.800000000000182" w:val="single" w:color="#000000"/>
              <w:bottom w:sz="5.599999999999454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62" w:lineRule="auto" w:before="98" w:after="0"/>
              <w:ind w:left="72" w:right="288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 xml:space="preserve">Практическая </w:t>
            </w: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работа;</w:t>
            </w:r>
          </w:p>
        </w:tc>
      </w:tr>
      <w:tr>
        <w:trPr>
          <w:trHeight w:hRule="exact" w:val="1838"/>
        </w:trPr>
        <w:tc>
          <w:tcPr>
            <w:tcW w:type="dxa" w:w="504"/>
            <w:tcBorders>
              <w:start w:sz="4.800000000000011" w:val="single" w:color="#000000"/>
              <w:top w:sz="5.599999999999454" w:val="single" w:color="#000000"/>
              <w:end w:sz="4.800000000000011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100" w:after="0"/>
              <w:ind w:left="0" w:right="0" w:firstLine="0"/>
              <w:jc w:val="center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44.</w:t>
            </w:r>
          </w:p>
        </w:tc>
        <w:tc>
          <w:tcPr>
            <w:tcW w:type="dxa" w:w="2966"/>
            <w:tcBorders>
              <w:start w:sz="4.800000000000011" w:val="single" w:color="#000000"/>
              <w:top w:sz="5.599999999999454" w:val="single" w:color="#000000"/>
              <w:end w:sz="4.0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81" w:lineRule="auto" w:before="100" w:after="0"/>
              <w:ind w:left="72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 xml:space="preserve"> Проверим себя и оценим </w:t>
            </w: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 xml:space="preserve">свои достижения по </w:t>
            </w:r>
            <w:r>
              <w:br/>
            </w: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разделу «Где и когда?»</w:t>
            </w:r>
            <w:r>
              <w:br/>
            </w: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 xml:space="preserve">Презентация проекта «Мой </w:t>
            </w: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класс и моя школа»</w:t>
            </w:r>
          </w:p>
        </w:tc>
        <w:tc>
          <w:tcPr>
            <w:tcW w:type="dxa" w:w="732"/>
            <w:tcBorders>
              <w:start w:sz="4.0" w:val="single" w:color="#000000"/>
              <w:top w:sz="5.599999999999454" w:val="single" w:color="#000000"/>
              <w:end w:sz="4.7999999999999545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100" w:after="0"/>
              <w:ind w:left="74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1</w:t>
            </w:r>
          </w:p>
        </w:tc>
        <w:tc>
          <w:tcPr>
            <w:tcW w:type="dxa" w:w="1620"/>
            <w:tcBorders>
              <w:start w:sz="4.7999999999999545" w:val="single" w:color="#000000"/>
              <w:top w:sz="5.599999999999454" w:val="single" w:color="#000000"/>
              <w:end w:sz="4.800000000000182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100" w:after="0"/>
              <w:ind w:left="72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1</w:t>
            </w:r>
          </w:p>
        </w:tc>
        <w:tc>
          <w:tcPr>
            <w:tcW w:type="dxa" w:w="1668"/>
            <w:tcBorders>
              <w:start w:sz="4.800000000000182" w:val="single" w:color="#000000"/>
              <w:top w:sz="5.599999999999454" w:val="single" w:color="#000000"/>
              <w:end w:sz="4.799999999999727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100" w:after="0"/>
              <w:ind w:left="72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0</w:t>
            </w:r>
          </w:p>
        </w:tc>
        <w:tc>
          <w:tcPr>
            <w:tcW w:type="dxa" w:w="1236"/>
            <w:tcBorders>
              <w:start w:sz="4.799999999999727" w:val="single" w:color="#000000"/>
              <w:top w:sz="5.599999999999454" w:val="single" w:color="#000000"/>
              <w:end w:sz="4.799999999999727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100" w:after="0"/>
              <w:ind w:left="0" w:right="0" w:firstLine="0"/>
              <w:jc w:val="center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14.02.2023</w:t>
            </w:r>
          </w:p>
        </w:tc>
        <w:tc>
          <w:tcPr>
            <w:tcW w:type="dxa" w:w="1826"/>
            <w:tcBorders>
              <w:start w:sz="4.799999999999727" w:val="single" w:color="#000000"/>
              <w:top w:sz="5.599999999999454" w:val="single" w:color="#000000"/>
              <w:end w:sz="4.800000000000182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71" w:lineRule="auto" w:before="100" w:after="0"/>
              <w:ind w:left="72" w:right="144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 xml:space="preserve">Практическая </w:t>
            </w: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 xml:space="preserve">работа; </w:t>
            </w:r>
            <w:r>
              <w:br/>
            </w: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Тестирование;</w:t>
            </w:r>
          </w:p>
        </w:tc>
      </w:tr>
      <w:tr>
        <w:trPr>
          <w:trHeight w:hRule="exact" w:val="828"/>
        </w:trPr>
        <w:tc>
          <w:tcPr>
            <w:tcW w:type="dxa" w:w="504"/>
            <w:tcBorders>
              <w:start w:sz="4.800000000000011" w:val="single" w:color="#000000"/>
              <w:top w:sz="4.800000000000182" w:val="single" w:color="#000000"/>
              <w:end w:sz="4.800000000000011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0" w:right="0" w:firstLine="0"/>
              <w:jc w:val="center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45.</w:t>
            </w:r>
          </w:p>
        </w:tc>
        <w:tc>
          <w:tcPr>
            <w:tcW w:type="dxa" w:w="2966"/>
            <w:tcBorders>
              <w:start w:sz="4.800000000000011" w:val="single" w:color="#000000"/>
              <w:top w:sz="4.800000000000182" w:val="single" w:color="#000000"/>
              <w:end w:sz="4.0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62" w:lineRule="auto" w:before="98" w:after="0"/>
              <w:ind w:left="72" w:right="288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 xml:space="preserve">Почему Солнце светит </w:t>
            </w: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днём, а звёзды - ночью?</w:t>
            </w:r>
          </w:p>
        </w:tc>
        <w:tc>
          <w:tcPr>
            <w:tcW w:type="dxa" w:w="732"/>
            <w:tcBorders>
              <w:start w:sz="4.0" w:val="single" w:color="#000000"/>
              <w:top w:sz="4.800000000000182" w:val="single" w:color="#000000"/>
              <w:end w:sz="4.7999999999999545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74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1</w:t>
            </w:r>
          </w:p>
        </w:tc>
        <w:tc>
          <w:tcPr>
            <w:tcW w:type="dxa" w:w="1620"/>
            <w:tcBorders>
              <w:start w:sz="4.7999999999999545" w:val="single" w:color="#000000"/>
              <w:top w:sz="4.800000000000182" w:val="single" w:color="#000000"/>
              <w:end w:sz="4.800000000000182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72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0</w:t>
            </w:r>
          </w:p>
        </w:tc>
        <w:tc>
          <w:tcPr>
            <w:tcW w:type="dxa" w:w="1668"/>
            <w:tcBorders>
              <w:start w:sz="4.800000000000182" w:val="single" w:color="#000000"/>
              <w:top w:sz="4.800000000000182" w:val="single" w:color="#000000"/>
              <w:end w:sz="4.799999999999727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72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1</w:t>
            </w:r>
          </w:p>
        </w:tc>
        <w:tc>
          <w:tcPr>
            <w:tcW w:type="dxa" w:w="1236"/>
            <w:tcBorders>
              <w:start w:sz="4.799999999999727" w:val="single" w:color="#000000"/>
              <w:top w:sz="4.800000000000182" w:val="single" w:color="#000000"/>
              <w:end w:sz="4.799999999999727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72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 xml:space="preserve">17.02.2023 </w:t>
            </w:r>
          </w:p>
        </w:tc>
        <w:tc>
          <w:tcPr>
            <w:tcW w:type="dxa" w:w="1826"/>
            <w:tcBorders>
              <w:start w:sz="4.799999999999727" w:val="single" w:color="#000000"/>
              <w:top w:sz="4.800000000000182" w:val="single" w:color="#000000"/>
              <w:end w:sz="4.800000000000182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tabs>
                <w:tab w:pos="156" w:val="left"/>
              </w:tabs>
              <w:autoSpaceDE w:val="0"/>
              <w:widowControl/>
              <w:spacing w:line="262" w:lineRule="auto" w:before="98" w:after="0"/>
              <w:ind w:left="0" w:right="288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 xml:space="preserve"> Практическая </w:t>
            </w:r>
            <w:r>
              <w:tab/>
            </w: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работа;</w:t>
            </w:r>
          </w:p>
        </w:tc>
      </w:tr>
      <w:tr>
        <w:trPr>
          <w:trHeight w:hRule="exact" w:val="1144"/>
        </w:trPr>
        <w:tc>
          <w:tcPr>
            <w:tcW w:type="dxa" w:w="504"/>
            <w:tcBorders>
              <w:start w:sz="4.800000000000011" w:val="single" w:color="#000000"/>
              <w:top w:sz="4.800000000000182" w:val="single" w:color="#000000"/>
              <w:end w:sz="4.800000000000011" w:val="single" w:color="#000000"/>
              <w:bottom w:sz="4.79999999999927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0" w:right="0" w:firstLine="0"/>
              <w:jc w:val="center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46.</w:t>
            </w:r>
          </w:p>
        </w:tc>
        <w:tc>
          <w:tcPr>
            <w:tcW w:type="dxa" w:w="2966"/>
            <w:tcBorders>
              <w:start w:sz="4.800000000000011" w:val="single" w:color="#000000"/>
              <w:top w:sz="4.800000000000182" w:val="single" w:color="#000000"/>
              <w:end w:sz="4.0" w:val="single" w:color="#000000"/>
              <w:bottom w:sz="4.79999999999927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62" w:lineRule="auto" w:before="98" w:after="0"/>
              <w:ind w:left="72" w:right="72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 xml:space="preserve">Почему Луна бывает </w:t>
            </w: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разной?</w:t>
            </w:r>
          </w:p>
        </w:tc>
        <w:tc>
          <w:tcPr>
            <w:tcW w:type="dxa" w:w="732"/>
            <w:tcBorders>
              <w:start w:sz="4.0" w:val="single" w:color="#000000"/>
              <w:top w:sz="4.800000000000182" w:val="single" w:color="#000000"/>
              <w:end w:sz="4.7999999999999545" w:val="single" w:color="#000000"/>
              <w:bottom w:sz="4.79999999999927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74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1</w:t>
            </w:r>
          </w:p>
        </w:tc>
        <w:tc>
          <w:tcPr>
            <w:tcW w:type="dxa" w:w="1620"/>
            <w:tcBorders>
              <w:start w:sz="4.7999999999999545" w:val="single" w:color="#000000"/>
              <w:top w:sz="4.800000000000182" w:val="single" w:color="#000000"/>
              <w:end w:sz="4.800000000000182" w:val="single" w:color="#000000"/>
              <w:bottom w:sz="4.79999999999927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72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0</w:t>
            </w:r>
          </w:p>
        </w:tc>
        <w:tc>
          <w:tcPr>
            <w:tcW w:type="dxa" w:w="1668"/>
            <w:tcBorders>
              <w:start w:sz="4.800000000000182" w:val="single" w:color="#000000"/>
              <w:top w:sz="4.800000000000182" w:val="single" w:color="#000000"/>
              <w:end w:sz="4.799999999999727" w:val="single" w:color="#000000"/>
              <w:bottom w:sz="4.79999999999927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72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1</w:t>
            </w:r>
          </w:p>
        </w:tc>
        <w:tc>
          <w:tcPr>
            <w:tcW w:type="dxa" w:w="1236"/>
            <w:tcBorders>
              <w:start w:sz="4.799999999999727" w:val="single" w:color="#000000"/>
              <w:top w:sz="4.800000000000182" w:val="single" w:color="#000000"/>
              <w:end w:sz="4.799999999999727" w:val="single" w:color="#000000"/>
              <w:bottom w:sz="4.79999999999927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0" w:right="0" w:firstLine="0"/>
              <w:jc w:val="center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28.02.2023</w:t>
            </w:r>
          </w:p>
        </w:tc>
        <w:tc>
          <w:tcPr>
            <w:tcW w:type="dxa" w:w="1826"/>
            <w:tcBorders>
              <w:start w:sz="4.799999999999727" w:val="single" w:color="#000000"/>
              <w:top w:sz="4.800000000000182" w:val="single" w:color="#000000"/>
              <w:end w:sz="4.800000000000182" w:val="single" w:color="#000000"/>
              <w:bottom w:sz="4.79999999999927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71" w:lineRule="auto" w:before="98" w:after="0"/>
              <w:ind w:left="72" w:right="144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 xml:space="preserve">Практическая </w:t>
            </w: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 xml:space="preserve">работа; </w:t>
            </w:r>
            <w:r>
              <w:br/>
            </w: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Устный опрос;</w:t>
            </w:r>
          </w:p>
        </w:tc>
      </w:tr>
    </w:tbl>
    <w:p>
      <w:pPr>
        <w:autoSpaceDN w:val="0"/>
        <w:autoSpaceDE w:val="0"/>
        <w:widowControl/>
        <w:spacing w:line="14" w:lineRule="exact" w:before="0" w:after="0"/>
        <w:ind w:left="0" w:right="0"/>
      </w:pPr>
    </w:p>
    <w:p>
      <w:pPr>
        <w:sectPr>
          <w:pgSz w:w="11900" w:h="16840"/>
          <w:pgMar w:top="284" w:right="650" w:bottom="808" w:left="666" w:header="720" w:footer="720" w:gutter="0"/>
          <w:cols w:space="720" w:num="1" w:equalWidth="0">
            <w:col w:w="10584" w:space="0"/>
            <w:col w:w="10584" w:space="0"/>
            <w:col w:w="10584" w:space="0"/>
            <w:col w:w="10584" w:space="0"/>
            <w:col w:w="15534" w:space="0"/>
            <w:col w:w="15534" w:space="0"/>
            <w:col w:w="15534" w:space="0"/>
            <w:col w:w="15534" w:space="0"/>
            <w:col w:w="9974" w:space="0"/>
            <w:col w:w="10584" w:space="0"/>
            <w:col w:w="10264" w:space="0"/>
            <w:col w:w="10584" w:space="0"/>
            <w:col w:w="10586" w:space="0"/>
            <w:col w:w="10258" w:space="0"/>
            <w:col w:w="10584" w:space="0"/>
            <w:col w:w="10468" w:space="0"/>
            <w:col w:w="10584" w:space="0"/>
            <w:col w:w="10284" w:space="0"/>
          </w:cols>
          <w:docGrid w:linePitch="360"/>
        </w:sectPr>
      </w:pPr>
    </w:p>
    <w:p>
      <w:pPr>
        <w:autoSpaceDN w:val="0"/>
        <w:autoSpaceDE w:val="0"/>
        <w:widowControl/>
        <w:spacing w:line="220" w:lineRule="exact" w:before="0" w:after="66"/>
        <w:ind w:left="0" w:right="0"/>
      </w:pPr>
    </w:p>
    <w:tbl>
      <w:tblPr>
        <w:tblW w:type="auto" w:w="0"/>
        <w:tblLayout w:type="fixed"/>
        <w:tblLook w:firstColumn="1" w:firstRow="1" w:lastColumn="0" w:lastRow="0" w:noHBand="0" w:noVBand="1" w:val="04A0"/>
        <w:tblInd w:w="6.000000000000085" w:type="dxa"/>
      </w:tblPr>
      <w:tblGrid>
        <w:gridCol w:w="1512"/>
        <w:gridCol w:w="1512"/>
        <w:gridCol w:w="1512"/>
        <w:gridCol w:w="1512"/>
        <w:gridCol w:w="1512"/>
        <w:gridCol w:w="1512"/>
        <w:gridCol w:w="1512"/>
      </w:tblGrid>
      <w:tr>
        <w:trPr>
          <w:trHeight w:hRule="exact" w:val="1164"/>
        </w:trPr>
        <w:tc>
          <w:tcPr>
            <w:tcW w:type="dxa" w:w="504"/>
            <w:tcBorders>
              <w:start w:sz="4.800000000000011" w:val="single" w:color="#000000"/>
              <w:top w:sz="4.800000000000011" w:val="single" w:color="#000000"/>
              <w:end w:sz="4.800000000000011" w:val="single" w:color="#000000"/>
              <w:bottom w:sz="4.7999999999999545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0" w:right="0" w:firstLine="0"/>
              <w:jc w:val="center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47.</w:t>
            </w:r>
          </w:p>
        </w:tc>
        <w:tc>
          <w:tcPr>
            <w:tcW w:type="dxa" w:w="2966"/>
            <w:tcBorders>
              <w:start w:sz="4.800000000000011" w:val="single" w:color="#000000"/>
              <w:top w:sz="4.800000000000011" w:val="single" w:color="#000000"/>
              <w:end w:sz="4.0" w:val="single" w:color="#000000"/>
              <w:bottom w:sz="4.7999999999999545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62" w:lineRule="auto" w:before="98" w:after="0"/>
              <w:ind w:left="72" w:right="144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 xml:space="preserve">Почему идет дождь и дует </w:t>
            </w: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ветер?</w:t>
            </w:r>
          </w:p>
        </w:tc>
        <w:tc>
          <w:tcPr>
            <w:tcW w:type="dxa" w:w="732"/>
            <w:tcBorders>
              <w:start w:sz="4.0" w:val="single" w:color="#000000"/>
              <w:top w:sz="4.800000000000011" w:val="single" w:color="#000000"/>
              <w:end w:sz="4.7999999999999545" w:val="single" w:color="#000000"/>
              <w:bottom w:sz="4.7999999999999545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74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1</w:t>
            </w:r>
          </w:p>
        </w:tc>
        <w:tc>
          <w:tcPr>
            <w:tcW w:type="dxa" w:w="1620"/>
            <w:tcBorders>
              <w:start w:sz="4.7999999999999545" w:val="single" w:color="#000000"/>
              <w:top w:sz="4.800000000000011" w:val="single" w:color="#000000"/>
              <w:end w:sz="4.800000000000182" w:val="single" w:color="#000000"/>
              <w:bottom w:sz="4.7999999999999545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72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0</w:t>
            </w:r>
          </w:p>
        </w:tc>
        <w:tc>
          <w:tcPr>
            <w:tcW w:type="dxa" w:w="1668"/>
            <w:tcBorders>
              <w:start w:sz="4.800000000000182" w:val="single" w:color="#000000"/>
              <w:top w:sz="4.800000000000011" w:val="single" w:color="#000000"/>
              <w:end w:sz="4.799999999999727" w:val="single" w:color="#000000"/>
              <w:bottom w:sz="4.7999999999999545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72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1</w:t>
            </w:r>
          </w:p>
        </w:tc>
        <w:tc>
          <w:tcPr>
            <w:tcW w:type="dxa" w:w="1236"/>
            <w:tcBorders>
              <w:start w:sz="4.799999999999727" w:val="single" w:color="#000000"/>
              <w:top w:sz="4.800000000000011" w:val="single" w:color="#000000"/>
              <w:end w:sz="4.799999999999727" w:val="single" w:color="#000000"/>
              <w:bottom w:sz="4.7999999999999545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0" w:right="0" w:firstLine="0"/>
              <w:jc w:val="center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03.03.2023</w:t>
            </w:r>
          </w:p>
        </w:tc>
        <w:tc>
          <w:tcPr>
            <w:tcW w:type="dxa" w:w="1826"/>
            <w:tcBorders>
              <w:start w:sz="4.799999999999727" w:val="single" w:color="#000000"/>
              <w:top w:sz="4.800000000000011" w:val="single" w:color="#000000"/>
              <w:end w:sz="4.800000000000182" w:val="single" w:color="#000000"/>
              <w:bottom w:sz="4.7999999999999545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71" w:lineRule="auto" w:before="98" w:after="0"/>
              <w:ind w:left="72" w:right="144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 xml:space="preserve">Практическая </w:t>
            </w: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 xml:space="preserve">работа; </w:t>
            </w:r>
            <w:r>
              <w:br/>
            </w: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Устный опрос;</w:t>
            </w:r>
          </w:p>
        </w:tc>
      </w:tr>
      <w:tr>
        <w:trPr>
          <w:trHeight w:hRule="exact" w:val="1500"/>
        </w:trPr>
        <w:tc>
          <w:tcPr>
            <w:tcW w:type="dxa" w:w="504"/>
            <w:tcBorders>
              <w:start w:sz="4.800000000000011" w:val="single" w:color="#000000"/>
              <w:top w:sz="4.7999999999999545" w:val="single" w:color="#000000"/>
              <w:end w:sz="4.800000000000011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0" w:right="0" w:firstLine="0"/>
              <w:jc w:val="center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48.</w:t>
            </w:r>
          </w:p>
        </w:tc>
        <w:tc>
          <w:tcPr>
            <w:tcW w:type="dxa" w:w="2966"/>
            <w:tcBorders>
              <w:start w:sz="4.800000000000011" w:val="single" w:color="#000000"/>
              <w:top w:sz="4.7999999999999545" w:val="single" w:color="#000000"/>
              <w:end w:sz="4.0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72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Почему звенит звонок?</w:t>
            </w:r>
          </w:p>
          <w:p>
            <w:pPr>
              <w:autoSpaceDN w:val="0"/>
              <w:autoSpaceDE w:val="0"/>
              <w:widowControl/>
              <w:spacing w:line="271" w:lineRule="auto" w:before="70" w:after="0"/>
              <w:ind w:left="72" w:right="288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Практическая работа</w:t>
            </w:r>
            <w:r>
              <w:br/>
            </w: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 xml:space="preserve">«Опыты по передаче и </w:t>
            </w: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возникновению звуков».</w:t>
            </w:r>
          </w:p>
        </w:tc>
        <w:tc>
          <w:tcPr>
            <w:tcW w:type="dxa" w:w="732"/>
            <w:tcBorders>
              <w:start w:sz="4.0" w:val="single" w:color="#000000"/>
              <w:top w:sz="4.7999999999999545" w:val="single" w:color="#000000"/>
              <w:end w:sz="4.7999999999999545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74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1</w:t>
            </w:r>
          </w:p>
        </w:tc>
        <w:tc>
          <w:tcPr>
            <w:tcW w:type="dxa" w:w="1620"/>
            <w:tcBorders>
              <w:start w:sz="4.7999999999999545" w:val="single" w:color="#000000"/>
              <w:top w:sz="4.7999999999999545" w:val="single" w:color="#000000"/>
              <w:end w:sz="4.800000000000182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72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0</w:t>
            </w:r>
          </w:p>
        </w:tc>
        <w:tc>
          <w:tcPr>
            <w:tcW w:type="dxa" w:w="1668"/>
            <w:tcBorders>
              <w:start w:sz="4.800000000000182" w:val="single" w:color="#000000"/>
              <w:top w:sz="4.7999999999999545" w:val="single" w:color="#000000"/>
              <w:end w:sz="4.799999999999727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72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1</w:t>
            </w:r>
          </w:p>
        </w:tc>
        <w:tc>
          <w:tcPr>
            <w:tcW w:type="dxa" w:w="1236"/>
            <w:tcBorders>
              <w:start w:sz="4.799999999999727" w:val="single" w:color="#000000"/>
              <w:top w:sz="4.7999999999999545" w:val="single" w:color="#000000"/>
              <w:end w:sz="4.799999999999727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0" w:right="0" w:firstLine="0"/>
              <w:jc w:val="center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07.03.2023</w:t>
            </w:r>
          </w:p>
        </w:tc>
        <w:tc>
          <w:tcPr>
            <w:tcW w:type="dxa" w:w="1826"/>
            <w:tcBorders>
              <w:start w:sz="4.799999999999727" w:val="single" w:color="#000000"/>
              <w:top w:sz="4.7999999999999545" w:val="single" w:color="#000000"/>
              <w:end w:sz="4.800000000000182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71" w:lineRule="auto" w:before="98" w:after="0"/>
              <w:ind w:left="72" w:right="144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 xml:space="preserve">Практическая </w:t>
            </w: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 xml:space="preserve">работа; </w:t>
            </w:r>
            <w:r>
              <w:br/>
            </w: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Тестирование;</w:t>
            </w:r>
          </w:p>
        </w:tc>
      </w:tr>
      <w:tr>
        <w:trPr>
          <w:trHeight w:hRule="exact" w:val="1164"/>
        </w:trPr>
        <w:tc>
          <w:tcPr>
            <w:tcW w:type="dxa" w:w="504"/>
            <w:tcBorders>
              <w:start w:sz="4.800000000000011" w:val="single" w:color="#000000"/>
              <w:top w:sz="4.800000000000182" w:val="single" w:color="#000000"/>
              <w:end w:sz="4.800000000000011" w:val="single" w:color="#000000"/>
              <w:bottom w:sz="5.599999999999909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0" w:right="0" w:firstLine="0"/>
              <w:jc w:val="center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49.</w:t>
            </w:r>
          </w:p>
        </w:tc>
        <w:tc>
          <w:tcPr>
            <w:tcW w:type="dxa" w:w="2966"/>
            <w:tcBorders>
              <w:start w:sz="4.800000000000011" w:val="single" w:color="#000000"/>
              <w:top w:sz="4.800000000000182" w:val="single" w:color="#000000"/>
              <w:end w:sz="4.0" w:val="single" w:color="#000000"/>
              <w:bottom w:sz="5.599999999999909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62" w:lineRule="auto" w:before="98" w:after="0"/>
              <w:ind w:left="0" w:right="1296" w:firstLine="0"/>
              <w:jc w:val="center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 xml:space="preserve">Почему радуга </w:t>
            </w: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разноцветная?</w:t>
            </w:r>
          </w:p>
        </w:tc>
        <w:tc>
          <w:tcPr>
            <w:tcW w:type="dxa" w:w="732"/>
            <w:tcBorders>
              <w:start w:sz="4.0" w:val="single" w:color="#000000"/>
              <w:top w:sz="4.800000000000182" w:val="single" w:color="#000000"/>
              <w:end w:sz="4.7999999999999545" w:val="single" w:color="#000000"/>
              <w:bottom w:sz="5.599999999999909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74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1</w:t>
            </w:r>
          </w:p>
        </w:tc>
        <w:tc>
          <w:tcPr>
            <w:tcW w:type="dxa" w:w="1620"/>
            <w:tcBorders>
              <w:start w:sz="4.7999999999999545" w:val="single" w:color="#000000"/>
              <w:top w:sz="4.800000000000182" w:val="single" w:color="#000000"/>
              <w:end w:sz="4.800000000000182" w:val="single" w:color="#000000"/>
              <w:bottom w:sz="5.599999999999909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72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0</w:t>
            </w:r>
          </w:p>
        </w:tc>
        <w:tc>
          <w:tcPr>
            <w:tcW w:type="dxa" w:w="1668"/>
            <w:tcBorders>
              <w:start w:sz="4.800000000000182" w:val="single" w:color="#000000"/>
              <w:top w:sz="4.800000000000182" w:val="single" w:color="#000000"/>
              <w:end w:sz="4.799999999999727" w:val="single" w:color="#000000"/>
              <w:bottom w:sz="5.599999999999909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72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1</w:t>
            </w:r>
          </w:p>
        </w:tc>
        <w:tc>
          <w:tcPr>
            <w:tcW w:type="dxa" w:w="1236"/>
            <w:tcBorders>
              <w:start w:sz="4.799999999999727" w:val="single" w:color="#000000"/>
              <w:top w:sz="4.800000000000182" w:val="single" w:color="#000000"/>
              <w:end w:sz="4.799999999999727" w:val="single" w:color="#000000"/>
              <w:bottom w:sz="5.599999999999909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0" w:right="0" w:firstLine="0"/>
              <w:jc w:val="center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10.03.2023</w:t>
            </w:r>
          </w:p>
        </w:tc>
        <w:tc>
          <w:tcPr>
            <w:tcW w:type="dxa" w:w="1826"/>
            <w:tcBorders>
              <w:start w:sz="4.799999999999727" w:val="single" w:color="#000000"/>
              <w:top w:sz="4.800000000000182" w:val="single" w:color="#000000"/>
              <w:end w:sz="4.800000000000182" w:val="single" w:color="#000000"/>
              <w:bottom w:sz="5.599999999999909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71" w:lineRule="auto" w:before="98" w:after="0"/>
              <w:ind w:left="72" w:right="144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 xml:space="preserve">Практическая </w:t>
            </w: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 xml:space="preserve">работа; </w:t>
            </w:r>
            <w:r>
              <w:br/>
            </w: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Устный опрос;</w:t>
            </w:r>
          </w:p>
        </w:tc>
      </w:tr>
      <w:tr>
        <w:trPr>
          <w:trHeight w:hRule="exact" w:val="2174"/>
        </w:trPr>
        <w:tc>
          <w:tcPr>
            <w:tcW w:type="dxa" w:w="504"/>
            <w:tcBorders>
              <w:start w:sz="4.800000000000011" w:val="single" w:color="#000000"/>
              <w:top w:sz="5.599999999999909" w:val="single" w:color="#000000"/>
              <w:end w:sz="4.800000000000011" w:val="single" w:color="#000000"/>
              <w:bottom w:sz="4.799999999999727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100" w:after="0"/>
              <w:ind w:left="0" w:right="0" w:firstLine="0"/>
              <w:jc w:val="center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50.</w:t>
            </w:r>
          </w:p>
        </w:tc>
        <w:tc>
          <w:tcPr>
            <w:tcW w:type="dxa" w:w="2966"/>
            <w:tcBorders>
              <w:start w:sz="4.800000000000011" w:val="single" w:color="#000000"/>
              <w:top w:sz="5.599999999999909" w:val="single" w:color="#000000"/>
              <w:end w:sz="4.0" w:val="single" w:color="#000000"/>
              <w:bottom w:sz="4.799999999999727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81" w:lineRule="auto" w:before="100" w:after="0"/>
              <w:ind w:left="72" w:right="144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 xml:space="preserve">Почему мы любим кошек </w:t>
            </w: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 xml:space="preserve">и собак? Практическая </w:t>
            </w:r>
            <w:r>
              <w:br/>
            </w: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 xml:space="preserve">работа «Уход за </w:t>
            </w:r>
            <w:r>
              <w:br/>
            </w: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 xml:space="preserve">домашними животными». </w:t>
            </w: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 xml:space="preserve">Проект «Мои домашние </w:t>
            </w: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питомцы»</w:t>
            </w:r>
          </w:p>
        </w:tc>
        <w:tc>
          <w:tcPr>
            <w:tcW w:type="dxa" w:w="732"/>
            <w:tcBorders>
              <w:start w:sz="4.0" w:val="single" w:color="#000000"/>
              <w:top w:sz="5.599999999999909" w:val="single" w:color="#000000"/>
              <w:end w:sz="4.7999999999999545" w:val="single" w:color="#000000"/>
              <w:bottom w:sz="4.799999999999727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100" w:after="0"/>
              <w:ind w:left="74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1</w:t>
            </w:r>
          </w:p>
        </w:tc>
        <w:tc>
          <w:tcPr>
            <w:tcW w:type="dxa" w:w="1620"/>
            <w:tcBorders>
              <w:start w:sz="4.7999999999999545" w:val="single" w:color="#000000"/>
              <w:top w:sz="5.599999999999909" w:val="single" w:color="#000000"/>
              <w:end w:sz="4.800000000000182" w:val="single" w:color="#000000"/>
              <w:bottom w:sz="4.799999999999727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100" w:after="0"/>
              <w:ind w:left="72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1</w:t>
            </w:r>
          </w:p>
        </w:tc>
        <w:tc>
          <w:tcPr>
            <w:tcW w:type="dxa" w:w="1668"/>
            <w:tcBorders>
              <w:start w:sz="4.800000000000182" w:val="single" w:color="#000000"/>
              <w:top w:sz="5.599999999999909" w:val="single" w:color="#000000"/>
              <w:end w:sz="4.799999999999727" w:val="single" w:color="#000000"/>
              <w:bottom w:sz="4.799999999999727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100" w:after="0"/>
              <w:ind w:left="72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0</w:t>
            </w:r>
          </w:p>
        </w:tc>
        <w:tc>
          <w:tcPr>
            <w:tcW w:type="dxa" w:w="1236"/>
            <w:tcBorders>
              <w:start w:sz="4.799999999999727" w:val="single" w:color="#000000"/>
              <w:top w:sz="5.599999999999909" w:val="single" w:color="#000000"/>
              <w:end w:sz="4.799999999999727" w:val="single" w:color="#000000"/>
              <w:bottom w:sz="4.799999999999727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100" w:after="0"/>
              <w:ind w:left="0" w:right="0" w:firstLine="0"/>
              <w:jc w:val="center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14.03.2023</w:t>
            </w:r>
          </w:p>
        </w:tc>
        <w:tc>
          <w:tcPr>
            <w:tcW w:type="dxa" w:w="1826"/>
            <w:tcBorders>
              <w:start w:sz="4.799999999999727" w:val="single" w:color="#000000"/>
              <w:top w:sz="5.599999999999909" w:val="single" w:color="#000000"/>
              <w:end w:sz="4.800000000000182" w:val="single" w:color="#000000"/>
              <w:bottom w:sz="4.799999999999727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62" w:lineRule="auto" w:before="100" w:after="0"/>
              <w:ind w:left="72" w:right="288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 xml:space="preserve">Контрольная </w:t>
            </w: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работа;</w:t>
            </w:r>
          </w:p>
        </w:tc>
      </w:tr>
      <w:tr>
        <w:trPr>
          <w:trHeight w:hRule="exact" w:val="1164"/>
        </w:trPr>
        <w:tc>
          <w:tcPr>
            <w:tcW w:type="dxa" w:w="504"/>
            <w:tcBorders>
              <w:start w:sz="4.800000000000011" w:val="single" w:color="#000000"/>
              <w:top w:sz="4.799999999999727" w:val="single" w:color="#000000"/>
              <w:end w:sz="4.800000000000011" w:val="single" w:color="#000000"/>
              <w:bottom w:sz="4.799999999999727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0" w:right="0" w:firstLine="0"/>
              <w:jc w:val="center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51.</w:t>
            </w:r>
          </w:p>
        </w:tc>
        <w:tc>
          <w:tcPr>
            <w:tcW w:type="dxa" w:w="2966"/>
            <w:tcBorders>
              <w:start w:sz="4.800000000000011" w:val="single" w:color="#000000"/>
              <w:top w:sz="4.799999999999727" w:val="single" w:color="#000000"/>
              <w:end w:sz="4.0" w:val="single" w:color="#000000"/>
              <w:bottom w:sz="4.799999999999727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62" w:lineRule="auto" w:before="98" w:after="0"/>
              <w:ind w:left="72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 xml:space="preserve">Почему мы не будем рвать </w:t>
            </w: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цветы и ловить бабочек?</w:t>
            </w:r>
          </w:p>
        </w:tc>
        <w:tc>
          <w:tcPr>
            <w:tcW w:type="dxa" w:w="732"/>
            <w:tcBorders>
              <w:start w:sz="4.0" w:val="single" w:color="#000000"/>
              <w:top w:sz="4.799999999999727" w:val="single" w:color="#000000"/>
              <w:end w:sz="4.7999999999999545" w:val="single" w:color="#000000"/>
              <w:bottom w:sz="4.799999999999727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74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1</w:t>
            </w:r>
          </w:p>
        </w:tc>
        <w:tc>
          <w:tcPr>
            <w:tcW w:type="dxa" w:w="1620"/>
            <w:tcBorders>
              <w:start w:sz="4.7999999999999545" w:val="single" w:color="#000000"/>
              <w:top w:sz="4.799999999999727" w:val="single" w:color="#000000"/>
              <w:end w:sz="4.800000000000182" w:val="single" w:color="#000000"/>
              <w:bottom w:sz="4.799999999999727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72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0</w:t>
            </w:r>
          </w:p>
        </w:tc>
        <w:tc>
          <w:tcPr>
            <w:tcW w:type="dxa" w:w="1668"/>
            <w:tcBorders>
              <w:start w:sz="4.800000000000182" w:val="single" w:color="#000000"/>
              <w:top w:sz="4.799999999999727" w:val="single" w:color="#000000"/>
              <w:end w:sz="4.799999999999727" w:val="single" w:color="#000000"/>
              <w:bottom w:sz="4.799999999999727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72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1</w:t>
            </w:r>
          </w:p>
        </w:tc>
        <w:tc>
          <w:tcPr>
            <w:tcW w:type="dxa" w:w="1236"/>
            <w:tcBorders>
              <w:start w:sz="4.799999999999727" w:val="single" w:color="#000000"/>
              <w:top w:sz="4.799999999999727" w:val="single" w:color="#000000"/>
              <w:end w:sz="4.799999999999727" w:val="single" w:color="#000000"/>
              <w:bottom w:sz="4.799999999999727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0" w:right="0" w:firstLine="0"/>
              <w:jc w:val="center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17.03.2023</w:t>
            </w:r>
          </w:p>
        </w:tc>
        <w:tc>
          <w:tcPr>
            <w:tcW w:type="dxa" w:w="1826"/>
            <w:tcBorders>
              <w:start w:sz="4.799999999999727" w:val="single" w:color="#000000"/>
              <w:top w:sz="4.799999999999727" w:val="single" w:color="#000000"/>
              <w:end w:sz="4.800000000000182" w:val="single" w:color="#000000"/>
              <w:bottom w:sz="4.799999999999727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71" w:lineRule="auto" w:before="98" w:after="0"/>
              <w:ind w:left="72" w:right="144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 xml:space="preserve">Практическая </w:t>
            </w: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 xml:space="preserve">работа; </w:t>
            </w:r>
            <w:r>
              <w:br/>
            </w: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Устный опрос;</w:t>
            </w:r>
          </w:p>
        </w:tc>
      </w:tr>
      <w:tr>
        <w:trPr>
          <w:trHeight w:hRule="exact" w:val="828"/>
        </w:trPr>
        <w:tc>
          <w:tcPr>
            <w:tcW w:type="dxa" w:w="504"/>
            <w:tcBorders>
              <w:start w:sz="4.800000000000011" w:val="single" w:color="#000000"/>
              <w:top w:sz="4.799999999999727" w:val="single" w:color="#000000"/>
              <w:end w:sz="4.800000000000011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0" w:right="0" w:firstLine="0"/>
              <w:jc w:val="center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52.</w:t>
            </w:r>
          </w:p>
        </w:tc>
        <w:tc>
          <w:tcPr>
            <w:tcW w:type="dxa" w:w="2966"/>
            <w:tcBorders>
              <w:start w:sz="4.800000000000011" w:val="single" w:color="#000000"/>
              <w:top w:sz="4.799999999999727" w:val="single" w:color="#000000"/>
              <w:end w:sz="4.0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62" w:lineRule="auto" w:before="98" w:after="0"/>
              <w:ind w:left="72" w:right="288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 xml:space="preserve">Почему в лесу мы будем </w:t>
            </w: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соблюдать тишину?</w:t>
            </w:r>
          </w:p>
        </w:tc>
        <w:tc>
          <w:tcPr>
            <w:tcW w:type="dxa" w:w="732"/>
            <w:tcBorders>
              <w:start w:sz="4.0" w:val="single" w:color="#000000"/>
              <w:top w:sz="4.799999999999727" w:val="single" w:color="#000000"/>
              <w:end w:sz="4.7999999999999545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74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1</w:t>
            </w:r>
          </w:p>
        </w:tc>
        <w:tc>
          <w:tcPr>
            <w:tcW w:type="dxa" w:w="1620"/>
            <w:tcBorders>
              <w:start w:sz="4.7999999999999545" w:val="single" w:color="#000000"/>
              <w:top w:sz="4.799999999999727" w:val="single" w:color="#000000"/>
              <w:end w:sz="4.800000000000182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72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0</w:t>
            </w:r>
          </w:p>
        </w:tc>
        <w:tc>
          <w:tcPr>
            <w:tcW w:type="dxa" w:w="1668"/>
            <w:tcBorders>
              <w:start w:sz="4.800000000000182" w:val="single" w:color="#000000"/>
              <w:top w:sz="4.799999999999727" w:val="single" w:color="#000000"/>
              <w:end w:sz="4.799999999999727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72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1</w:t>
            </w:r>
          </w:p>
        </w:tc>
        <w:tc>
          <w:tcPr>
            <w:tcW w:type="dxa" w:w="1236"/>
            <w:tcBorders>
              <w:start w:sz="4.799999999999727" w:val="single" w:color="#000000"/>
              <w:top w:sz="4.799999999999727" w:val="single" w:color="#000000"/>
              <w:end w:sz="4.799999999999727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0" w:right="0" w:firstLine="0"/>
              <w:jc w:val="center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21.03.2023</w:t>
            </w:r>
          </w:p>
        </w:tc>
        <w:tc>
          <w:tcPr>
            <w:tcW w:type="dxa" w:w="1826"/>
            <w:tcBorders>
              <w:start w:sz="4.799999999999727" w:val="single" w:color="#000000"/>
              <w:top w:sz="4.799999999999727" w:val="single" w:color="#000000"/>
              <w:end w:sz="4.800000000000182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62" w:lineRule="auto" w:before="98" w:after="0"/>
              <w:ind w:left="72" w:right="288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 xml:space="preserve">Практическая </w:t>
            </w: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работа;</w:t>
            </w:r>
          </w:p>
        </w:tc>
      </w:tr>
      <w:tr>
        <w:trPr>
          <w:trHeight w:hRule="exact" w:val="1164"/>
        </w:trPr>
        <w:tc>
          <w:tcPr>
            <w:tcW w:type="dxa" w:w="504"/>
            <w:tcBorders>
              <w:start w:sz="4.800000000000011" w:val="single" w:color="#000000"/>
              <w:top w:sz="4.800000000000182" w:val="single" w:color="#000000"/>
              <w:end w:sz="4.800000000000011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0" w:right="0" w:firstLine="0"/>
              <w:jc w:val="center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53.</w:t>
            </w:r>
          </w:p>
        </w:tc>
        <w:tc>
          <w:tcPr>
            <w:tcW w:type="dxa" w:w="2966"/>
            <w:tcBorders>
              <w:start w:sz="4.800000000000011" w:val="single" w:color="#000000"/>
              <w:top w:sz="4.800000000000182" w:val="single" w:color="#000000"/>
              <w:end w:sz="4.0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72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Зачем мы спим ночью?</w:t>
            </w:r>
          </w:p>
        </w:tc>
        <w:tc>
          <w:tcPr>
            <w:tcW w:type="dxa" w:w="732"/>
            <w:tcBorders>
              <w:start w:sz="4.0" w:val="single" w:color="#000000"/>
              <w:top w:sz="4.800000000000182" w:val="single" w:color="#000000"/>
              <w:end w:sz="4.7999999999999545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74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1</w:t>
            </w:r>
          </w:p>
        </w:tc>
        <w:tc>
          <w:tcPr>
            <w:tcW w:type="dxa" w:w="1620"/>
            <w:tcBorders>
              <w:start w:sz="4.7999999999999545" w:val="single" w:color="#000000"/>
              <w:top w:sz="4.800000000000182" w:val="single" w:color="#000000"/>
              <w:end w:sz="4.800000000000182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72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0</w:t>
            </w:r>
          </w:p>
        </w:tc>
        <w:tc>
          <w:tcPr>
            <w:tcW w:type="dxa" w:w="1668"/>
            <w:tcBorders>
              <w:start w:sz="4.800000000000182" w:val="single" w:color="#000000"/>
              <w:top w:sz="4.800000000000182" w:val="single" w:color="#000000"/>
              <w:end w:sz="4.799999999999727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72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1</w:t>
            </w:r>
          </w:p>
        </w:tc>
        <w:tc>
          <w:tcPr>
            <w:tcW w:type="dxa" w:w="1236"/>
            <w:tcBorders>
              <w:start w:sz="4.799999999999727" w:val="single" w:color="#000000"/>
              <w:top w:sz="4.800000000000182" w:val="single" w:color="#000000"/>
              <w:end w:sz="4.799999999999727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0" w:right="0" w:firstLine="0"/>
              <w:jc w:val="center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24.03.2023</w:t>
            </w:r>
          </w:p>
        </w:tc>
        <w:tc>
          <w:tcPr>
            <w:tcW w:type="dxa" w:w="1826"/>
            <w:tcBorders>
              <w:start w:sz="4.799999999999727" w:val="single" w:color="#000000"/>
              <w:top w:sz="4.800000000000182" w:val="single" w:color="#000000"/>
              <w:end w:sz="4.800000000000182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71" w:lineRule="auto" w:before="98" w:after="0"/>
              <w:ind w:left="72" w:right="144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 xml:space="preserve">Практическая </w:t>
            </w: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 xml:space="preserve">работа; </w:t>
            </w:r>
            <w:r>
              <w:br/>
            </w: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Тестирование;</w:t>
            </w:r>
          </w:p>
        </w:tc>
      </w:tr>
      <w:tr>
        <w:trPr>
          <w:trHeight w:hRule="exact" w:val="828"/>
        </w:trPr>
        <w:tc>
          <w:tcPr>
            <w:tcW w:type="dxa" w:w="504"/>
            <w:tcBorders>
              <w:start w:sz="4.800000000000011" w:val="single" w:color="#000000"/>
              <w:top w:sz="4.800000000000182" w:val="single" w:color="#000000"/>
              <w:end w:sz="4.800000000000011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0" w:right="0" w:firstLine="0"/>
              <w:jc w:val="center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54.</w:t>
            </w:r>
          </w:p>
        </w:tc>
        <w:tc>
          <w:tcPr>
            <w:tcW w:type="dxa" w:w="2966"/>
            <w:tcBorders>
              <w:start w:sz="4.800000000000011" w:val="single" w:color="#000000"/>
              <w:top w:sz="4.800000000000182" w:val="single" w:color="#000000"/>
              <w:end w:sz="4.0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62" w:lineRule="auto" w:before="98" w:after="0"/>
              <w:ind w:left="72" w:right="144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 xml:space="preserve">Почему нужно есть много </w:t>
            </w: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овощей и фруктов?</w:t>
            </w:r>
          </w:p>
        </w:tc>
        <w:tc>
          <w:tcPr>
            <w:tcW w:type="dxa" w:w="732"/>
            <w:tcBorders>
              <w:start w:sz="4.0" w:val="single" w:color="#000000"/>
              <w:top w:sz="4.800000000000182" w:val="single" w:color="#000000"/>
              <w:end w:sz="4.7999999999999545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74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1</w:t>
            </w:r>
          </w:p>
        </w:tc>
        <w:tc>
          <w:tcPr>
            <w:tcW w:type="dxa" w:w="1620"/>
            <w:tcBorders>
              <w:start w:sz="4.7999999999999545" w:val="single" w:color="#000000"/>
              <w:top w:sz="4.800000000000182" w:val="single" w:color="#000000"/>
              <w:end w:sz="4.800000000000182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72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0</w:t>
            </w:r>
          </w:p>
        </w:tc>
        <w:tc>
          <w:tcPr>
            <w:tcW w:type="dxa" w:w="1668"/>
            <w:tcBorders>
              <w:start w:sz="4.800000000000182" w:val="single" w:color="#000000"/>
              <w:top w:sz="4.800000000000182" w:val="single" w:color="#000000"/>
              <w:end w:sz="4.799999999999727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72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1</w:t>
            </w:r>
          </w:p>
        </w:tc>
        <w:tc>
          <w:tcPr>
            <w:tcW w:type="dxa" w:w="1236"/>
            <w:tcBorders>
              <w:start w:sz="4.799999999999727" w:val="single" w:color="#000000"/>
              <w:top w:sz="4.800000000000182" w:val="single" w:color="#000000"/>
              <w:end w:sz="4.799999999999727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0" w:right="0" w:firstLine="0"/>
              <w:jc w:val="center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04.04.2023</w:t>
            </w:r>
          </w:p>
        </w:tc>
        <w:tc>
          <w:tcPr>
            <w:tcW w:type="dxa" w:w="1826"/>
            <w:tcBorders>
              <w:start w:sz="4.799999999999727" w:val="single" w:color="#000000"/>
              <w:top w:sz="4.800000000000182" w:val="single" w:color="#000000"/>
              <w:end w:sz="4.800000000000182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62" w:lineRule="auto" w:before="98" w:after="0"/>
              <w:ind w:left="72" w:right="288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 xml:space="preserve">Практическая </w:t>
            </w: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работа;</w:t>
            </w:r>
          </w:p>
        </w:tc>
      </w:tr>
      <w:tr>
        <w:trPr>
          <w:trHeight w:hRule="exact" w:val="1502"/>
        </w:trPr>
        <w:tc>
          <w:tcPr>
            <w:tcW w:type="dxa" w:w="504"/>
            <w:tcBorders>
              <w:start w:sz="4.800000000000011" w:val="single" w:color="#000000"/>
              <w:top w:sz="4.800000000000182" w:val="single" w:color="#000000"/>
              <w:end w:sz="4.800000000000011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0" w:right="0" w:firstLine="0"/>
              <w:jc w:val="center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55.</w:t>
            </w:r>
          </w:p>
        </w:tc>
        <w:tc>
          <w:tcPr>
            <w:tcW w:type="dxa" w:w="2966"/>
            <w:tcBorders>
              <w:start w:sz="4.800000000000011" w:val="single" w:color="#000000"/>
              <w:top w:sz="4.800000000000182" w:val="single" w:color="#000000"/>
              <w:end w:sz="4.0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62" w:lineRule="auto" w:before="98" w:after="0"/>
              <w:ind w:left="72" w:right="144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 xml:space="preserve">Почему нужно мыть руки </w:t>
            </w: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и чистить зубы?</w:t>
            </w:r>
          </w:p>
          <w:p>
            <w:pPr>
              <w:autoSpaceDN w:val="0"/>
              <w:autoSpaceDE w:val="0"/>
              <w:widowControl/>
              <w:spacing w:line="262" w:lineRule="auto" w:before="72" w:after="0"/>
              <w:ind w:left="0" w:right="720" w:firstLine="0"/>
              <w:jc w:val="center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Практическая работа</w:t>
            </w: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«Правила гигиены».</w:t>
            </w:r>
          </w:p>
        </w:tc>
        <w:tc>
          <w:tcPr>
            <w:tcW w:type="dxa" w:w="732"/>
            <w:tcBorders>
              <w:start w:sz="4.0" w:val="single" w:color="#000000"/>
              <w:top w:sz="4.800000000000182" w:val="single" w:color="#000000"/>
              <w:end w:sz="4.7999999999999545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74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1</w:t>
            </w:r>
          </w:p>
        </w:tc>
        <w:tc>
          <w:tcPr>
            <w:tcW w:type="dxa" w:w="1620"/>
            <w:tcBorders>
              <w:start w:sz="4.7999999999999545" w:val="single" w:color="#000000"/>
              <w:top w:sz="4.800000000000182" w:val="single" w:color="#000000"/>
              <w:end w:sz="4.800000000000182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72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0</w:t>
            </w:r>
          </w:p>
        </w:tc>
        <w:tc>
          <w:tcPr>
            <w:tcW w:type="dxa" w:w="1668"/>
            <w:tcBorders>
              <w:start w:sz="4.800000000000182" w:val="single" w:color="#000000"/>
              <w:top w:sz="4.800000000000182" w:val="single" w:color="#000000"/>
              <w:end w:sz="4.799999999999727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72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1</w:t>
            </w:r>
          </w:p>
        </w:tc>
        <w:tc>
          <w:tcPr>
            <w:tcW w:type="dxa" w:w="1236"/>
            <w:tcBorders>
              <w:start w:sz="4.799999999999727" w:val="single" w:color="#000000"/>
              <w:top w:sz="4.800000000000182" w:val="single" w:color="#000000"/>
              <w:end w:sz="4.799999999999727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0" w:right="0" w:firstLine="0"/>
              <w:jc w:val="center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07.04.2023</w:t>
            </w:r>
          </w:p>
        </w:tc>
        <w:tc>
          <w:tcPr>
            <w:tcW w:type="dxa" w:w="1826"/>
            <w:tcBorders>
              <w:start w:sz="4.799999999999727" w:val="single" w:color="#000000"/>
              <w:top w:sz="4.800000000000182" w:val="single" w:color="#000000"/>
              <w:end w:sz="4.800000000000182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62" w:lineRule="auto" w:before="98" w:after="0"/>
              <w:ind w:left="72" w:right="288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 xml:space="preserve">Практическая </w:t>
            </w: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работа;</w:t>
            </w:r>
          </w:p>
        </w:tc>
      </w:tr>
      <w:tr>
        <w:trPr>
          <w:trHeight w:hRule="exact" w:val="1164"/>
        </w:trPr>
        <w:tc>
          <w:tcPr>
            <w:tcW w:type="dxa" w:w="504"/>
            <w:tcBorders>
              <w:start w:sz="4.800000000000011" w:val="single" w:color="#000000"/>
              <w:top w:sz="4.800000000000182" w:val="single" w:color="#000000"/>
              <w:end w:sz="4.800000000000011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0" w:right="0" w:firstLine="0"/>
              <w:jc w:val="center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56.</w:t>
            </w:r>
          </w:p>
        </w:tc>
        <w:tc>
          <w:tcPr>
            <w:tcW w:type="dxa" w:w="2966"/>
            <w:tcBorders>
              <w:start w:sz="4.800000000000011" w:val="single" w:color="#000000"/>
              <w:top w:sz="4.800000000000182" w:val="single" w:color="#000000"/>
              <w:end w:sz="4.0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62" w:lineRule="auto" w:before="98" w:after="0"/>
              <w:ind w:left="72" w:right="72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 xml:space="preserve">Зачем нам телефон и </w:t>
            </w: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телевизор?</w:t>
            </w:r>
          </w:p>
        </w:tc>
        <w:tc>
          <w:tcPr>
            <w:tcW w:type="dxa" w:w="732"/>
            <w:tcBorders>
              <w:start w:sz="4.0" w:val="single" w:color="#000000"/>
              <w:top w:sz="4.800000000000182" w:val="single" w:color="#000000"/>
              <w:end w:sz="4.7999999999999545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74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1</w:t>
            </w:r>
          </w:p>
        </w:tc>
        <w:tc>
          <w:tcPr>
            <w:tcW w:type="dxa" w:w="1620"/>
            <w:tcBorders>
              <w:start w:sz="4.7999999999999545" w:val="single" w:color="#000000"/>
              <w:top w:sz="4.800000000000182" w:val="single" w:color="#000000"/>
              <w:end w:sz="4.800000000000182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72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0</w:t>
            </w:r>
          </w:p>
        </w:tc>
        <w:tc>
          <w:tcPr>
            <w:tcW w:type="dxa" w:w="1668"/>
            <w:tcBorders>
              <w:start w:sz="4.800000000000182" w:val="single" w:color="#000000"/>
              <w:top w:sz="4.800000000000182" w:val="single" w:color="#000000"/>
              <w:end w:sz="4.799999999999727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72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1</w:t>
            </w:r>
          </w:p>
        </w:tc>
        <w:tc>
          <w:tcPr>
            <w:tcW w:type="dxa" w:w="1236"/>
            <w:tcBorders>
              <w:start w:sz="4.799999999999727" w:val="single" w:color="#000000"/>
              <w:top w:sz="4.800000000000182" w:val="single" w:color="#000000"/>
              <w:end w:sz="4.799999999999727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0" w:right="0" w:firstLine="0"/>
              <w:jc w:val="center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11.04.2023</w:t>
            </w:r>
          </w:p>
        </w:tc>
        <w:tc>
          <w:tcPr>
            <w:tcW w:type="dxa" w:w="1826"/>
            <w:tcBorders>
              <w:start w:sz="4.799999999999727" w:val="single" w:color="#000000"/>
              <w:top w:sz="4.800000000000182" w:val="single" w:color="#000000"/>
              <w:end w:sz="4.800000000000182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71" w:lineRule="auto" w:before="98" w:after="0"/>
              <w:ind w:left="72" w:right="144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 xml:space="preserve">Практическая </w:t>
            </w: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 xml:space="preserve">работа; </w:t>
            </w:r>
            <w:r>
              <w:br/>
            </w: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Устный опрос;</w:t>
            </w:r>
          </w:p>
        </w:tc>
      </w:tr>
      <w:tr>
        <w:trPr>
          <w:trHeight w:hRule="exact" w:val="1164"/>
        </w:trPr>
        <w:tc>
          <w:tcPr>
            <w:tcW w:type="dxa" w:w="504"/>
            <w:tcBorders>
              <w:start w:sz="4.800000000000011" w:val="single" w:color="#000000"/>
              <w:top w:sz="4.800000000000182" w:val="single" w:color="#000000"/>
              <w:end w:sz="4.800000000000011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0" w:right="0" w:firstLine="0"/>
              <w:jc w:val="center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57.</w:t>
            </w:r>
          </w:p>
        </w:tc>
        <w:tc>
          <w:tcPr>
            <w:tcW w:type="dxa" w:w="2966"/>
            <w:tcBorders>
              <w:start w:sz="4.800000000000011" w:val="single" w:color="#000000"/>
              <w:top w:sz="4.800000000000182" w:val="single" w:color="#000000"/>
              <w:end w:sz="4.0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62" w:lineRule="auto" w:before="98" w:after="0"/>
              <w:ind w:left="72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 xml:space="preserve">Почему мы не будем рвать </w:t>
            </w: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цветы и ловить бабочек?</w:t>
            </w:r>
          </w:p>
        </w:tc>
        <w:tc>
          <w:tcPr>
            <w:tcW w:type="dxa" w:w="732"/>
            <w:tcBorders>
              <w:start w:sz="4.0" w:val="single" w:color="#000000"/>
              <w:top w:sz="4.800000000000182" w:val="single" w:color="#000000"/>
              <w:end w:sz="4.7999999999999545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74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1</w:t>
            </w:r>
          </w:p>
        </w:tc>
        <w:tc>
          <w:tcPr>
            <w:tcW w:type="dxa" w:w="1620"/>
            <w:tcBorders>
              <w:start w:sz="4.7999999999999545" w:val="single" w:color="#000000"/>
              <w:top w:sz="4.800000000000182" w:val="single" w:color="#000000"/>
              <w:end w:sz="4.800000000000182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72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0</w:t>
            </w:r>
          </w:p>
        </w:tc>
        <w:tc>
          <w:tcPr>
            <w:tcW w:type="dxa" w:w="1668"/>
            <w:tcBorders>
              <w:start w:sz="4.800000000000182" w:val="single" w:color="#000000"/>
              <w:top w:sz="4.800000000000182" w:val="single" w:color="#000000"/>
              <w:end w:sz="4.799999999999727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72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1</w:t>
            </w:r>
          </w:p>
        </w:tc>
        <w:tc>
          <w:tcPr>
            <w:tcW w:type="dxa" w:w="1236"/>
            <w:tcBorders>
              <w:start w:sz="4.799999999999727" w:val="single" w:color="#000000"/>
              <w:top w:sz="4.800000000000182" w:val="single" w:color="#000000"/>
              <w:end w:sz="4.799999999999727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72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 xml:space="preserve">14.04.2023 </w:t>
            </w:r>
          </w:p>
        </w:tc>
        <w:tc>
          <w:tcPr>
            <w:tcW w:type="dxa" w:w="1826"/>
            <w:tcBorders>
              <w:start w:sz="4.799999999999727" w:val="single" w:color="#000000"/>
              <w:top w:sz="4.800000000000182" w:val="single" w:color="#000000"/>
              <w:end w:sz="4.800000000000182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71" w:lineRule="auto" w:before="98" w:after="0"/>
              <w:ind w:left="156" w:right="144" w:hanging="156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 xml:space="preserve"> Практическая </w:t>
            </w: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 xml:space="preserve">работа; </w:t>
            </w:r>
            <w:r>
              <w:br/>
            </w: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Устный опрос;</w:t>
            </w:r>
          </w:p>
        </w:tc>
      </w:tr>
      <w:tr>
        <w:trPr>
          <w:trHeight w:hRule="exact" w:val="1144"/>
        </w:trPr>
        <w:tc>
          <w:tcPr>
            <w:tcW w:type="dxa" w:w="504"/>
            <w:tcBorders>
              <w:start w:sz="4.800000000000011" w:val="single" w:color="#000000"/>
              <w:top w:sz="4.800000000000182" w:val="single" w:color="#000000"/>
              <w:end w:sz="4.800000000000011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0" w:right="0" w:firstLine="0"/>
              <w:jc w:val="center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58.</w:t>
            </w:r>
          </w:p>
        </w:tc>
        <w:tc>
          <w:tcPr>
            <w:tcW w:type="dxa" w:w="2966"/>
            <w:tcBorders>
              <w:start w:sz="4.800000000000011" w:val="single" w:color="#000000"/>
              <w:top w:sz="4.800000000000182" w:val="single" w:color="#000000"/>
              <w:end w:sz="4.0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62" w:lineRule="auto" w:before="98" w:after="0"/>
              <w:ind w:left="72" w:right="288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 xml:space="preserve">Почему в лесу мы будем </w:t>
            </w: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соблюдать тишину?</w:t>
            </w:r>
          </w:p>
        </w:tc>
        <w:tc>
          <w:tcPr>
            <w:tcW w:type="dxa" w:w="732"/>
            <w:tcBorders>
              <w:start w:sz="4.0" w:val="single" w:color="#000000"/>
              <w:top w:sz="4.800000000000182" w:val="single" w:color="#000000"/>
              <w:end w:sz="4.7999999999999545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74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1</w:t>
            </w:r>
          </w:p>
        </w:tc>
        <w:tc>
          <w:tcPr>
            <w:tcW w:type="dxa" w:w="1620"/>
            <w:tcBorders>
              <w:start w:sz="4.7999999999999545" w:val="single" w:color="#000000"/>
              <w:top w:sz="4.800000000000182" w:val="single" w:color="#000000"/>
              <w:end w:sz="4.800000000000182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72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0</w:t>
            </w:r>
          </w:p>
        </w:tc>
        <w:tc>
          <w:tcPr>
            <w:tcW w:type="dxa" w:w="1668"/>
            <w:tcBorders>
              <w:start w:sz="4.800000000000182" w:val="single" w:color="#000000"/>
              <w:top w:sz="4.800000000000182" w:val="single" w:color="#000000"/>
              <w:end w:sz="4.799999999999727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72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1</w:t>
            </w:r>
          </w:p>
        </w:tc>
        <w:tc>
          <w:tcPr>
            <w:tcW w:type="dxa" w:w="1236"/>
            <w:tcBorders>
              <w:start w:sz="4.799999999999727" w:val="single" w:color="#000000"/>
              <w:top w:sz="4.800000000000182" w:val="single" w:color="#000000"/>
              <w:end w:sz="4.799999999999727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0" w:right="0" w:firstLine="0"/>
              <w:jc w:val="center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18.04.2023</w:t>
            </w:r>
          </w:p>
        </w:tc>
        <w:tc>
          <w:tcPr>
            <w:tcW w:type="dxa" w:w="1826"/>
            <w:tcBorders>
              <w:start w:sz="4.799999999999727" w:val="single" w:color="#000000"/>
              <w:top w:sz="4.800000000000182" w:val="single" w:color="#000000"/>
              <w:end w:sz="4.800000000000182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71" w:lineRule="auto" w:before="98" w:after="0"/>
              <w:ind w:left="72" w:right="144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 xml:space="preserve">Практическая </w:t>
            </w: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 xml:space="preserve">работа; </w:t>
            </w:r>
            <w:r>
              <w:br/>
            </w: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Устный опрос;</w:t>
            </w:r>
          </w:p>
        </w:tc>
      </w:tr>
    </w:tbl>
    <w:p>
      <w:pPr>
        <w:autoSpaceDN w:val="0"/>
        <w:autoSpaceDE w:val="0"/>
        <w:widowControl/>
        <w:spacing w:line="14" w:lineRule="exact" w:before="0" w:after="0"/>
        <w:ind w:left="0" w:right="0"/>
      </w:pPr>
    </w:p>
    <w:p>
      <w:pPr>
        <w:sectPr>
          <w:pgSz w:w="11900" w:h="16840"/>
          <w:pgMar w:top="284" w:right="650" w:bottom="640" w:left="666" w:header="720" w:footer="720" w:gutter="0"/>
          <w:cols w:space="720" w:num="1" w:equalWidth="0">
            <w:col w:w="10584" w:space="0"/>
            <w:col w:w="10584" w:space="0"/>
            <w:col w:w="10584" w:space="0"/>
            <w:col w:w="10584" w:space="0"/>
            <w:col w:w="10584" w:space="0"/>
            <w:col w:w="15534" w:space="0"/>
            <w:col w:w="15534" w:space="0"/>
            <w:col w:w="15534" w:space="0"/>
            <w:col w:w="15534" w:space="0"/>
            <w:col w:w="9974" w:space="0"/>
            <w:col w:w="10584" w:space="0"/>
            <w:col w:w="10264" w:space="0"/>
            <w:col w:w="10584" w:space="0"/>
            <w:col w:w="10586" w:space="0"/>
            <w:col w:w="10258" w:space="0"/>
            <w:col w:w="10584" w:space="0"/>
            <w:col w:w="10468" w:space="0"/>
            <w:col w:w="10584" w:space="0"/>
            <w:col w:w="10284" w:space="0"/>
          </w:cols>
          <w:docGrid w:linePitch="360"/>
        </w:sectPr>
      </w:pPr>
    </w:p>
    <w:p>
      <w:pPr>
        <w:autoSpaceDN w:val="0"/>
        <w:autoSpaceDE w:val="0"/>
        <w:widowControl/>
        <w:spacing w:line="220" w:lineRule="exact" w:before="0" w:after="66"/>
        <w:ind w:left="0" w:right="0"/>
      </w:pPr>
    </w:p>
    <w:tbl>
      <w:tblPr>
        <w:tblW w:type="auto" w:w="0"/>
        <w:tblLayout w:type="fixed"/>
        <w:tblLook w:firstColumn="1" w:firstRow="1" w:lastColumn="0" w:lastRow="0" w:noHBand="0" w:noVBand="1" w:val="04A0"/>
        <w:tblInd w:w="6.000000000000085" w:type="dxa"/>
      </w:tblPr>
      <w:tblGrid>
        <w:gridCol w:w="1512"/>
        <w:gridCol w:w="1512"/>
        <w:gridCol w:w="1512"/>
        <w:gridCol w:w="1512"/>
        <w:gridCol w:w="1512"/>
        <w:gridCol w:w="1512"/>
        <w:gridCol w:w="1512"/>
      </w:tblGrid>
      <w:tr>
        <w:trPr>
          <w:trHeight w:hRule="exact" w:val="1164"/>
        </w:trPr>
        <w:tc>
          <w:tcPr>
            <w:tcW w:type="dxa" w:w="504"/>
            <w:tcBorders>
              <w:start w:sz="4.800000000000011" w:val="single" w:color="#000000"/>
              <w:top w:sz="4.800000000000011" w:val="single" w:color="#000000"/>
              <w:end w:sz="4.800000000000011" w:val="single" w:color="#000000"/>
              <w:bottom w:sz="4.7999999999999545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0" w:right="0" w:firstLine="0"/>
              <w:jc w:val="center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59.</w:t>
            </w:r>
          </w:p>
        </w:tc>
        <w:tc>
          <w:tcPr>
            <w:tcW w:type="dxa" w:w="2966"/>
            <w:tcBorders>
              <w:start w:sz="4.800000000000011" w:val="single" w:color="#000000"/>
              <w:top w:sz="4.800000000000011" w:val="single" w:color="#000000"/>
              <w:end w:sz="4.0" w:val="single" w:color="#000000"/>
              <w:bottom w:sz="4.7999999999999545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72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Зачем мы спим ночью?</w:t>
            </w:r>
          </w:p>
        </w:tc>
        <w:tc>
          <w:tcPr>
            <w:tcW w:type="dxa" w:w="732"/>
            <w:tcBorders>
              <w:start w:sz="4.0" w:val="single" w:color="#000000"/>
              <w:top w:sz="4.800000000000011" w:val="single" w:color="#000000"/>
              <w:end w:sz="4.7999999999999545" w:val="single" w:color="#000000"/>
              <w:bottom w:sz="4.7999999999999545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74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1</w:t>
            </w:r>
          </w:p>
        </w:tc>
        <w:tc>
          <w:tcPr>
            <w:tcW w:type="dxa" w:w="1620"/>
            <w:tcBorders>
              <w:start w:sz="4.7999999999999545" w:val="single" w:color="#000000"/>
              <w:top w:sz="4.800000000000011" w:val="single" w:color="#000000"/>
              <w:end w:sz="4.800000000000182" w:val="single" w:color="#000000"/>
              <w:bottom w:sz="4.7999999999999545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72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0</w:t>
            </w:r>
          </w:p>
        </w:tc>
        <w:tc>
          <w:tcPr>
            <w:tcW w:type="dxa" w:w="1668"/>
            <w:tcBorders>
              <w:start w:sz="4.800000000000182" w:val="single" w:color="#000000"/>
              <w:top w:sz="4.800000000000011" w:val="single" w:color="#000000"/>
              <w:end w:sz="4.799999999999727" w:val="single" w:color="#000000"/>
              <w:bottom w:sz="4.7999999999999545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72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1</w:t>
            </w:r>
          </w:p>
        </w:tc>
        <w:tc>
          <w:tcPr>
            <w:tcW w:type="dxa" w:w="1236"/>
            <w:tcBorders>
              <w:start w:sz="4.799999999999727" w:val="single" w:color="#000000"/>
              <w:top w:sz="4.800000000000011" w:val="single" w:color="#000000"/>
              <w:end w:sz="4.799999999999727" w:val="single" w:color="#000000"/>
              <w:bottom w:sz="4.7999999999999545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0" w:right="0" w:firstLine="0"/>
              <w:jc w:val="center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21.04.2023</w:t>
            </w:r>
          </w:p>
        </w:tc>
        <w:tc>
          <w:tcPr>
            <w:tcW w:type="dxa" w:w="1826"/>
            <w:tcBorders>
              <w:start w:sz="4.799999999999727" w:val="single" w:color="#000000"/>
              <w:top w:sz="4.800000000000011" w:val="single" w:color="#000000"/>
              <w:end w:sz="4.800000000000182" w:val="single" w:color="#000000"/>
              <w:bottom w:sz="4.7999999999999545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71" w:lineRule="auto" w:before="98" w:after="0"/>
              <w:ind w:left="72" w:right="144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 xml:space="preserve">Практическая </w:t>
            </w: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 xml:space="preserve">работа; </w:t>
            </w:r>
            <w:r>
              <w:br/>
            </w: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Устный опрос;</w:t>
            </w:r>
          </w:p>
        </w:tc>
      </w:tr>
      <w:tr>
        <w:trPr>
          <w:trHeight w:hRule="exact" w:val="1164"/>
        </w:trPr>
        <w:tc>
          <w:tcPr>
            <w:tcW w:type="dxa" w:w="504"/>
            <w:tcBorders>
              <w:start w:sz="4.800000000000011" w:val="single" w:color="#000000"/>
              <w:top w:sz="4.7999999999999545" w:val="single" w:color="#000000"/>
              <w:end w:sz="4.800000000000011" w:val="single" w:color="#000000"/>
              <w:bottom w:sz="4.7999999999999545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0" w:right="0" w:firstLine="0"/>
              <w:jc w:val="center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60.</w:t>
            </w:r>
          </w:p>
        </w:tc>
        <w:tc>
          <w:tcPr>
            <w:tcW w:type="dxa" w:w="2966"/>
            <w:tcBorders>
              <w:start w:sz="4.800000000000011" w:val="single" w:color="#000000"/>
              <w:top w:sz="4.7999999999999545" w:val="single" w:color="#000000"/>
              <w:end w:sz="4.0" w:val="single" w:color="#000000"/>
              <w:bottom w:sz="4.7999999999999545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62" w:lineRule="auto" w:before="98" w:after="0"/>
              <w:ind w:left="72" w:right="144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 xml:space="preserve">Почему нужно есть много </w:t>
            </w: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овощей и фруктов?</w:t>
            </w:r>
          </w:p>
        </w:tc>
        <w:tc>
          <w:tcPr>
            <w:tcW w:type="dxa" w:w="732"/>
            <w:tcBorders>
              <w:start w:sz="4.0" w:val="single" w:color="#000000"/>
              <w:top w:sz="4.7999999999999545" w:val="single" w:color="#000000"/>
              <w:end w:sz="4.7999999999999545" w:val="single" w:color="#000000"/>
              <w:bottom w:sz="4.7999999999999545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74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1</w:t>
            </w:r>
          </w:p>
        </w:tc>
        <w:tc>
          <w:tcPr>
            <w:tcW w:type="dxa" w:w="1620"/>
            <w:tcBorders>
              <w:start w:sz="4.7999999999999545" w:val="single" w:color="#000000"/>
              <w:top w:sz="4.7999999999999545" w:val="single" w:color="#000000"/>
              <w:end w:sz="4.800000000000182" w:val="single" w:color="#000000"/>
              <w:bottom w:sz="4.7999999999999545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72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0</w:t>
            </w:r>
          </w:p>
        </w:tc>
        <w:tc>
          <w:tcPr>
            <w:tcW w:type="dxa" w:w="1668"/>
            <w:tcBorders>
              <w:start w:sz="4.800000000000182" w:val="single" w:color="#000000"/>
              <w:top w:sz="4.7999999999999545" w:val="single" w:color="#000000"/>
              <w:end w:sz="4.799999999999727" w:val="single" w:color="#000000"/>
              <w:bottom w:sz="4.7999999999999545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72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1</w:t>
            </w:r>
          </w:p>
        </w:tc>
        <w:tc>
          <w:tcPr>
            <w:tcW w:type="dxa" w:w="1236"/>
            <w:tcBorders>
              <w:start w:sz="4.799999999999727" w:val="single" w:color="#000000"/>
              <w:top w:sz="4.7999999999999545" w:val="single" w:color="#000000"/>
              <w:end w:sz="4.799999999999727" w:val="single" w:color="#000000"/>
              <w:bottom w:sz="4.7999999999999545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0" w:right="0" w:firstLine="0"/>
              <w:jc w:val="center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25.04.2023</w:t>
            </w:r>
          </w:p>
        </w:tc>
        <w:tc>
          <w:tcPr>
            <w:tcW w:type="dxa" w:w="1826"/>
            <w:tcBorders>
              <w:start w:sz="4.799999999999727" w:val="single" w:color="#000000"/>
              <w:top w:sz="4.7999999999999545" w:val="single" w:color="#000000"/>
              <w:end w:sz="4.800000000000182" w:val="single" w:color="#000000"/>
              <w:bottom w:sz="4.7999999999999545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71" w:lineRule="auto" w:before="98" w:after="0"/>
              <w:ind w:left="72" w:right="144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 xml:space="preserve">Практическая </w:t>
            </w: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 xml:space="preserve">работа; </w:t>
            </w:r>
            <w:r>
              <w:br/>
            </w: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Устный опрос;</w:t>
            </w:r>
          </w:p>
        </w:tc>
      </w:tr>
      <w:tr>
        <w:trPr>
          <w:trHeight w:hRule="exact" w:val="1500"/>
        </w:trPr>
        <w:tc>
          <w:tcPr>
            <w:tcW w:type="dxa" w:w="504"/>
            <w:tcBorders>
              <w:start w:sz="4.800000000000011" w:val="single" w:color="#000000"/>
              <w:top w:sz="4.7999999999999545" w:val="single" w:color="#000000"/>
              <w:end w:sz="4.800000000000011" w:val="single" w:color="#000000"/>
              <w:bottom w:sz="5.599999999999909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0" w:right="0" w:firstLine="0"/>
              <w:jc w:val="center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61.</w:t>
            </w:r>
          </w:p>
        </w:tc>
        <w:tc>
          <w:tcPr>
            <w:tcW w:type="dxa" w:w="2966"/>
            <w:tcBorders>
              <w:start w:sz="4.800000000000011" w:val="single" w:color="#000000"/>
              <w:top w:sz="4.7999999999999545" w:val="single" w:color="#000000"/>
              <w:end w:sz="4.0" w:val="single" w:color="#000000"/>
              <w:bottom w:sz="5.599999999999909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62" w:lineRule="auto" w:before="98" w:after="0"/>
              <w:ind w:left="72" w:right="144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 xml:space="preserve">Почему нужно мыть руки </w:t>
            </w: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и чистить зубы?</w:t>
            </w:r>
          </w:p>
          <w:p>
            <w:pPr>
              <w:autoSpaceDN w:val="0"/>
              <w:autoSpaceDE w:val="0"/>
              <w:widowControl/>
              <w:spacing w:line="262" w:lineRule="auto" w:before="70" w:after="0"/>
              <w:ind w:left="0" w:right="720" w:firstLine="0"/>
              <w:jc w:val="center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Практическая работа</w:t>
            </w: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«Правила гигиены».</w:t>
            </w:r>
          </w:p>
        </w:tc>
        <w:tc>
          <w:tcPr>
            <w:tcW w:type="dxa" w:w="732"/>
            <w:tcBorders>
              <w:start w:sz="4.0" w:val="single" w:color="#000000"/>
              <w:top w:sz="4.7999999999999545" w:val="single" w:color="#000000"/>
              <w:end w:sz="4.7999999999999545" w:val="single" w:color="#000000"/>
              <w:bottom w:sz="5.599999999999909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74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1</w:t>
            </w:r>
          </w:p>
        </w:tc>
        <w:tc>
          <w:tcPr>
            <w:tcW w:type="dxa" w:w="1620"/>
            <w:tcBorders>
              <w:start w:sz="4.7999999999999545" w:val="single" w:color="#000000"/>
              <w:top w:sz="4.7999999999999545" w:val="single" w:color="#000000"/>
              <w:end w:sz="4.800000000000182" w:val="single" w:color="#000000"/>
              <w:bottom w:sz="5.599999999999909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72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0</w:t>
            </w:r>
          </w:p>
        </w:tc>
        <w:tc>
          <w:tcPr>
            <w:tcW w:type="dxa" w:w="1668"/>
            <w:tcBorders>
              <w:start w:sz="4.800000000000182" w:val="single" w:color="#000000"/>
              <w:top w:sz="4.7999999999999545" w:val="single" w:color="#000000"/>
              <w:end w:sz="4.799999999999727" w:val="single" w:color="#000000"/>
              <w:bottom w:sz="5.599999999999909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72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1</w:t>
            </w:r>
          </w:p>
        </w:tc>
        <w:tc>
          <w:tcPr>
            <w:tcW w:type="dxa" w:w="1236"/>
            <w:tcBorders>
              <w:start w:sz="4.799999999999727" w:val="single" w:color="#000000"/>
              <w:top w:sz="4.7999999999999545" w:val="single" w:color="#000000"/>
              <w:end w:sz="4.799999999999727" w:val="single" w:color="#000000"/>
              <w:bottom w:sz="5.599999999999909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0" w:right="0" w:firstLine="0"/>
              <w:jc w:val="center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28.04.2023</w:t>
            </w:r>
          </w:p>
        </w:tc>
        <w:tc>
          <w:tcPr>
            <w:tcW w:type="dxa" w:w="1826"/>
            <w:tcBorders>
              <w:start w:sz="4.799999999999727" w:val="single" w:color="#000000"/>
              <w:top w:sz="4.7999999999999545" w:val="single" w:color="#000000"/>
              <w:end w:sz="4.800000000000182" w:val="single" w:color="#000000"/>
              <w:bottom w:sz="5.599999999999909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71" w:lineRule="auto" w:before="98" w:after="0"/>
              <w:ind w:left="72" w:right="144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 xml:space="preserve">Практическая </w:t>
            </w: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 xml:space="preserve">работа; </w:t>
            </w:r>
            <w:r>
              <w:br/>
            </w: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Устный опрос;</w:t>
            </w:r>
          </w:p>
        </w:tc>
      </w:tr>
      <w:tr>
        <w:trPr>
          <w:trHeight w:hRule="exact" w:val="1166"/>
        </w:trPr>
        <w:tc>
          <w:tcPr>
            <w:tcW w:type="dxa" w:w="504"/>
            <w:tcBorders>
              <w:start w:sz="4.800000000000011" w:val="single" w:color="#000000"/>
              <w:top w:sz="5.599999999999909" w:val="single" w:color="#000000"/>
              <w:end w:sz="4.800000000000011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100" w:after="0"/>
              <w:ind w:left="0" w:right="0" w:firstLine="0"/>
              <w:jc w:val="center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62.</w:t>
            </w:r>
          </w:p>
        </w:tc>
        <w:tc>
          <w:tcPr>
            <w:tcW w:type="dxa" w:w="2966"/>
            <w:tcBorders>
              <w:start w:sz="4.800000000000011" w:val="single" w:color="#000000"/>
              <w:top w:sz="5.599999999999909" w:val="single" w:color="#000000"/>
              <w:end w:sz="4.0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62" w:lineRule="auto" w:before="100" w:after="0"/>
              <w:ind w:left="72" w:right="72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 xml:space="preserve">Зачем нам телефон и </w:t>
            </w: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телевизор?</w:t>
            </w:r>
          </w:p>
        </w:tc>
        <w:tc>
          <w:tcPr>
            <w:tcW w:type="dxa" w:w="732"/>
            <w:tcBorders>
              <w:start w:sz="4.0" w:val="single" w:color="#000000"/>
              <w:top w:sz="5.599999999999909" w:val="single" w:color="#000000"/>
              <w:end w:sz="4.7999999999999545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100" w:after="0"/>
              <w:ind w:left="74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1</w:t>
            </w:r>
          </w:p>
        </w:tc>
        <w:tc>
          <w:tcPr>
            <w:tcW w:type="dxa" w:w="1620"/>
            <w:tcBorders>
              <w:start w:sz="4.7999999999999545" w:val="single" w:color="#000000"/>
              <w:top w:sz="5.599999999999909" w:val="single" w:color="#000000"/>
              <w:end w:sz="4.800000000000182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100" w:after="0"/>
              <w:ind w:left="72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0</w:t>
            </w:r>
          </w:p>
        </w:tc>
        <w:tc>
          <w:tcPr>
            <w:tcW w:type="dxa" w:w="1668"/>
            <w:tcBorders>
              <w:start w:sz="4.800000000000182" w:val="single" w:color="#000000"/>
              <w:top w:sz="5.599999999999909" w:val="single" w:color="#000000"/>
              <w:end w:sz="4.799999999999727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100" w:after="0"/>
              <w:ind w:left="72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1</w:t>
            </w:r>
          </w:p>
        </w:tc>
        <w:tc>
          <w:tcPr>
            <w:tcW w:type="dxa" w:w="1236"/>
            <w:tcBorders>
              <w:start w:sz="4.799999999999727" w:val="single" w:color="#000000"/>
              <w:top w:sz="5.599999999999909" w:val="single" w:color="#000000"/>
              <w:end w:sz="4.799999999999727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100" w:after="0"/>
              <w:ind w:left="0" w:right="0" w:firstLine="0"/>
              <w:jc w:val="center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05.05.2023</w:t>
            </w:r>
          </w:p>
        </w:tc>
        <w:tc>
          <w:tcPr>
            <w:tcW w:type="dxa" w:w="1826"/>
            <w:tcBorders>
              <w:start w:sz="4.799999999999727" w:val="single" w:color="#000000"/>
              <w:top w:sz="5.599999999999909" w:val="single" w:color="#000000"/>
              <w:end w:sz="4.800000000000182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71" w:lineRule="auto" w:before="100" w:after="0"/>
              <w:ind w:left="72" w:right="144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 xml:space="preserve">Практическая </w:t>
            </w: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 xml:space="preserve">работа; </w:t>
            </w:r>
            <w:r>
              <w:br/>
            </w: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Устный опрос;</w:t>
            </w:r>
          </w:p>
        </w:tc>
      </w:tr>
      <w:tr>
        <w:trPr>
          <w:trHeight w:hRule="exact" w:val="1164"/>
        </w:trPr>
        <w:tc>
          <w:tcPr>
            <w:tcW w:type="dxa" w:w="504"/>
            <w:tcBorders>
              <w:start w:sz="4.800000000000011" w:val="single" w:color="#000000"/>
              <w:top w:sz="4.800000000000182" w:val="single" w:color="#000000"/>
              <w:end w:sz="4.800000000000011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0" w:right="0" w:firstLine="0"/>
              <w:jc w:val="center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63.</w:t>
            </w:r>
          </w:p>
        </w:tc>
        <w:tc>
          <w:tcPr>
            <w:tcW w:type="dxa" w:w="2966"/>
            <w:tcBorders>
              <w:start w:sz="4.800000000000011" w:val="single" w:color="#000000"/>
              <w:top w:sz="4.800000000000182" w:val="single" w:color="#000000"/>
              <w:end w:sz="4.0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0" w:right="0" w:firstLine="0"/>
              <w:jc w:val="center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Зачем нужны автомобили?</w:t>
            </w:r>
          </w:p>
        </w:tc>
        <w:tc>
          <w:tcPr>
            <w:tcW w:type="dxa" w:w="732"/>
            <w:tcBorders>
              <w:start w:sz="4.0" w:val="single" w:color="#000000"/>
              <w:top w:sz="4.800000000000182" w:val="single" w:color="#000000"/>
              <w:end w:sz="4.7999999999999545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74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1</w:t>
            </w:r>
          </w:p>
        </w:tc>
        <w:tc>
          <w:tcPr>
            <w:tcW w:type="dxa" w:w="1620"/>
            <w:tcBorders>
              <w:start w:sz="4.7999999999999545" w:val="single" w:color="#000000"/>
              <w:top w:sz="4.800000000000182" w:val="single" w:color="#000000"/>
              <w:end w:sz="4.800000000000182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72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0</w:t>
            </w:r>
          </w:p>
        </w:tc>
        <w:tc>
          <w:tcPr>
            <w:tcW w:type="dxa" w:w="1668"/>
            <w:tcBorders>
              <w:start w:sz="4.800000000000182" w:val="single" w:color="#000000"/>
              <w:top w:sz="4.800000000000182" w:val="single" w:color="#000000"/>
              <w:end w:sz="4.799999999999727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72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1</w:t>
            </w:r>
          </w:p>
        </w:tc>
        <w:tc>
          <w:tcPr>
            <w:tcW w:type="dxa" w:w="1236"/>
            <w:tcBorders>
              <w:start w:sz="4.799999999999727" w:val="single" w:color="#000000"/>
              <w:top w:sz="4.800000000000182" w:val="single" w:color="#000000"/>
              <w:end w:sz="4.799999999999727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0" w:right="0" w:firstLine="0"/>
              <w:jc w:val="center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12.05.2023</w:t>
            </w:r>
          </w:p>
        </w:tc>
        <w:tc>
          <w:tcPr>
            <w:tcW w:type="dxa" w:w="1826"/>
            <w:tcBorders>
              <w:start w:sz="4.799999999999727" w:val="single" w:color="#000000"/>
              <w:top w:sz="4.800000000000182" w:val="single" w:color="#000000"/>
              <w:end w:sz="4.800000000000182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71" w:lineRule="auto" w:before="98" w:after="0"/>
              <w:ind w:left="72" w:right="144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 xml:space="preserve">Практическая </w:t>
            </w: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 xml:space="preserve">работа; </w:t>
            </w:r>
            <w:r>
              <w:br/>
            </w: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Тестирование;</w:t>
            </w:r>
          </w:p>
        </w:tc>
      </w:tr>
      <w:tr>
        <w:trPr>
          <w:trHeight w:hRule="exact" w:val="1500"/>
        </w:trPr>
        <w:tc>
          <w:tcPr>
            <w:tcW w:type="dxa" w:w="504"/>
            <w:tcBorders>
              <w:start w:sz="4.800000000000011" w:val="single" w:color="#000000"/>
              <w:top w:sz="4.800000000000182" w:val="single" w:color="#000000"/>
              <w:end w:sz="4.800000000000011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0" w:right="0" w:firstLine="0"/>
              <w:jc w:val="center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64.</w:t>
            </w:r>
          </w:p>
        </w:tc>
        <w:tc>
          <w:tcPr>
            <w:tcW w:type="dxa" w:w="2966"/>
            <w:tcBorders>
              <w:start w:sz="4.800000000000011" w:val="single" w:color="#000000"/>
              <w:top w:sz="4.800000000000182" w:val="single" w:color="#000000"/>
              <w:end w:sz="4.0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72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Зачем строят корабли?</w:t>
            </w:r>
          </w:p>
        </w:tc>
        <w:tc>
          <w:tcPr>
            <w:tcW w:type="dxa" w:w="732"/>
            <w:tcBorders>
              <w:start w:sz="4.0" w:val="single" w:color="#000000"/>
              <w:top w:sz="4.800000000000182" w:val="single" w:color="#000000"/>
              <w:end w:sz="4.7999999999999545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74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1</w:t>
            </w:r>
          </w:p>
        </w:tc>
        <w:tc>
          <w:tcPr>
            <w:tcW w:type="dxa" w:w="1620"/>
            <w:tcBorders>
              <w:start w:sz="4.7999999999999545" w:val="single" w:color="#000000"/>
              <w:top w:sz="4.800000000000182" w:val="single" w:color="#000000"/>
              <w:end w:sz="4.800000000000182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72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0</w:t>
            </w:r>
          </w:p>
        </w:tc>
        <w:tc>
          <w:tcPr>
            <w:tcW w:type="dxa" w:w="1668"/>
            <w:tcBorders>
              <w:start w:sz="4.800000000000182" w:val="single" w:color="#000000"/>
              <w:top w:sz="4.800000000000182" w:val="single" w:color="#000000"/>
              <w:end w:sz="4.799999999999727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72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1</w:t>
            </w:r>
          </w:p>
        </w:tc>
        <w:tc>
          <w:tcPr>
            <w:tcW w:type="dxa" w:w="1236"/>
            <w:tcBorders>
              <w:start w:sz="4.799999999999727" w:val="single" w:color="#000000"/>
              <w:top w:sz="4.800000000000182" w:val="single" w:color="#000000"/>
              <w:end w:sz="4.799999999999727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0" w:right="0" w:firstLine="0"/>
              <w:jc w:val="center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16.05.2023</w:t>
            </w:r>
          </w:p>
        </w:tc>
        <w:tc>
          <w:tcPr>
            <w:tcW w:type="dxa" w:w="1826"/>
            <w:tcBorders>
              <w:start w:sz="4.799999999999727" w:val="single" w:color="#000000"/>
              <w:top w:sz="4.800000000000182" w:val="single" w:color="#000000"/>
              <w:end w:sz="4.800000000000182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76" w:lineRule="auto" w:before="98" w:after="0"/>
              <w:ind w:left="72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 xml:space="preserve">Самооценка с </w:t>
            </w:r>
            <w:r>
              <w:br/>
            </w: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использованием</w:t>
            </w: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 xml:space="preserve">«Оценочного </w:t>
            </w:r>
            <w:r>
              <w:br/>
            </w: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листа»;</w:t>
            </w:r>
          </w:p>
        </w:tc>
      </w:tr>
      <w:tr>
        <w:trPr>
          <w:trHeight w:hRule="exact" w:val="1164"/>
        </w:trPr>
        <w:tc>
          <w:tcPr>
            <w:tcW w:type="dxa" w:w="504"/>
            <w:tcBorders>
              <w:start w:sz="4.800000000000011" w:val="single" w:color="#000000"/>
              <w:top w:sz="4.800000000000182" w:val="single" w:color="#000000"/>
              <w:end w:sz="4.800000000000011" w:val="single" w:color="#000000"/>
              <w:bottom w:sz="4.799999999999727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0" w:right="0" w:firstLine="0"/>
              <w:jc w:val="center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65.</w:t>
            </w:r>
          </w:p>
        </w:tc>
        <w:tc>
          <w:tcPr>
            <w:tcW w:type="dxa" w:w="2966"/>
            <w:tcBorders>
              <w:start w:sz="4.800000000000011" w:val="single" w:color="#000000"/>
              <w:top w:sz="4.800000000000182" w:val="single" w:color="#000000"/>
              <w:end w:sz="4.0" w:val="single" w:color="#000000"/>
              <w:bottom w:sz="4.799999999999727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72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Зачем строят самолеты?</w:t>
            </w:r>
          </w:p>
        </w:tc>
        <w:tc>
          <w:tcPr>
            <w:tcW w:type="dxa" w:w="732"/>
            <w:tcBorders>
              <w:start w:sz="4.0" w:val="single" w:color="#000000"/>
              <w:top w:sz="4.800000000000182" w:val="single" w:color="#000000"/>
              <w:end w:sz="4.7999999999999545" w:val="single" w:color="#000000"/>
              <w:bottom w:sz="4.799999999999727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74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1</w:t>
            </w:r>
          </w:p>
        </w:tc>
        <w:tc>
          <w:tcPr>
            <w:tcW w:type="dxa" w:w="1620"/>
            <w:tcBorders>
              <w:start w:sz="4.7999999999999545" w:val="single" w:color="#000000"/>
              <w:top w:sz="4.800000000000182" w:val="single" w:color="#000000"/>
              <w:end w:sz="4.800000000000182" w:val="single" w:color="#000000"/>
              <w:bottom w:sz="4.799999999999727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72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0</w:t>
            </w:r>
          </w:p>
        </w:tc>
        <w:tc>
          <w:tcPr>
            <w:tcW w:type="dxa" w:w="1668"/>
            <w:tcBorders>
              <w:start w:sz="4.800000000000182" w:val="single" w:color="#000000"/>
              <w:top w:sz="4.800000000000182" w:val="single" w:color="#000000"/>
              <w:end w:sz="4.799999999999727" w:val="single" w:color="#000000"/>
              <w:bottom w:sz="4.799999999999727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72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1</w:t>
            </w:r>
          </w:p>
        </w:tc>
        <w:tc>
          <w:tcPr>
            <w:tcW w:type="dxa" w:w="1236"/>
            <w:tcBorders>
              <w:start w:sz="4.799999999999727" w:val="single" w:color="#000000"/>
              <w:top w:sz="4.800000000000182" w:val="single" w:color="#000000"/>
              <w:end w:sz="4.799999999999727" w:val="single" w:color="#000000"/>
              <w:bottom w:sz="4.799999999999727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0" w:right="0" w:firstLine="0"/>
              <w:jc w:val="center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19.05.2023</w:t>
            </w:r>
          </w:p>
        </w:tc>
        <w:tc>
          <w:tcPr>
            <w:tcW w:type="dxa" w:w="1826"/>
            <w:tcBorders>
              <w:start w:sz="4.799999999999727" w:val="single" w:color="#000000"/>
              <w:top w:sz="4.800000000000182" w:val="single" w:color="#000000"/>
              <w:end w:sz="4.800000000000182" w:val="single" w:color="#000000"/>
              <w:bottom w:sz="4.799999999999727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71" w:lineRule="auto" w:before="98" w:after="0"/>
              <w:ind w:left="72" w:right="144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 xml:space="preserve">Практическая </w:t>
            </w: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 xml:space="preserve">работа; </w:t>
            </w:r>
            <w:r>
              <w:br/>
            </w: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Устный опрос;</w:t>
            </w:r>
          </w:p>
        </w:tc>
      </w:tr>
      <w:tr>
        <w:trPr>
          <w:trHeight w:hRule="exact" w:val="1164"/>
        </w:trPr>
        <w:tc>
          <w:tcPr>
            <w:tcW w:type="dxa" w:w="504"/>
            <w:tcBorders>
              <w:start w:sz="4.800000000000011" w:val="single" w:color="#000000"/>
              <w:top w:sz="4.799999999999727" w:val="single" w:color="#000000"/>
              <w:end w:sz="4.800000000000011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0" w:right="0" w:firstLine="0"/>
              <w:jc w:val="center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66.</w:t>
            </w:r>
          </w:p>
        </w:tc>
        <w:tc>
          <w:tcPr>
            <w:tcW w:type="dxa" w:w="2966"/>
            <w:tcBorders>
              <w:start w:sz="4.800000000000011" w:val="single" w:color="#000000"/>
              <w:top w:sz="4.799999999999727" w:val="single" w:color="#000000"/>
              <w:end w:sz="4.0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71" w:lineRule="auto" w:before="98" w:after="0"/>
              <w:ind w:left="72" w:right="288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 xml:space="preserve">Почему в автомобиле и </w:t>
            </w: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 xml:space="preserve">поезде нужно соблюдать </w:t>
            </w: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правила безопасности?</w:t>
            </w:r>
          </w:p>
        </w:tc>
        <w:tc>
          <w:tcPr>
            <w:tcW w:type="dxa" w:w="732"/>
            <w:tcBorders>
              <w:start w:sz="4.0" w:val="single" w:color="#000000"/>
              <w:top w:sz="4.799999999999727" w:val="single" w:color="#000000"/>
              <w:end w:sz="4.7999999999999545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74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1</w:t>
            </w:r>
          </w:p>
        </w:tc>
        <w:tc>
          <w:tcPr>
            <w:tcW w:type="dxa" w:w="1620"/>
            <w:tcBorders>
              <w:start w:sz="4.7999999999999545" w:val="single" w:color="#000000"/>
              <w:top w:sz="4.799999999999727" w:val="single" w:color="#000000"/>
              <w:end w:sz="4.800000000000182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72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0</w:t>
            </w:r>
          </w:p>
        </w:tc>
        <w:tc>
          <w:tcPr>
            <w:tcW w:type="dxa" w:w="1668"/>
            <w:tcBorders>
              <w:start w:sz="4.800000000000182" w:val="single" w:color="#000000"/>
              <w:top w:sz="4.799999999999727" w:val="single" w:color="#000000"/>
              <w:end w:sz="4.799999999999727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72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1</w:t>
            </w:r>
          </w:p>
        </w:tc>
        <w:tc>
          <w:tcPr>
            <w:tcW w:type="dxa" w:w="1236"/>
            <w:tcBorders>
              <w:start w:sz="4.799999999999727" w:val="single" w:color="#000000"/>
              <w:top w:sz="4.799999999999727" w:val="single" w:color="#000000"/>
              <w:end w:sz="4.799999999999727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0" w:right="0" w:firstLine="0"/>
              <w:jc w:val="center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23.05.2023</w:t>
            </w:r>
          </w:p>
        </w:tc>
        <w:tc>
          <w:tcPr>
            <w:tcW w:type="dxa" w:w="1826"/>
            <w:tcBorders>
              <w:start w:sz="4.799999999999727" w:val="single" w:color="#000000"/>
              <w:top w:sz="4.799999999999727" w:val="single" w:color="#000000"/>
              <w:end w:sz="4.800000000000182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62" w:lineRule="auto" w:before="98" w:after="0"/>
              <w:ind w:left="72" w:right="288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 xml:space="preserve">Контрольная </w:t>
            </w: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работа;</w:t>
            </w:r>
          </w:p>
        </w:tc>
      </w:tr>
      <w:tr>
        <w:trPr>
          <w:trHeight w:hRule="exact" w:val="808"/>
        </w:trPr>
        <w:tc>
          <w:tcPr>
            <w:tcW w:type="dxa" w:w="3470"/>
            <w:gridSpan w:val="2"/>
            <w:tcBorders>
              <w:start w:sz="4.800000000000011" w:val="single" w:color="#000000"/>
              <w:top w:sz="4.800000000000182" w:val="single" w:color="#000000"/>
              <w:end w:sz="4.0" w:val="single" w:color="#000000"/>
              <w:bottom w:sz="5.599999999999454" w:val="single" w:color="#000000"/>
            </w:tcBorders>
            <w:tcMar>
              <w:start w:w="0" w:type="dxa"/>
              <w:end w:w="0" w:type="dxa"/>
            </w:tcMar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62" w:lineRule="auto" w:before="98" w:after="0"/>
              <w:ind w:left="72" w:right="576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 xml:space="preserve">ОБЩЕЕ КОЛИЧЕСТВО </w:t>
            </w: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ЧАСОВ ПО ПРОГРАММЕ</w:t>
            </w:r>
          </w:p>
        </w:tc>
        <w:tc>
          <w:tcPr>
            <w:tcW w:type="dxa" w:w="732"/>
            <w:tcBorders>
              <w:start w:sz="4.0" w:val="single" w:color="#000000"/>
              <w:top w:sz="4.800000000000182" w:val="single" w:color="#000000"/>
              <w:end w:sz="4.7999999999999545" w:val="single" w:color="#000000"/>
              <w:bottom w:sz="5.599999999999454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74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66</w:t>
            </w:r>
          </w:p>
        </w:tc>
        <w:tc>
          <w:tcPr>
            <w:tcW w:type="dxa" w:w="1620"/>
            <w:tcBorders>
              <w:start w:sz="4.7999999999999545" w:val="single" w:color="#000000"/>
              <w:top w:sz="4.800000000000182" w:val="single" w:color="#000000"/>
              <w:end w:sz="4.800000000000182" w:val="single" w:color="#000000"/>
              <w:bottom w:sz="5.599999999999454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72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4</w:t>
            </w:r>
          </w:p>
        </w:tc>
        <w:tc>
          <w:tcPr>
            <w:tcW w:type="dxa" w:w="1668"/>
            <w:tcBorders>
              <w:start w:sz="4.800000000000182" w:val="single" w:color="#000000"/>
              <w:top w:sz="4.800000000000182" w:val="single" w:color="#000000"/>
              <w:end w:sz="4.799999999999727" w:val="single" w:color="#000000"/>
              <w:bottom w:sz="5.599999999999454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72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62</w:t>
            </w:r>
          </w:p>
        </w:tc>
        <w:tc>
          <w:tcPr>
            <w:tcW w:type="dxa" w:w="3062"/>
            <w:gridSpan w:val="2"/>
            <w:tcBorders>
              <w:start w:sz="4.799999999999727" w:val="single" w:color="#000000"/>
              <w:top w:sz="4.800000000000182" w:val="single" w:color="#000000"/>
              <w:end w:sz="4.800000000000182" w:val="single" w:color="#000000"/>
              <w:bottom w:sz="5.599999999999454" w:val="single" w:color="#000000"/>
            </w:tcBorders>
            <w:tcMar>
              <w:start w:w="0" w:type="dxa"/>
              <w:end w:w="0" w:type="dxa"/>
            </w:tcMar>
            <w:tcMar>
              <w:start w:w="0" w:type="dxa"/>
              <w:end w:w="0" w:type="dxa"/>
            </w:tcMar>
          </w:tcPr>
          <w:p/>
        </w:tc>
      </w:tr>
    </w:tbl>
    <w:p>
      <w:pPr>
        <w:autoSpaceDN w:val="0"/>
        <w:autoSpaceDE w:val="0"/>
        <w:widowControl/>
        <w:spacing w:line="14" w:lineRule="exact" w:before="0" w:after="0"/>
        <w:ind w:left="0" w:right="0"/>
      </w:pPr>
    </w:p>
    <w:p>
      <w:pPr>
        <w:sectPr>
          <w:pgSz w:w="11900" w:h="16840"/>
          <w:pgMar w:top="284" w:right="650" w:bottom="1440" w:left="666" w:header="720" w:footer="720" w:gutter="0"/>
          <w:cols w:space="720" w:num="1" w:equalWidth="0">
            <w:col w:w="10584" w:space="0"/>
            <w:col w:w="10584" w:space="0"/>
            <w:col w:w="10584" w:space="0"/>
            <w:col w:w="10584" w:space="0"/>
            <w:col w:w="10584" w:space="0"/>
            <w:col w:w="10584" w:space="0"/>
            <w:col w:w="15534" w:space="0"/>
            <w:col w:w="15534" w:space="0"/>
            <w:col w:w="15534" w:space="0"/>
            <w:col w:w="15534" w:space="0"/>
            <w:col w:w="9974" w:space="0"/>
            <w:col w:w="10584" w:space="0"/>
            <w:col w:w="10264" w:space="0"/>
            <w:col w:w="10584" w:space="0"/>
            <w:col w:w="10586" w:space="0"/>
            <w:col w:w="10258" w:space="0"/>
            <w:col w:w="10584" w:space="0"/>
            <w:col w:w="10468" w:space="0"/>
            <w:col w:w="10584" w:space="0"/>
            <w:col w:w="10284" w:space="0"/>
          </w:cols>
          <w:docGrid w:linePitch="360"/>
        </w:sectPr>
      </w:pPr>
    </w:p>
    <w:p>
      <w:pPr>
        <w:autoSpaceDN w:val="0"/>
        <w:autoSpaceDE w:val="0"/>
        <w:widowControl/>
        <w:spacing w:line="220" w:lineRule="exact" w:before="0" w:after="78"/>
        <w:ind w:left="0" w:right="0"/>
      </w:pPr>
    </w:p>
    <w:p>
      <w:pPr>
        <w:autoSpaceDN w:val="0"/>
        <w:autoSpaceDE w:val="0"/>
        <w:widowControl/>
        <w:spacing w:line="230" w:lineRule="auto" w:before="0" w:after="0"/>
        <w:ind w:left="0" w:right="0" w:firstLine="0"/>
        <w:jc w:val="left"/>
      </w:pPr>
      <w:r>
        <w:rPr>
          <w:rFonts w:ascii="Times New Roman" w:hAnsi="Times New Roman" w:eastAsia="Times New Roman"/>
          <w:b/>
          <w:i w:val="0"/>
          <w:color w:val="000000"/>
          <w:sz w:val="24"/>
        </w:rPr>
        <w:t xml:space="preserve">УЧЕБНО-МЕТОДИЧЕСКОЕ ОБЕСПЕЧЕНИЕ ОБРАЗОВАТЕЛЬНОГО ПРОЦЕССА </w:t>
      </w:r>
    </w:p>
    <w:p>
      <w:pPr>
        <w:autoSpaceDN w:val="0"/>
        <w:autoSpaceDE w:val="0"/>
        <w:widowControl/>
        <w:spacing w:line="382" w:lineRule="auto" w:before="346" w:after="0"/>
        <w:ind w:left="0" w:right="1440" w:firstLine="0"/>
        <w:jc w:val="left"/>
      </w:pPr>
      <w:r>
        <w:rPr>
          <w:rFonts w:ascii="Times New Roman" w:hAnsi="Times New Roman" w:eastAsia="Times New Roman"/>
          <w:b/>
          <w:i w:val="0"/>
          <w:color w:val="000000"/>
          <w:sz w:val="24"/>
        </w:rPr>
        <w:t xml:space="preserve">ОБЯЗАТЕЛЬНЫЕ УЧЕБНЫЕ МАТЕРИАЛЫ ДЛЯ УЧЕНИКА </w:t>
      </w:r>
      <w:r>
        <w:br/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 xml:space="preserve">Введите свой вариант: </w:t>
      </w:r>
      <w:r>
        <w:br/>
      </w:r>
      <w:r>
        <w:rPr>
          <w:rFonts w:ascii="Times New Roman" w:hAnsi="Times New Roman" w:eastAsia="Times New Roman"/>
          <w:b/>
          <w:i w:val="0"/>
          <w:color w:val="000000"/>
          <w:sz w:val="24"/>
        </w:rPr>
        <w:t xml:space="preserve">МЕТОДИЧЕСКИЕ МАТЕРИАЛЫ ДЛЯ УЧИТЕЛЯ </w:t>
      </w:r>
      <w:r>
        <w:br/>
      </w:r>
      <w:r>
        <w:rPr>
          <w:rFonts w:ascii="Times New Roman" w:hAnsi="Times New Roman" w:eastAsia="Times New Roman"/>
          <w:b/>
          <w:i w:val="0"/>
          <w:color w:val="000000"/>
          <w:sz w:val="24"/>
        </w:rPr>
        <w:t>ЦИФРОВЫЕ ОБРАЗОВАТЕЛЬНЫЕ РЕСУРСЫ И РЕСУРСЫ СЕТИ ИНТЕРНЕТ</w:t>
      </w:r>
    </w:p>
    <w:p>
      <w:pPr>
        <w:sectPr>
          <w:pgSz w:w="11900" w:h="16840"/>
          <w:pgMar w:top="298" w:right="650" w:bottom="1440" w:left="666" w:header="720" w:footer="720" w:gutter="0"/>
          <w:cols w:space="720" w:num="1" w:equalWidth="0">
            <w:col w:w="10584" w:space="0"/>
            <w:col w:w="10584" w:space="0"/>
            <w:col w:w="10584" w:space="0"/>
            <w:col w:w="10584" w:space="0"/>
            <w:col w:w="10584" w:space="0"/>
            <w:col w:w="10584" w:space="0"/>
            <w:col w:w="10584" w:space="0"/>
            <w:col w:w="15534" w:space="0"/>
            <w:col w:w="15534" w:space="0"/>
            <w:col w:w="15534" w:space="0"/>
            <w:col w:w="15534" w:space="0"/>
            <w:col w:w="9974" w:space="0"/>
            <w:col w:w="10584" w:space="0"/>
            <w:col w:w="10264" w:space="0"/>
            <w:col w:w="10584" w:space="0"/>
            <w:col w:w="10586" w:space="0"/>
            <w:col w:w="10258" w:space="0"/>
            <w:col w:w="10584" w:space="0"/>
            <w:col w:w="10468" w:space="0"/>
            <w:col w:w="10584" w:space="0"/>
            <w:col w:w="10284" w:space="0"/>
          </w:cols>
          <w:docGrid w:linePitch="360"/>
        </w:sectPr>
      </w:pPr>
    </w:p>
    <w:p>
      <w:pPr>
        <w:autoSpaceDN w:val="0"/>
        <w:autoSpaceDE w:val="0"/>
        <w:widowControl/>
        <w:spacing w:line="220" w:lineRule="exact" w:before="0" w:after="78"/>
        <w:ind w:left="0" w:right="0"/>
      </w:pPr>
    </w:p>
    <w:p>
      <w:pPr>
        <w:autoSpaceDN w:val="0"/>
        <w:autoSpaceDE w:val="0"/>
        <w:widowControl/>
        <w:spacing w:line="379" w:lineRule="auto" w:before="0" w:after="0"/>
        <w:ind w:left="0" w:right="432" w:firstLine="0"/>
        <w:jc w:val="left"/>
      </w:pPr>
      <w:r>
        <w:rPr>
          <w:rFonts w:ascii="Times New Roman" w:hAnsi="Times New Roman" w:eastAsia="Times New Roman"/>
          <w:b/>
          <w:i w:val="0"/>
          <w:color w:val="000000"/>
          <w:sz w:val="24"/>
        </w:rPr>
        <w:t xml:space="preserve">МАТЕРИАЛЬНО-ТЕХНИЧЕСКОЕ ОБЕСПЕЧЕНИЕ ОБРАЗОВАТЕЛЬНОГО ПРОЦЕССА </w:t>
      </w:r>
      <w:r>
        <w:rPr>
          <w:rFonts w:ascii="Times New Roman" w:hAnsi="Times New Roman" w:eastAsia="Times New Roman"/>
          <w:b/>
          <w:i w:val="0"/>
          <w:color w:val="000000"/>
          <w:sz w:val="24"/>
        </w:rPr>
        <w:t xml:space="preserve">УЧЕБНОЕ ОБОРУДОВАНИЕ </w:t>
      </w:r>
      <w:r>
        <w:br/>
      </w:r>
      <w:r>
        <w:rPr>
          <w:rFonts w:ascii="Times New Roman" w:hAnsi="Times New Roman" w:eastAsia="Times New Roman"/>
          <w:b/>
          <w:i w:val="0"/>
          <w:color w:val="000000"/>
          <w:sz w:val="24"/>
        </w:rPr>
        <w:t xml:space="preserve">ОБОРУДОВАНИЕ ДЛЯ ПРОВЕДЕНИЯ ЛАБОРАТОРНЫХ, ПРАКТИЧЕСКИХ РАБОТ, </w:t>
      </w:r>
      <w:r>
        <w:rPr>
          <w:rFonts w:ascii="Times New Roman" w:hAnsi="Times New Roman" w:eastAsia="Times New Roman"/>
          <w:b/>
          <w:i w:val="0"/>
          <w:color w:val="000000"/>
          <w:sz w:val="24"/>
        </w:rPr>
        <w:t>ДЕМОНСТРАЦИЙ</w:t>
      </w:r>
    </w:p>
    <w:p>
      <w:pPr>
        <w:sectPr>
          <w:pgSz w:w="11900" w:h="16840"/>
          <w:pgMar w:top="298" w:right="650" w:bottom="1440" w:left="666" w:header="720" w:footer="720" w:gutter="0"/>
          <w:cols w:space="720" w:num="1" w:equalWidth="0">
            <w:col w:w="10584" w:space="0"/>
            <w:col w:w="10584" w:space="0"/>
            <w:col w:w="10584" w:space="0"/>
            <w:col w:w="10584" w:space="0"/>
            <w:col w:w="10584" w:space="0"/>
            <w:col w:w="10584" w:space="0"/>
            <w:col w:w="10584" w:space="0"/>
            <w:col w:w="10584" w:space="0"/>
            <w:col w:w="15534" w:space="0"/>
            <w:col w:w="15534" w:space="0"/>
            <w:col w:w="15534" w:space="0"/>
            <w:col w:w="15534" w:space="0"/>
            <w:col w:w="9974" w:space="0"/>
            <w:col w:w="10584" w:space="0"/>
            <w:col w:w="10264" w:space="0"/>
            <w:col w:w="10584" w:space="0"/>
            <w:col w:w="10586" w:space="0"/>
            <w:col w:w="10258" w:space="0"/>
            <w:col w:w="10584" w:space="0"/>
            <w:col w:w="10468" w:space="0"/>
            <w:col w:w="10584" w:space="0"/>
            <w:col w:w="10284" w:space="0"/>
          </w:cols>
          <w:docGrid w:linePitch="360"/>
        </w:sectPr>
      </w:pPr>
    </w:p>
    <w:sectPr w:rsidR="00FC693F" w:rsidRPr="0006063C" w:rsidSect="00034616">
      <w:pgSz w:w="11900" w:h="16840"/>
      <w:pgMar w:top="1440" w:right="1440" w:bottom="1440" w:left="1440" w:header="720" w:footer="720" w:gutter="0"/>
      <w:cols w:space="720" w:num="1" w:equalWidth="0">
        <w:col w:w="10584" w:space="0"/>
        <w:col w:w="10584" w:space="0"/>
        <w:col w:w="10584" w:space="0"/>
        <w:col w:w="10584" w:space="0"/>
        <w:col w:w="10584" w:space="0"/>
        <w:col w:w="10584" w:space="0"/>
        <w:col w:w="10584" w:space="0"/>
        <w:col w:w="10584" w:space="0"/>
        <w:col w:w="15534" w:space="0"/>
        <w:col w:w="15534" w:space="0"/>
        <w:col w:w="15534" w:space="0"/>
        <w:col w:w="15534" w:space="0"/>
        <w:col w:w="9974" w:space="0"/>
        <w:col w:w="10584" w:space="0"/>
        <w:col w:w="10264" w:space="0"/>
        <w:col w:w="10584" w:space="0"/>
        <w:col w:w="10586" w:space="0"/>
        <w:col w:w="10258" w:space="0"/>
        <w:col w:w="10584" w:space="0"/>
        <w:col w:w="10468" w:space="0"/>
        <w:col w:w="10584" w:space="0"/>
        <w:col w:w="10284" w:space="0"/>
      </w:cols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