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2832938)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46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музыке на уровне 1 класса начального общего образования составлена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начального общего образования,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распределённых по модулям проверяемых требований к результатам освоения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начального общего образования, а также на основе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духовно-нравственного развития, воспитания и социализации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представленной в Примерной про-грамме воспитания (одобрено решением ФУМО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02.06.2020). Программа разработана с учётом актуальных целей и задач обучения и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 и условий, необходимых для достижения личностных, метапредметных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предметных результатов при освоении предметной области «Искусство» (Музыка).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является неотъемлемой частью культурного наследия, универсальным способом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коммуникации. Особенно важна музыка для становления личности младшего школьника —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способ, форма и опыт самовыражения и естественного радостного мировосприятия.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течение периода начального общего музыкального образования необходимо заложить основы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музыкальной культуры личности, сформировать представления о многообразии проявлений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в жизни современного человека и общества. Поэтому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быть представлены различные пласты музыкального искусства: фольклор,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классическая, современная музыка, в том числе наиболее достойные образцы массовой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(джаз, эстрада, музыка кино и др.). При этом наиболее эффективной формой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является практическое музицирование — пение, игра на доступных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инструментах, различные формы музыкального движения. В ходе активной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деятельности происходит постепенное освоение элементов музыкального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основных жанровых особенностей, принципов и форм развития музыки.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предусматривает знакомство обучающихся с некоторым количеством явлений, фактов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культуры (знание музыкальных произведений, фамилий композиторов и исполнителей,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специальной терминологии и т. п.). Однако этот уровень содержания обучения не является главным.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Значительно более важным является формирование эстетических потребностей, проживание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тех особых мыслей и чувств, состояний, отношений к жизни, самому себе, другим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которые несёт в себе музыка как «искусство интонируемого смысла» (Б. В. Асафьев).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Свойственная музыкальному восприятию идентификация с лирическим героем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(В. В. Медушевский) является уникальным психологическим механизмом для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мировоззрения ребёнка опосредованным недирективным путём. Поэтому ключевым моментом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составлении программы является отбор репертуара, который должен сочетать в себе такие качества,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доступность, высокий художественный уровень, соответствие системе базовых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ценностей.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Одним из наиболее важных направлений музыкального воспитания является развитие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 обучающихся. Через опыт чувственного восприятия и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 формируется эмоциональная осознанность, рефлексивная установка личности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Особая роль в организации музыкальных занятий младших школьников принадлежит игровым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формам деятельности, которые рассматриваются как широкий спектр конкретных приёмов и методов,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внутренне присущих самому искусству — от традиционных фольклорных игр и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представлений к звуковым импровизациям, направленным на освоение жанровых особенностей,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музыкального языка, композиционных принципов.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развития младших школьников. Признание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самовыражение через творчество, духовно-нравственное становление,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чуткости к внутреннему миру другого человека через опыт сотворчества и сопереживания).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 в единстве эмоциональной и познавательной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универсального языка общения, художественного отражения многообразия жизни;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музицированию.</w:t>
      </w:r>
    </w:p>
    <w:p>
      <w:pPr>
        <w:autoSpaceDN w:val="0"/>
        <w:autoSpaceDE w:val="0"/>
        <w:widowControl/>
        <w:spacing w:line="262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в начальной школе являются: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Формирование эмоционально-ценностной отзывчивости на прекрасное в жизни 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Формирование позитивного взгляда на окружающий мир, гармонизация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природой, обществом, самим собой через доступные формы музицирования.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Формирование культуры осознанного восприятия музыкальных образов. Приобщение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общечеловеческим духовным ценностям через собственный внутренний опыт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Развитие эмоционального интеллекта в единстве с другими познавательными и регулятивными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учебными действиями. Развитие ассоциативного мышления и продуктивного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воображения.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Овладение предметными умениями и навыками в различных видах практического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музицирования. Введение ребёнка в искусство через разнообразие видов музыкальной деятельности,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Слушание (воспитание грамотного слушателя);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(пение, игра на доступных музыкальных 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импровизации, композиции, аранжировки);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танец, двигательное моделирование и др.);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д) Исследовательские и творческие проекты.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Изучение закономерностей музыкального искусства: интонационная и жанровая природа музыки,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выразительные средства, элементы музыкального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Воспитание уважения к цивилизационному наследию России; присвоение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образного строя отечественной музыкальной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Расширение кругозора, воспитание любознательности, интереса к музыкальной культуре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стран, культур, времён и народов.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Федеральным государственным образовательным стандартом начального общего</w:t>
      </w:r>
    </w:p>
    <w:p>
      <w:pPr>
        <w:sectPr>
          <w:pgSz w:w="11900" w:h="16840"/>
          <w:pgMar w:top="292" w:right="648" w:bottom="312" w:left="666" w:header="720" w:footer="720" w:gutter="0"/>
          <w:cols w:space="720" w:num="1" w:equalWidth="0"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обязательным для изучения и преподаётся в начальной школе с 1 по 4 класс включительно.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восемью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дошкольного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образования, непрерывность изучения предмета и образовательной области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на 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«Музыкальная грамота»;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«Народная музыка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«Духовная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«Современная музыкальная культура»;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«Музыка театра и кино»;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8 «Музыка в жизни человека».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социо-культурную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музыкальных праздниках, конкурсах, концертах,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действиях, в том числе основанных на межпредметных связях с такими дисциплинами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образовательной программы, как «Изобразительное искусство», «Литературное чтение»,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мир», «Основы религиозной культуры и светской этики», «Иностранный язык» и др.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1 классе составляет 33 часов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92" w:right="890" w:bottom="1440" w:left="666" w:header="720" w:footer="720" w:gutter="0"/>
          <w:cols w:space="720" w:num="1" w:equalWidth="0"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«МУЗЫКА В ЖИЗНИ ЧЕЛОВЕКА»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Красота и вдохновение.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Стремление человека к красоте Особое состояние — вдохновение. Музыка — возможность вместе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переживать вдохновение, наслаждаться красотой. Музыкальное единство людей — хор, хоровод.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Музыкальные пейзажи.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Образы природы в музыке. Настроение музыкальных пейзажей. Чувства человека, любующегося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природой. Музыка — выражение глубоких чувств, тонких оттенков настроения, которые трудно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передать словами.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Музыкальные портреты.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передающая образ человека, его походку, движения, характер, манеру речи. «Портреты»,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выраженные в музыкальных интонациях.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Какой же праздник без музыки?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создающая настроение праздника. Музыка в цирке, на уличном шествии, спортивном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празднике.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 на войне, музыка о войне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Военная тема в музыкальном искусстве. Военные песни, марши, интонации, ритмы, тембры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(призывная кварта, пунктирный ритм, тембры малого барабана, трубы и т. д.)</w:t>
      </w:r>
    </w:p>
    <w:p>
      <w:pPr>
        <w:autoSpaceDN w:val="0"/>
        <w:autoSpaceDE w:val="0"/>
        <w:widowControl/>
        <w:spacing w:line="262" w:lineRule="auto" w:before="190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«НАРОДНАЯ МУЗЫКА РОССИИ»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Край, в котором ты живёшь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Музыкальные традиции малой Родины. Песни, обряды, музыкальные инструменты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Русский фольклор.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Русские народные песни (трудовые, солдатские, хороводные и др.). Детский фольклор (игровые,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заклички, потешки, считалки, прибаутки)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Русские народные музыкальные инструменты.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Народные музыкальные инструменты (балалайка, рожок, свирель, гусли, гармонь, ложки).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Инструментальные наигрыши. Плясовые мелодии.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Сказки, мифы и легенды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сказители. Русские народные сказания, былины. Эпос народов России2. Сказки и легенды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 музыке и музыкантах</w:t>
      </w:r>
    </w:p>
    <w:p>
      <w:pPr>
        <w:autoSpaceDN w:val="0"/>
        <w:autoSpaceDE w:val="0"/>
        <w:widowControl/>
        <w:spacing w:line="262" w:lineRule="auto" w:before="192" w:after="0"/>
        <w:ind w:left="18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«МУЗЫКАЛЬНАЯ ГРАМОТА»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Весь мир звучит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0" w:after="0"/>
        <w:ind w:left="18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музыкальные и шумовые. Свойства звука: высота, громкость, длительность, тембр.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Звукоряд.</w:t>
      </w:r>
    </w:p>
    <w:p>
      <w:pPr>
        <w:autoSpaceDN w:val="0"/>
        <w:autoSpaceDE w:val="0"/>
        <w:widowControl/>
        <w:spacing w:line="262" w:lineRule="auto" w:before="7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Нотный стан, скрипичный ключ. Ноты первой октавы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Ритм.</w:t>
      </w:r>
    </w:p>
    <w:p>
      <w:pPr>
        <w:autoSpaceDN w:val="0"/>
        <w:autoSpaceDE w:val="0"/>
        <w:widowControl/>
        <w:spacing w:line="262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длинные и короткие (восьмые и четвертные длительности), такт, тактовая черта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Ритмический рисунок.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Длительности половинная, целая, шестнадцатые. Паузы. Ритмические рисунки. Ритмическая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партитура.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Высота звуков.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Регистры. Ноты певческого диапазона. Расположение нот на клавиатуре. Знаки альтерации.(диезы,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бемоли, бекары).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"КЛАССИЧЕСКАЯ МУЗЫКА"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Композиторы — детям.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Детская музыка П. И. Чайковского, С. С. Прокофьева, Д. Б. Кабалевского и др.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жанра.Песня, танец, марш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Оркестр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Оркестр — большой коллектив музыкантов. Дирижёр, партитура, репетиция. Жанр концерта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музыкальное соревнование солиста с оркестром.</w:t>
      </w:r>
    </w:p>
    <w:p>
      <w:pPr>
        <w:autoSpaceDN w:val="0"/>
        <w:autoSpaceDE w:val="0"/>
        <w:widowControl/>
        <w:spacing w:line="240" w:lineRule="auto" w:before="6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Музыкальные инструменты. Форте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​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пиано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64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Рояль и пианино. История изобретения фортепиано, «секрет» названия инструмента (форте +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пиано). «Предки» и «наследники» фортепиано (клавесин, синте​затор).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Музыкальные инструменты. Флейта.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Предки современной флейты. Легенда о нимфе Сиринкс. Музыка для флейты соло, флейты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сопровождении фортепиано, оркестра.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Музыкальные инструменты. Скрипка, виолончель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Певучесть тембров струнных смычковых инструментов. Композиторы, сочинявшие скрипичную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музыку. Знаменитые исполнители, мастера, изготавливавшие инструменты.</w:t>
      </w:r>
    </w:p>
    <w:p>
      <w:pPr>
        <w:autoSpaceDN w:val="0"/>
        <w:autoSpaceDE w:val="0"/>
        <w:widowControl/>
        <w:spacing w:line="262" w:lineRule="auto" w:before="190" w:after="0"/>
        <w:ind w:left="180" w:right="64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"ДУХОВНАЯ МУЗЫКА"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Песни верующих.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Молитва, хорал, песнопение, духовный стих. Образы духовной музыки в творчестве композиторов-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классиков.</w:t>
      </w:r>
    </w:p>
    <w:p>
      <w:pPr>
        <w:autoSpaceDN w:val="0"/>
        <w:autoSpaceDE w:val="0"/>
        <w:widowControl/>
        <w:spacing w:line="262" w:lineRule="auto" w:before="190" w:after="0"/>
        <w:ind w:left="18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"МУЗЫКА НАРОДОВ МИРА"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 наших соседей.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 и музыкальные традиции Белоруссии, Украины, Прибалтики (песни, танцы, обычаи,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музыкальные инструменты).</w:t>
      </w:r>
    </w:p>
    <w:p>
      <w:pPr>
        <w:autoSpaceDN w:val="0"/>
        <w:autoSpaceDE w:val="0"/>
        <w:widowControl/>
        <w:spacing w:line="262" w:lineRule="auto" w:before="190" w:after="0"/>
        <w:ind w:left="18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"МУЗЫКА ТЕАТРА И КИНО"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Музыкальная сказка на сцене, на экране.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Характеры персонажей, отражённые в музыке. Тембр голоса. Соло. Хор, ансамбль.</w:t>
      </w:r>
    </w:p>
    <w:p>
      <w:pPr>
        <w:sectPr>
          <w:pgSz w:w="11900" w:h="16840"/>
          <w:pgMar w:top="298" w:right="778" w:bottom="1440" w:left="666" w:header="720" w:footer="720" w:gutter="0"/>
          <w:cols w:space="720" w:num="1" w:equalWidth="0"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274"/>
            <w:vMerge w:val="restart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5.600000000000023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514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Репертуар 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138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76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5.600000000000023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в жизни человека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274"/>
            <w:tcBorders>
              <w:start w:sz="4.7999999999999545" w:val="single" w:color="#000000"/>
              <w:top w:sz="5.600000000000023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вдохновение</w:t>
            </w:r>
          </w:p>
        </w:tc>
        <w:tc>
          <w:tcPr>
            <w:tcW w:type="dxa" w:w="528"/>
            <w:tcBorders>
              <w:start w:sz="5.600000000000023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«Пять песен для детей»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(вокальный цикл«Начинаем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перепляс»)</w:t>
            </w:r>
          </w:p>
        </w:tc>
        <w:tc>
          <w:tcPr>
            <w:tcW w:type="dxa" w:w="17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С.Соснин "Начинаем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перепляс"</w:t>
            </w:r>
          </w:p>
        </w:tc>
        <w:tc>
          <w:tcPr>
            <w:tcW w:type="dxa" w:w="131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С.Соснин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"Начинаем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перепляс"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2138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значении красоты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вдохновения в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человека.;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76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пейзажи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Вивальди. «Времена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года»; П. И. Чайковский.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Цикл «Времена года»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программной музыки,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посвящённой образам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природы. Подбор эпитетов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описания настроения,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 музыки.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Сопоставление музыки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изобразительного искусства.;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Народная музыка России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0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5.600000000000023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"Берёзка"; русская народная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строевая песня "Солдатушки,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бравы ребятушки"</w:t>
            </w:r>
          </w:p>
        </w:tc>
        <w:tc>
          <w:tcPr>
            <w:tcW w:type="dxa" w:w="17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"Берёзка";</w:t>
            </w:r>
          </w:p>
        </w:tc>
        <w:tc>
          <w:tcPr>
            <w:tcW w:type="dxa" w:w="131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народная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"Берёзка";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русских народных песен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жанров.;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727" w:val="single" w:color="#000000"/>
              <w:end w:sz="5.600000000000023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произведения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выбору: песня Садко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оперы «Садко» Н. А.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Римского- Корсакова;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"Полянка"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строевая 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"Солдатушки, бравы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ребятушки"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народная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"Полянка"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внешним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видом, особенностями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исполнения и звучания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русских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тембров инструментов.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Классификация на группы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духовых, ударных, струнных.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тембров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1864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1274"/>
            <w:tcBorders>
              <w:start w:sz="4.7999999999999545" w:val="single" w:color="#000000"/>
              <w:top w:sz="5.599999999999909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Сказки, мифы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легенды</w:t>
            </w:r>
          </w:p>
        </w:tc>
        <w:tc>
          <w:tcPr>
            <w:tcW w:type="dxa" w:w="528"/>
            <w:tcBorders>
              <w:start w:sz="5.600000000000023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былинные наигрыши;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“Былина о Добрыне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Никитиче” (“То не белая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береза к земле клонится…”);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 И. Глинка. Песня Баяна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“Дела давно минувших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дней…” (из оперы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«Руслан и Людмила»)</w:t>
            </w:r>
          </w:p>
        </w:tc>
        <w:tc>
          <w:tcPr>
            <w:tcW w:type="dxa" w:w="17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"Берёзка";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народная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строевая 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"Солдатушки, бравы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ребятушки"</w:t>
            </w:r>
          </w:p>
        </w:tc>
        <w:tc>
          <w:tcPr>
            <w:tcW w:type="dxa" w:w="131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2138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манерой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сказывания нараспев.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сказок, былин,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эпических сказаний,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рассказываемых нараспев.;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инструментальной музыке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интонаций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речитативного характера.;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76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00" w:left="666" w:header="720" w:footer="720" w:gutter="0"/>
          <w:cols w:space="720" w:num="1" w:equalWidth="0"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011" w:val="single" w:color="#000000"/>
              <w:end w:sz="5.600000000000023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Музыкальная грамота</w:t>
            </w:r>
          </w:p>
        </w:tc>
      </w:tr>
      <w:tr>
        <w:trPr>
          <w:trHeight w:hRule="exact" w:val="303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Весь мир звучит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Л. ван Бетховен. «Багатели»;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Ф. Шуберт. «Экосезы»; П. И.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Чайковский пьесы из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«Детского альбома»; Р.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Шуман «Детские сцены»,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«Альбом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юношества»; С. С.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Прокофьев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«Детская музыка»;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оркестровые вариации Й.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Гайдна, В. А. Моцарта,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ван Бетховена, М. И. Глинки;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и хоровые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со звуками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музыкальными и шумовыми.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Различение, определение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 звуков различного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качества.;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— подражание звукам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голосам природы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шумовых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инструментов,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вокальной импровизации.;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162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Звукоряд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элементами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нотной записи.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нотной записи,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звукоряда в отличие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других последовательностей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270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1274"/>
            <w:tcBorders>
              <w:start w:sz="4.7999999999999545" w:val="single" w:color="#000000"/>
              <w:top w:sz="5.599999999999909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Ритм</w:t>
            </w:r>
          </w:p>
        </w:tc>
        <w:tc>
          <w:tcPr>
            <w:tcW w:type="dxa" w:w="528"/>
            <w:tcBorders>
              <w:start w:sz="5.600000000000023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С. Прокофьев «Детская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музыка»; инструментальные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оркестровые вариации Й.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Гайдна, В. А. Моцарта,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ван Бетховена, М. И. Глинки;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и хоровые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</w:t>
            </w:r>
          </w:p>
        </w:tc>
        <w:tc>
          <w:tcPr>
            <w:tcW w:type="dxa" w:w="17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25.10.2022</w:t>
            </w:r>
          </w:p>
        </w:tc>
        <w:tc>
          <w:tcPr>
            <w:tcW w:type="dxa" w:w="2138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по нотной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ритмических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рисунков, состоящих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различных длительностей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пауз.;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Исполнение, импровизация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звучащих жестов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(хлопки, шлепки, притопы)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и/или ударных инструментов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простых ритмов.;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76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27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рисунок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С. Прокофьев «Детская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музыка»; инструментальные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оркестровые вариации Й.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Гайдна, В. А. Моцарта, Л.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ван Бетховена, М. И. Глинки;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и хоровые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08.11.2022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по нотной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ритмических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рисунков, состоящих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различных длительностей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пауз.;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Исполнение, импровизация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звучащих жестов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(хлопки, шлепки, притопы)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и/или ударных инструментов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простых ритмов.;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27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64" w:left="666" w:header="720" w:footer="720" w:gutter="0"/>
          <w:cols w:space="720" w:num="1" w:equalWidth="0"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33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Композиторы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детям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 Римский-Корсаков.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«Полет шмеля»; П. И.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Чайковский.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«Вальс цветов»; И. Ф.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Стравинский. Сюита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балета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«Жар птица»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Д. Кабалевского,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 А. Пришельца. «Мой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край», «Песня о школе»;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Музыкa В. Шаинского.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Слoвa М. Пляцковского.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«Улыбка»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Марш «Прощание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славянки»;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«Марсельеза»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Музыкa 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Шаинского.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Слoвa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Пляцковского.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«Улыбка»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Музыкa 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Шаинского.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Слoвa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Пляцковского.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«Улыбка»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15.11.2022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основного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характера, музыкально-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композитором. Подбор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эпитетов, иллюстраций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музыке. Определение жанра.;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Музыкальная викторина.;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 И. Глинка. Опера «Иван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Сусанин» (хор «Славься»);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 П. Мусоргский.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«Картинки с выставки»; П.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 Чайковский,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скрипки с оркестром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 Д.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Кабалевского, слова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Пришельца.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«Мой край»,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«Песня о школе»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Музыкa 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Шаинского.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Слoвa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Пляцковского.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«Улыбка»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исполнении оркестра.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Просмотр видеозаписи.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роли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дирижёра.;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дирижёр» — игра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дирижёрских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жестов во время звучания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 соответствующей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тематики.;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07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5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Фортепиано.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 И. Чайковский.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скрипки с оркестром 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мажор;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ван Бетховен.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скрипки с оркестром 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мажор; В. А. Моцарт.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для флейты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оркестром №1 cоль мажор;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Вивальди.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флейты с оркестром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 Д.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Кабалевского, слова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Пришельца.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«Мой край»,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«Песня о школе»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многообразием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красок фортепиано.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фортепианных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пьес в исполнении известных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пианистов.;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пианист» —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исполнительских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движений во время звучания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Духовная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37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верующих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песнопения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Сергии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Радонежском. Утренняя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молитва;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 Чайковский. «В церкви»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П. Бородин. Опера "Князь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Игорь" («Мужайся,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княгиня»); Н.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Римский-Корсаков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(молитва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1-й картины 3-го действия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опере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«Сказание о невидимом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граде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Китяже», «Литургия св.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Иоанна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Златоуста», «Всенощное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бдение»)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13.12.2022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Слушание, разучивание,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вокальных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религиозного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содержания. Диалог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учителем о характере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музыки, манере исполнения,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средствах.;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 светской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музыки, в которых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воплощены молитвенные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интонации, используется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хоральный склад звучания.;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Народная музыка России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Край, в котором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ты живёшь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русская народная песня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«Дудочка»; М. И. Глинка.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«Камаринская»; И. П.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Ларионов. «Калинка»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 П. Ларионов.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«Калинка»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народная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"Дудочка"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20.12.2022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образцов традиционного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фольклора своей местности,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песен, посвящённых своей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малой родине, песен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композиторов-земляков.;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традициях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своего родного края.;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65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727" w:val="single" w:color="#000000"/>
              <w:end w:sz="5.600000000000023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русская народная песня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«Дудочка»; М. И. Глинка.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«Камаринская»; И. П.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Ларионов. «Калинка»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 П. Ларионов.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«Калинка»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народная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"Дудочка"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Ритмическая импровизация,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аккомпанемента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ударных инструментах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изученным народным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духовых инструментах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(фортепиано, синтезатор,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свирель, блокфлейта,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мелодика и др.) мелодий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мелодии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нотной записи;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50"/>
        </w:trPr>
        <w:tc>
          <w:tcPr>
            <w:tcW w:type="dxa" w:w="1742"/>
            <w:gridSpan w:val="2"/>
            <w:tcBorders>
              <w:start w:sz="4.800000000000011" w:val="single" w:color="#000000"/>
              <w:top w:sz="5.600000000000364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в жизни человека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8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пейзажи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Варламов. «Горные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вершины» (сл.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Лермонтова); Г.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В.Свиридов «Весна. Осень»;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И.Чайковский. Пьесы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«Осенняя песня» 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«Подснежник» из цикла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«Времена года»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 П. Мусоргский. Сюита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«Картинки с выставки»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оркестровке М. Равеля); А.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Алябьев «Вечерний звон»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Варламов. «Горные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вершины» (сл. М.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Лермонтова)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Алябьев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«Вечерний звон»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программной музыки,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посвящённой образам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природы. Подбор эпитетов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описания настроения,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 музыки.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Сопоставление музыки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искусства.;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 импровизация,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65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портреты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Варламов. «Горные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вершины» (сл. М.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Лермонтова); Г.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В.Свиридов «Весна. Осень»;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И.Чайковский. Пьесы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«Осенняя песня» 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«Подснежник» из цикла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«Времена года»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 П. Мусоргский. Сюита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«Картинки с выставки»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оркестровке М. Равеля); А.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Алябьев «Вечерний звон»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Алябьев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«Вечерний звон»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Рисование, лепка героя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произведения;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Игра-импровизация «Угадай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мой характер»;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0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Какой же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 без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музыки?</w:t>
            </w:r>
          </w:p>
        </w:tc>
        <w:tc>
          <w:tcPr>
            <w:tcW w:type="dxa" w:w="528"/>
            <w:tcBorders>
              <w:start w:sz="5.600000000000023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и музыка П.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Синявского.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«Рождественская песенка»;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славянские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песнопения.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«Добрый тебе вечер»,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«Рождественское чудо» «Ай,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мы масленицу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дожидали», «Полянка»,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«Проводы зимы»,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«Березонька кудрявая,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кудрявая, моложавая»</w:t>
            </w:r>
          </w:p>
        </w:tc>
        <w:tc>
          <w:tcPr>
            <w:tcW w:type="dxa" w:w="17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 и музыка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 Синявского.</w:t>
            </w:r>
          </w:p>
          <w:p>
            <w:pPr>
              <w:autoSpaceDN w:val="0"/>
              <w:autoSpaceDE w:val="0"/>
              <w:widowControl/>
              <w:spacing w:line="252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«Рождественская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песенка»; «Ай,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масленицу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дожидали»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значении музыки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торжественного,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праздничного характера.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«Дирижирование»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фрагментами произведений.</w:t>
            </w:r>
          </w:p>
          <w:p>
            <w:pPr>
              <w:autoSpaceDN w:val="0"/>
              <w:autoSpaceDE w:val="0"/>
              <w:widowControl/>
              <w:spacing w:line="252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Конкурс на лучшего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«дирижёра»;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тематических песен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ближайшему празднику;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войне, музыка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 войне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 Шуман. «Грезы»;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Вайнер «Мой дедушка-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герой»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Вайнер «Мой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дедушка-герой»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28.02.2023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Дискуссия в классе. Ответы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вопросы: какие чувства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вызывает эта музыка,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почему? Как влияет на наше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восприятие информация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том, как и зачем она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создавалась?;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новой песни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войне;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444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8.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Музыкальная грамота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Высота звуков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 И. Чайковский Первый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для фортепиано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оркестром (1 часть); С. 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Рахманинов. «Вокализ»,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Второй концерт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фортепиано с оркестром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(начало)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07.03.2023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Освоение понятий «выше-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ниже». Определение на слух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звуков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одному из регистров.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по нотной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 отдельных мотивов,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фрагментов знакомых песен,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вычленение знакомых нот,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знаков альтерации.;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изменением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образа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изменении регистра.;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народов мира</w:t>
            </w:r>
          </w:p>
        </w:tc>
      </w:tr>
      <w:tr>
        <w:trPr>
          <w:trHeight w:hRule="exact" w:val="227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наших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соседей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белорусская народная песня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«Дударики-дудари»,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казахская народная песня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«Богенбай батыр», кюй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Курмангазы «Балбырауын»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исполнении домбры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белорусская народная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песня «Дударики-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дудари»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белорусская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народная песня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«Дударики-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дудари»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21.03.2023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особенностями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фольклора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других стран.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характерных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черт, типичных элементов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языка (ритм,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лад, интонации).;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внешним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видом, особенностями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исполнения и звучания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народных инструментов.;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10.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Классическая музыка</w:t>
            </w:r>
          </w:p>
        </w:tc>
      </w:tr>
      <w:tr>
        <w:trPr>
          <w:trHeight w:hRule="exact" w:val="176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Композиторы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детям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 И. Чайковский «Детский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альбом» («Болезнь куклы»,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«Новая кукла»); Д. Б.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Кабалевский "Клоуны"; С. С.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Прокофьев "Петя и волк"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28.03.2023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основного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характера, музыкально-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композитором. Подбор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эпитетов, иллюстраций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музыке. Определение жанра.;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28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5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Фортепиано.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 И. Чайковский. Пьесы из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«Детского альбома»: «Баба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Яга», «Утренняя молитва»,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Марш деревянных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солдатиков», «Новая кукла»,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«Болезнь куклы»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11.04.2023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пианист» — игра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исполнительских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движений во время звучания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детских пьес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фортепиано в исполнении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учителя. Демонстрация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возможностей инструмента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(исполнение одной и той же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пьесы тихо и громко,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разных регистрах, разными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штрихами). Игра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фортепиано в ансамбле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учителем2.;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9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Скрипка,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виолончель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12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 И. Чайковский. Пьесы из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«Детского альбома»: «Баба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Яга», «Утренняя молитва»,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Марш деревянных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солдатиков», «Новая кукла»,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«Болезнь куклы»</w:t>
            </w:r>
          </w:p>
        </w:tc>
        <w:tc>
          <w:tcPr>
            <w:tcW w:type="dxa" w:w="17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131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18.04.2023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песен, посвящённых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инструментам.;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50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театра и кино</w:t>
            </w:r>
          </w:p>
        </w:tc>
      </w:tr>
      <w:tr>
        <w:trPr>
          <w:trHeight w:hRule="exact" w:val="246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на сцене,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экране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12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 И. Чайковский.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скрипки с оркестром 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мажор;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ван Бетховен.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скрипки с оркестром 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мажор; В. А. Моцарт.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для флейты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оркестром №1 cоль мажор;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Вивальди.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флейты с оркестром; Ф.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Мендельсон. Концерт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скрипки с оркестром</w:t>
            </w:r>
          </w:p>
        </w:tc>
        <w:tc>
          <w:tcPr>
            <w:tcW w:type="dxa" w:w="17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«После дождичка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четверг» (режиссер Л.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(режиссер Л.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72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(режиссер М.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Юзовский, Нечаев,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Нечаев,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средств, композитор Г.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Гладков)</w:t>
            </w:r>
          </w:p>
        </w:tc>
        <w:tc>
          <w:tcPr>
            <w:tcW w:type="dxa" w:w="131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16.05.2023</w:t>
            </w:r>
          </w:p>
        </w:tc>
        <w:tc>
          <w:tcPr>
            <w:tcW w:type="dxa" w:w="2138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Постановка детской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музыкальной сказки,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спектакль для родителей.;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6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6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988"/>
            <w:gridSpan w:val="7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вокальный цикл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«Пять песен для детей»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(«Начинаем перепляс»)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природы в музыке.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А. Вивальди.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«Времена года»; П. 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выбору: русская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песня "Берёзка"; русская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народная строевая песня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"Солдатушки, бравы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ребятушки"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инструменты.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песня Садко из оперы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«Садко» Н. А. Римского-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Корсакова; русская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песня "Полянка"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выбору: былинные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наигрыши; “Былина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Добрыне Никитиче”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 С. Прокофьев «Детская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11.10.2022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нотной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грамотой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18.10.2022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90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длинные и короткие.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ритм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Великие композиторы нашей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Родины.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Музыка Д.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Кабалевского, слова 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Пришельца. «Мой край»,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«Песня о школе»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Марш как музыкальный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Оркестр.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инструменты.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Флейта.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песнопения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духовной музыки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творчестве русских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композиторов. 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традиции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нашей малой Родины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Русская народная песня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«Дудочка»; М. И. Глинка.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«Камаринская»; И. П.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Ларионов. «Калинка»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природы в романсах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русских композиторов.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и живописные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полотна.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Музыкальный портрет: образ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Музыкальный портрет: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двигательная импровизация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Какой же праздник без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музыки?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«Полянка», «Проводы зимы»,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«Березонька кудрявая,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кудрявая, моложавая»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о войне.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Р. Шуман.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«Грезы»; А. Вайнер «Мой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дедушка-герой»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Высота звуков.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П.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Чайковский Первый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концерт для фортепиано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оркестром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традиции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наших соседей: песни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традиции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наших соседей: инструменты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их звучание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Звучание настроений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чувств.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П.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Чайковский «Детский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альбом»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инструменты.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Рояль и пианино.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Музыкальные инструменты.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«Предки» и «наследники»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фортепиано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Скрипка, виолончель.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Мастера скрипичной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Музыкальная сказка на сцене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на экране.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Сочиняем музыкальную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810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Музыка. 1 класс /Критская Е.Д., Сергеева Г.П., Шмагина Т.С.,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Методическое пособие к урокам музыки по программе Критской Е.Д. (https://nsportal.ru/nachalnaya-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shkola/muzyka/2016/03/31/metodicheskoe-posobie-dlya-uchitelya-po-muzyke-po-programme)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https://resh.edu.ru/subject/6/1/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0" w:lineRule="auto" w:before="346" w:after="0"/>
        <w:ind w:left="0" w:right="64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 или доска.</w:t>
      </w:r>
    </w:p>
    <w:p>
      <w:pPr>
        <w:autoSpaceDN w:val="0"/>
        <w:autoSpaceDE w:val="0"/>
        <w:widowControl/>
        <w:spacing w:line="302" w:lineRule="auto" w:before="598" w:after="0"/>
        <w:ind w:left="0" w:right="25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Музыкальные инструменты: ложки, бубен, колокольчики, треугольник и т.д.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456" w:space="0"/>
            <w:col w:w="1058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456" w:space="0"/>
        <w:col w:w="10584" w:space="0"/>
        <w:col w:w="10344" w:space="0"/>
        <w:col w:w="10586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