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494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23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3578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 Кизилюртовский район</w:t>
      </w:r>
    </w:p>
    <w:p>
      <w:pPr>
        <w:autoSpaceDN w:val="0"/>
        <w:autoSpaceDE w:val="0"/>
        <w:widowControl/>
        <w:spacing w:line="230" w:lineRule="auto" w:before="670" w:after="1376"/>
        <w:ind w:left="211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МКОУ "Нижнечирюртовская СОШ"Кизилюртовского района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274"/>
        </w:trPr>
        <w:tc>
          <w:tcPr>
            <w:tcW w:type="dxa" w:w="31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РАССМОТРЕНО</w:t>
            </w:r>
          </w:p>
        </w:tc>
        <w:tc>
          <w:tcPr>
            <w:tcW w:type="dxa" w:w="34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33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СОГЛАСОВАНО</w:t>
            </w:r>
          </w:p>
        </w:tc>
        <w:tc>
          <w:tcPr>
            <w:tcW w:type="dxa" w:w="27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УТВЕРЖДЕНО</w:t>
            </w:r>
          </w:p>
        </w:tc>
      </w:tr>
      <w:tr>
        <w:trPr>
          <w:trHeight w:hRule="exact" w:val="276"/>
        </w:trPr>
        <w:tc>
          <w:tcPr>
            <w:tcW w:type="dxa" w:w="31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МО учителей начальных классов</w:t>
            </w:r>
          </w:p>
        </w:tc>
        <w:tc>
          <w:tcPr>
            <w:tcW w:type="dxa" w:w="34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Заместитель директора по УВР</w:t>
            </w:r>
          </w:p>
        </w:tc>
        <w:tc>
          <w:tcPr>
            <w:tcW w:type="dxa" w:w="27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Директор</w:t>
            </w:r>
          </w:p>
        </w:tc>
      </w:tr>
    </w:tbl>
    <w:p>
      <w:pPr>
        <w:autoSpaceDN w:val="0"/>
        <w:autoSpaceDE w:val="0"/>
        <w:widowControl/>
        <w:spacing w:line="60" w:lineRule="exact" w:before="0" w:after="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362"/>
        </w:trPr>
        <w:tc>
          <w:tcPr>
            <w:tcW w:type="dxa" w:w="30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______________Юсупова Х.С.</w:t>
            </w:r>
          </w:p>
        </w:tc>
        <w:tc>
          <w:tcPr>
            <w:tcW w:type="dxa" w:w="38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43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______________Абдурахманова Г.М.</w:t>
            </w:r>
          </w:p>
        </w:tc>
        <w:tc>
          <w:tcPr>
            <w:tcW w:type="dxa" w:w="30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15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______________Нугаева З.Г.</w:t>
            </w:r>
          </w:p>
        </w:tc>
      </w:tr>
      <w:tr>
        <w:trPr>
          <w:trHeight w:hRule="exact" w:val="420"/>
        </w:trPr>
        <w:tc>
          <w:tcPr>
            <w:tcW w:type="dxa" w:w="30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8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43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0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15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</w:t>
            </w:r>
          </w:p>
        </w:tc>
      </w:tr>
      <w:tr>
        <w:trPr>
          <w:trHeight w:hRule="exact" w:val="380"/>
        </w:trPr>
        <w:tc>
          <w:tcPr>
            <w:tcW w:type="dxa" w:w="30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г.</w:t>
            </w:r>
          </w:p>
        </w:tc>
        <w:tc>
          <w:tcPr>
            <w:tcW w:type="dxa" w:w="38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43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  г.</w:t>
            </w:r>
          </w:p>
        </w:tc>
        <w:tc>
          <w:tcPr>
            <w:tcW w:type="dxa" w:w="30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15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г.</w:t>
            </w:r>
          </w:p>
        </w:tc>
      </w:tr>
    </w:tbl>
    <w:p>
      <w:pPr>
        <w:autoSpaceDN w:val="0"/>
        <w:autoSpaceDE w:val="0"/>
        <w:widowControl/>
        <w:spacing w:line="230" w:lineRule="auto" w:before="978" w:after="0"/>
        <w:ind w:left="0" w:right="3642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14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2839041)</w:t>
      </w:r>
    </w:p>
    <w:p>
      <w:pPr>
        <w:autoSpaceDN w:val="0"/>
        <w:autoSpaceDE w:val="0"/>
        <w:widowControl/>
        <w:spacing w:line="230" w:lineRule="auto" w:before="166" w:after="0"/>
        <w:ind w:left="0" w:right="401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426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«Технология»</w:t>
      </w:r>
    </w:p>
    <w:p>
      <w:pPr>
        <w:autoSpaceDN w:val="0"/>
        <w:autoSpaceDE w:val="0"/>
        <w:widowControl/>
        <w:spacing w:line="230" w:lineRule="auto" w:before="670" w:after="0"/>
        <w:ind w:left="0" w:right="267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1 класса начального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1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Гаджиева Джахбат Гусейновна</w:t>
      </w:r>
    </w:p>
    <w:p>
      <w:pPr>
        <w:autoSpaceDN w:val="0"/>
        <w:autoSpaceDE w:val="0"/>
        <w:widowControl/>
        <w:spacing w:line="230" w:lineRule="auto" w:before="70" w:after="0"/>
        <w:ind w:left="0" w:right="2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начальных классов</w:t>
      </w:r>
    </w:p>
    <w:p>
      <w:pPr>
        <w:autoSpaceDN w:val="0"/>
        <w:autoSpaceDE w:val="0"/>
        <w:widowControl/>
        <w:spacing w:line="230" w:lineRule="auto" w:before="2830" w:after="0"/>
        <w:ind w:left="0" w:right="41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г. Кизилюрт 2022</w:t>
      </w:r>
    </w:p>
    <w:p>
      <w:pPr>
        <w:sectPr>
          <w:pgSz w:w="11900" w:h="16840"/>
          <w:pgMar w:top="298" w:right="878" w:bottom="296" w:left="738" w:header="720" w:footer="720" w:gutter="0"/>
          <w:cols w:space="720" w:num="1" w:equalWidth="0">
            <w:col w:w="10284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71" w:lineRule="auto" w:before="346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по учебному предмету «Технология» включает: пояснительную записку, содержание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обучения, планируемые результаты освоения программы учебного предмета, тематическое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планирование.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Пояснительная записка отражает общие цели и задачи изучения предмета, характеристику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психологических предпосылок к его изучению младшими школьниками; место в структуре учебного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плана, а также подходы к отбору содержания, планируемым результатам и тематическому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планированию.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обучения раскрывается через модули. Приведён перечень универсальных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действий — познавательных, коммуникативных и регулятивных, формирование которых может быть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достигнуто средствами учебного предмета «Технология» с учётом возрастных особенностей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 начальных классов. В первом классе предлагается пропедевтический уровень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формирования УУД, поскольку становление универсальности действий на этом этапе обучения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только начинается. В познавательных универсальных учебных действиях выделен специальный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раздел «Работа с информацией». С учётом того, что выполнение правил совместной деятельности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строится на интеграции регулятивных УУД (определённые волевые усилия, саморегуляция,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самоконтроль, проявление терпения и доброжелательности при налаживании отношений)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коммуникативных УУД (способность вербальными средствами устанавливать взаимоотношения),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перечень дан в специальном разделе — «Совместная деятельность».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Планируемые результаты включают личностные, метапредметные результаты за период обучения, 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также предметные достижения младшего школьника за каждый год обучения в начальной школе.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«ТЕХНОЛОГИЯ»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Предлагаемая программа отражает вариант конкретизации требований Федерального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государственного образовательного стандарта начального общего образования по предметной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области (предмету) «Технология» и обеспечивает обозначенную в нём содержательную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составляющую по данному учебному предмету.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требованиями времени и инновационными установками отечественного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образования, обозначенными во ФГОС НОО, данная программа обеспечивает реализацию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обновлённой концептуальной идеи учебного предмета «Технология». Её особенность состоит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формировании у обучающихся социально ценных качеств, креативности и общей культуры личности.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Новые социально-экономические условия требуют включения каждого учебного предмета в данный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процесс, а уроки технологии обладают большими специфическими резервами для решения данной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задачи, особенно на уровне начального образования. В частности, курс технологии обладает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возможностями в укреплении фундамента для развития умственной деятельности обучающихся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начальных классов.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курсе технологии осуществляется реализация широкого спектра межпредметных связей.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Математика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моделирование, выполнение расчётов, вычислений, построение форм с учетом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 геометрии, работа с геометрическими фигурами, телами, именованными числами.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Изобразительное искусство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— использование средств художественной выразительности, законов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правил декоративно-прикладного искусства и дизайна.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Окружающий мир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— природные формы и конструкции как универсальный источник инженерно-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художественных идей для мастера; природа как источник сырья, этнокультурные традиции. </w:t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Родной язык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— использование важнейших видов речевой деятельности и основных типов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текстов в процессе анализа заданий и обсуждения результатов практической деятельности.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Литературное чтени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 — работа с текстами для создания образа, реализуемого в изделии.</w:t>
      </w:r>
    </w:p>
    <w:p>
      <w:pPr>
        <w:sectPr>
          <w:pgSz w:w="11900" w:h="16840"/>
          <w:pgMar w:top="298" w:right="650" w:bottom="398" w:left="666" w:header="720" w:footer="720" w:gutter="0"/>
          <w:cols w:space="720" w:num="1" w:equalWidth="0"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Важнейшая особенность уроков технологии в начальной школе — предметно-практическая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деятельность как необходимая составляющая целостного процесса интеллектуального, а также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духовного и нравственного развития обучающихся младшего школьного возраста.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Продуктивная предметная деятельность на уроках технологии является основой формирования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познавательных способностей школьников, стремления активно знакомиться с историей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материальной культуры и семейных традиций своего и других народов и уважительного отношения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ним.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Занятия продуктивной деятельностью закладывают основу для формирования у обучающихся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социально-значимых практических умений и опыта преобразовательной творческой деятельности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предпосылки для успешной социализации личности младшего школьника.</w:t>
      </w:r>
    </w:p>
    <w:p>
      <w:pPr>
        <w:autoSpaceDN w:val="0"/>
        <w:autoSpaceDE w:val="0"/>
        <w:widowControl/>
        <w:spacing w:line="271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уроках технологии ученики овладевают основами проектной деятельности, которая направлена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развитие творческих черт личности, коммуникабельности, чувства ответственности, умения искать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использовать информацию.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ПРЕДМЕТА «ТЕХНОЛОГИЯ»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Основной целью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предмета является успешная социализация обучающихся, формирование у них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функциональной грамотности на базе освоения культурологических и конструкторско-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технологических знаний (о рукотворном мире и общих правилах его создания в рамках исторически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меняющихся технологий) и соответствующих им практических умений, представленных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содержании учебного предмета.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реализации основной цели и концептуальной идеи данного предмета необходимо решение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системы приоритетных задач: образовательных, развивающих и воспитательных.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Образовательные задачи курса: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общих представлений о культуре и организации трудовой деятельности как важной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части общей культуры человека;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становление элементарных базовых знаний и представлений о предметном (рукотворном) мире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результате деятельности человека, его взаимодействии с миром природы, правилах и технологиях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создания, исторически развивающихся и современных производствах и профессиях;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основ чертёжно-графической грамотности, умения работать с простейшей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технологической документацией (рисунок, чертёж, эскиз, схема);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элементарных знаний и представлений о различных материалах, технологиях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обработки и соответствующих умений.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Развивающие задачи: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сенсомоторных процессов, психомоторной координации, глазомера через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практических умений;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расширение культурного кругозора, развитие способности творческого использования полученных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знаний и умений в практической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познавательных психических процессов и приёмов умственной деятельности посредством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включения мыслительных операций в ходе выполнения практических заданий;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развитие гибкости и вариативности мышления, способностей к изобретательской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Воспитательные задачи: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воспитание уважительного отношения к людям труда, к культурным традициям, понимания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ценности предшествующих культур, отражённых в материальном мире;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социально ценных личностных качеств: организованности, аккуратности, добросовестного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ответственного отношения к работе, взаимопомощи, волевой саморегуляции, активности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инициативности;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воспитание интереса и творческого отношения к продуктивной созидательной деятельности,</w:t>
      </w:r>
    </w:p>
    <w:p>
      <w:pPr>
        <w:sectPr>
          <w:pgSz w:w="11900" w:h="16840"/>
          <w:pgMar w:top="298" w:right="704" w:bottom="368" w:left="666" w:header="720" w:footer="720" w:gutter="0"/>
          <w:cols w:space="720" w:num="1" w:equalWidth="0">
            <w:col w:w="1053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1" w:lineRule="auto" w:before="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мотивации успеха и достижений, стремления к творческой самореализации;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становление экологического сознания, внимательного и вдумчивого отношения к окружающей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природе, осознание взаимосвязи рукотворного мира с миром природы;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воспитание положительного отношения к коллективному труду, применение правил культуры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общения, проявление уважения к взглядам и мнению других людей.</w:t>
      </w:r>
    </w:p>
    <w:p>
      <w:pPr>
        <w:autoSpaceDN w:val="0"/>
        <w:autoSpaceDE w:val="0"/>
        <w:widowControl/>
        <w:spacing w:line="271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МЕСТО УЧЕБНОГО ПРЕДМЕТА «ТЕХНОЛОГИЯ» В УЧЕБНОМ ПЛАНЕ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Согласно требованиям ФГОС общее число часов на изучение курса «Технология» в 1 классе — 33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часа (по 1 часу в неделю)</w:t>
      </w:r>
    </w:p>
    <w:p>
      <w:pPr>
        <w:sectPr>
          <w:pgSz w:w="11900" w:h="16840"/>
          <w:pgMar w:top="286" w:right="1086" w:bottom="1440" w:left="666" w:header="720" w:footer="720" w:gutter="0"/>
          <w:cols w:space="720" w:num="1" w:equalWidth="0">
            <w:col w:w="10148" w:space="0"/>
            <w:col w:w="1053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autoSpaceDE w:val="0"/>
        <w:widowControl/>
        <w:spacing w:line="262" w:lineRule="auto" w:before="346" w:after="0"/>
        <w:ind w:left="180" w:right="360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1. Технологии, профессии и производства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Природа как источник сырьевых ресурсов и творчества мастеров.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Красота и разнообразие природных форм, их передача в изделиях из различных материалов.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Наблюдения природы и фантазия мастера — условия создания изделия. Бережное отношение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природе. Общее понятие об изучаемых материалах, их происхождении, разнообразии. Подготовка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работе. Рабочее место, его организация в зависимости от вида работы. Рациональное размещение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рабочем месте материалов и инструментов; поддержание порядка во время работы; уборка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окончании работы. Рациональное и безопасное использование и хранение инструментов.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144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Профессии родных и знакомых. Профессии, связанные с изу- чаемыми материалами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производствами. Профессии сферы обслуживания.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Традиции и праздники народов России, ремёсла, обычаи.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2. Технологии ручной обработки материалов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Бережное, экономное и рациональное использование обрабатываемых материалов. Использование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конструктивных особенностей материалов при изготовлении изделий.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Основные технологические операции ручной обработки материалов: разметка деталей, выделение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деталей, формообразование деталей, сборка изделия, отделка изделия или его деталей. Общее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представление.</w:t>
      </w:r>
    </w:p>
    <w:p>
      <w:pPr>
        <w:autoSpaceDN w:val="0"/>
        <w:autoSpaceDE w:val="0"/>
        <w:widowControl/>
        <w:spacing w:line="28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Способы разметки деталей: на глаз и от руки, по шаблону, по линейке (как направляющему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инструменту без откладывания размеров) с опорой на рисунки, графическую инструкцию,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простейшую схему. Чтение условных графических изображений (называние операций, способов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приёмов работы, последовательности изготовления изделий). Правила экономной и аккуратной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разметки. Рациональная разметка и вырезание нескольких одинаковых деталей из бумаги. Способы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соединения деталей в изделии: с помощью пластилина, клея, скручивание, сшивание и др. Приёмы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 аккуратной работы с клеем. Отделка изделия или его деталей (окрашивание, вышивка,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аппликация и др.).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Подбор соответствующих инструментов и способов обработки материалов в зависимости от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свойств и видов изделий. Инструменты и приспособления (ножницы, линейка, игла, гладилка, стека,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шаблон и др.), их правильное, рациональное и безопасное использование.</w:t>
      </w:r>
    </w:p>
    <w:p>
      <w:pPr>
        <w:autoSpaceDN w:val="0"/>
        <w:autoSpaceDE w:val="0"/>
        <w:widowControl/>
        <w:spacing w:line="274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Пластические массы, их виды (пластилин, пластика и др.). Приёмы изготовления изделий доступной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 сложности формы из них: разметка на глаз, отделение части (стекой, отрыванием), придание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формы.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Наиболее распространённые виды бумаги. Их общие свойства. Простейшие способы обработки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бумаги различных видов: сгибание и складывание, сминание, обрывание, склеивание и др. Резание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бумаги ножницами. Правила безопасной работы, передачи и хранения ножниц. Картон.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Виды природных материалов (плоские — листья и объёмные — орехи, шишки, семена, ветки).</w:t>
      </w:r>
    </w:p>
    <w:p>
      <w:pPr>
        <w:autoSpaceDN w:val="0"/>
        <w:autoSpaceDE w:val="0"/>
        <w:widowControl/>
        <w:spacing w:line="271" w:lineRule="auto" w:before="70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Приёмы работы с природными материалами: подбор материалов в соответствии с замыслом,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составление композиции, соединение деталей (приклеивание, склеивание с помощью прокладки,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соединение с помощью пластилина).</w:t>
      </w:r>
    </w:p>
    <w:p>
      <w:pPr>
        <w:autoSpaceDN w:val="0"/>
        <w:autoSpaceDE w:val="0"/>
        <w:widowControl/>
        <w:spacing w:line="271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Общее представление о тканях (текстиле), их строении и свойствах. Швейные инструменты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приспособления (иглы, булавки и др.). Отмеривание и заправка нитки в иголку, строчка прямого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стежка.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Использование дополнительных отделочных материалов.</w:t>
      </w:r>
    </w:p>
    <w:p>
      <w:pPr>
        <w:autoSpaceDN w:val="0"/>
        <w:autoSpaceDE w:val="0"/>
        <w:widowControl/>
        <w:spacing w:line="262" w:lineRule="auto" w:before="190" w:after="0"/>
        <w:ind w:left="180" w:right="28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3. Конструирование и моделирование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Простые и объёмные конструкции из разных материалов (пластические массы, бумага, текстиль и</w:t>
      </w:r>
    </w:p>
    <w:p>
      <w:pPr>
        <w:sectPr>
          <w:pgSz w:w="11900" w:h="16840"/>
          <w:pgMar w:top="298" w:right="650" w:bottom="338" w:left="666" w:header="720" w:footer="720" w:gutter="0"/>
          <w:cols w:space="720" w:num="1" w:equalWidth="0">
            <w:col w:w="10584" w:space="0"/>
            <w:col w:w="10148" w:space="0"/>
            <w:col w:w="1053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83" w:lineRule="auto" w:before="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др.) и способы их создания. Общее представление о конструкции изделия; детали и части изделия,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взаимное расположение в общей конструкции. Способы соединения деталей в изделиях из разных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материалов. Образец, анализ конструкции образцов изделий, изготовление изделий по образцу,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рисунку. Конструирование по модели (на плоскости). Взаимосвязь выполняемого действия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результата. Элементарное прогнозирование порядка действий в зависимости от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желаемого/необходимого результата; выбор способа работы в зависимости от требуемого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результата/замысла.</w:t>
      </w:r>
    </w:p>
    <w:p>
      <w:pPr>
        <w:autoSpaceDN w:val="0"/>
        <w:autoSpaceDE w:val="0"/>
        <w:widowControl/>
        <w:spacing w:line="271" w:lineRule="auto" w:before="190" w:after="0"/>
        <w:ind w:left="180" w:right="230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4. Информационно-коммуникативные технологии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Демонстрация учителем готовых материалов на информационных носителях.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Информация. Виды информации.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192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Универсальные учебные действия (пропедевтический уровень)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Познавательные УУД: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ориентироваться в терминах, используемых в технологии (в пределах изученного);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и использовать предложенную инструкцию (устную, графическую);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 устройство простых изделий по образцу, рисунку, выделять основные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второстепенные составляющие конструкции;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сравнивать отдельные изделия (конструкции), находить сходство и различия в их устройстве.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Работа с информацией: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информацию (представленную в объяснении учителя или в учебнике), использовать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её в работе;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 анализировать простейшую знаково-символическую информацию (схема, рисунок)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строить работу в соответствии с ней.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Коммуникативные УУД: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участвовать в коллективном обсуждении: высказывать собственное мнение, отвечать на вопросы,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правила этики общения: уважительное отношение к одноклассникам, внимание к мнению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другого;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строить несложные высказывания, сообщения в устной форме (по содержанию изученных тем).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егулятивные УУД: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принимать и удерживать в процессе деятельности предложенную учебную задачу;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действовать по плану, предложенному учителем, работать с опорой на графическую инструкцию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учебника, принимать участие в коллективном построении простого плана действий;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 принимать критерии оценки качества работы, руководствоваться ими в процессе анализа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оценки выполненных работ;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организовывать свою деятельность: производить подготовку к уроку рабочего места, поддерживать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нём порядок в течение урока, производить необходимую уборку по окончании работы;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выполнять несложные действия контроля и оценки по предложенным критериям.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Совместная деятельность: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проявлять положительное отношение к включению в совместную работу, к простым видам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сотрудничества;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принимать участие в парных, групповых, коллективных видах работы, в процессе изготовления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изделий осуществлять элементарное сотрудничество.</w:t>
      </w:r>
    </w:p>
    <w:p>
      <w:pPr>
        <w:sectPr>
          <w:pgSz w:w="11900" w:h="16840"/>
          <w:pgMar w:top="286" w:right="640" w:bottom="1158" w:left="666" w:header="720" w:footer="720" w:gutter="0"/>
          <w:cols w:space="720" w:num="1" w:equalWidth="0">
            <w:col w:w="10594" w:space="0"/>
            <w:col w:w="10584" w:space="0"/>
            <w:col w:w="10148" w:space="0"/>
            <w:col w:w="1053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РЕЗУЛЬТАТЫ ОСВОЕНИЯ УЧЕБНОГО ПРЕДМЕТА «ТЕХНОЛОГИЯ»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НА УРОВНЕ НАЧАЛЬНОГО ОБЩЕГО ОБРАЗОВАНИЯ 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34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ЛИЧНОСТНЫЕ РЕЗУЛЬТАТЫ ОБУЧАЮЩЕГОСЯ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результате изучения предмета «Технология» у обучающегося будут сформированы следующие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новообразования: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первоначальные представления о созидательном и нравственном значении труда в жизни человека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общества; уважительное отношение к труду и творчеству мастеров;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роли человека и используемых им технологий в сохранении гармонического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сосуществования рукотворного мира с миром природы; ответственное отношение к сохранению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окружающей среды;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культурно-исторической ценности традиций, отражённых в предметном мире; чувство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сопричастности к культуре своего народа, уважительное отношение к культурным традициям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народов;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проявление способности к эстетической оценке окружающей предметной среды; эстетические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чувства — эмоционально-положительное восприятие и понимание красоты форм и образов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природных объектов, образцов мировой и отечественной художественной культуры;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проявление положительного отношения и интереса к различным видам творческой преобразующей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деятельности, стремление к творческой самореализации; мотивация к творческому труду, работе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результат; способность к различным видам практической преобразующей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проявление устойчивых волевых качества и способность к саморегуляции: организованность,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аккуратность, трудолюбие, ответственность, умение справляться с доступными проблемами;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вступать в сотрудничество с другими людьми с учётом этики общения; проявление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толерантности и доброжелательности.</w:t>
      </w:r>
    </w:p>
    <w:p>
      <w:pPr>
        <w:autoSpaceDN w:val="0"/>
        <w:autoSpaceDE w:val="0"/>
        <w:widowControl/>
        <w:spacing w:line="262" w:lineRule="auto" w:before="190" w:after="0"/>
        <w:ind w:left="180" w:right="4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МЕТАПРЕДМЕТНЫЕ РЕЗУЛЬТАТЫ ОБУЧАЮЩЕГОСЯ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 концу обучения у обучающегося формируются следующие универсальные учебные действия.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Познавательные УУД: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ориентироваться в терминах и понятиях, используемых в технологии (в пределах изученного),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изученную терминологию в своих устных и письменных высказываниях;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осуществлять анализ объектов и изделий с выделением существенных и несущественных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признаков;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сравнивать группы объектов/изделий, выделять в них общее и различия;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делать обобщения (технико-технологического и декоративно-художественного характера)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изучаемой тематике;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схемы, модели и простейшие чертежи в собственной практической творческой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комбинировать и использовать освоенные технологии при изготовлении изделий в соответствии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технической, технологической или декоративно-художественной задачей;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необходимость поиска новых технологий на основе изучения объектов и законов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природы, доступного исторического и современного опыта технологической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Работа с информацией: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осуществлять поиск необходимой для выполнения работы информации в учебнике и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доступных источниках, анализировать её и отбирать в соответствии с решаемой задачей;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 и использовать знаково-символические средства представления информации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решения задач в умственной и материализованной форме; выполнять действия моделирования,</w:t>
      </w:r>
    </w:p>
    <w:p>
      <w:pPr>
        <w:sectPr>
          <w:pgSz w:w="11900" w:h="16840"/>
          <w:pgMar w:top="298" w:right="650" w:bottom="444" w:left="666" w:header="720" w:footer="720" w:gutter="0"/>
          <w:cols w:space="720" w:num="1" w:equalWidth="0">
            <w:col w:w="10584" w:space="0"/>
            <w:col w:w="10594" w:space="0"/>
            <w:col w:w="10584" w:space="0"/>
            <w:col w:w="10148" w:space="0"/>
            <w:col w:w="1053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1" w:lineRule="auto" w:before="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работать с моделями;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средства информационно-коммуникационных технологий для решения учебных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практических задач (в том числе Интернет с контролируемым выходом), оценивать объективность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информации и возможности её использования для решения конкретных учебных задач;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следовать при выполнении работы инструкциям учителя или представленным в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информационных источниках.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Коммуникативные УУД: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вступать в диалог, задавать собеседнику вопросы, использовать реплики-уточнения и дополнения;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собственное мнение и идеи, аргументированно их излагать; выслушивать разные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мнения, учитывать их в диалоге;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создавать тексты-описания на основе наблюдений (рассматривания) изделий декоративно-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прикладного искусства народов России;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строить рассуждения о связях природного и предметного мира, простые суждения (небольшие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тексты) об объекте, его строении, свойствах и способах создания;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объяснять последовательность совершаемых действий при создании изделия.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Регулятивные УУД: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рационально организовывать свою работу (подготовка рабочего места, поддержание и наведение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порядка, уборка после работы);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правила безопасности труда при выполнении работы;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планировать работу, соотносить свои действия с поставленной целью;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причинно-следственные связи между выполняемыми действиями и их результатами,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прогнозировать действия для получения необходимых результатов;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действия контроля и оценки; вносить необходимые коррективы в действие после 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завершения на основе его оценки и учёта характера сделанных ошибок;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проявлять волевую саморегуляцию при выполнении работы.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Совместная деятельность: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организовывать под руководством учителя и самостоятельно совместную работу в группе: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обсуждать задачу, распределять роли, выполнять функции руководителя/лидера и подчинённого;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осуществлять продуктивное сотрудничество;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проявлять интерес к работе товарищей; в доброжелательной форме комментировать и оценивать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достижения, высказывать свои предложения и пожелания; оказывать при необходимости помощь;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особенности проектной деятельности, выдвигать несложные идеи решений предлагаемых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проектных заданий, мысленно создавать конструктивный замысел, осуществлять выбор средств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способов для его практического воплощения; предъявлять аргументы для защиты продукта проектной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 ОСВОЕНИЯ КУРСА «ТЕХНОЛОГИЯ»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концу обучения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в первом классе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обучающийся научится: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правильно организовывать свой труд: своевременно подготавливать и убирать рабочее место,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поддерживать порядок на нём в процессе труда;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применять правила безопасной работы ножницами, иглой и аккуратной работы с клеем;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действовать по предложенному образцу в соответствии с правилами рациональной разметки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(разметка на изнаночной стороне материала; экономия материала при разметке);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определять названия и назначение основных инструментов и приспособлений для ручного труда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(линейка, карандаш, ножницы, игла, шаблон, стека и др.), использовать их в практической работе;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определять наименования отдельных материалов (бумага, картон, фольга, пластилин, природные,</w:t>
      </w:r>
    </w:p>
    <w:p>
      <w:pPr>
        <w:sectPr>
          <w:pgSz w:w="11900" w:h="16840"/>
          <w:pgMar w:top="286" w:right="668" w:bottom="308" w:left="666" w:header="720" w:footer="720" w:gutter="0"/>
          <w:cols w:space="720" w:num="1" w:equalWidth="0">
            <w:col w:w="10566" w:space="0"/>
            <w:col w:w="10584" w:space="0"/>
            <w:col w:w="10594" w:space="0"/>
            <w:col w:w="10584" w:space="0"/>
            <w:col w:w="10148" w:space="0"/>
            <w:col w:w="1053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9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текстильные материалы и пр.) и способы их обработки (сгибание, отрывание, сминание, резание,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лепка и пр.); выполнять доступные технологические приёмы ручной обработки материалов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изготовлении изделий;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ориентироваться в наименованиях основных технологических операций: разметка деталей,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выделение деталей, сборка изделия;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разметку деталей сгибанием, по шаблону, на глаз, от руки; выделение деталей способами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обрывания, вырезания и др.; сборку изделий с помощью клея, ниток и др.;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оформлять изделия строчкой прямого стежка;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понимать смысл понятий «изделие», «деталь изделия», «образец», «заготовка», «материал»,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«инструмент», «приспособление», «конструирование», «аппликация»;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задания с опорой на готовый план;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обслуживать себя во время работы: соблюдать порядок на рабочем месте, ухаживать за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инструментами и правильно хранить их; соблюдать правила гигиены труда;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рассматривать и анализировать простые по конструкции образцы (по вопросам учителя);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 простейшую конструкцию изделия: выделять основные и дополнительные детали,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называть их форму, определять взаимное расположение, виды соединения; способы изготовления;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изученные виды материалов (природные, пластические, бумага, тонкий картон,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текстильные, клей и др.), их свойства (цвет, фактура, форма, гибкость и др.);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называть ручные инструменты (ножницы, игла, линейка) и приспособления (шаблон, стека, булавки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др.), безопасно хранить и работать ими;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материалы и инструменты по их назначению;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называть и выполнять последовательность изготовления несложных изделий: разметка, резание,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сборка, отделка;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качественно выполнять операции и приёмы по изготовлению несложных изделий: экономно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разметку деталей на глаз, от руки, по шаблону, по линейке (как направляющему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инструменту без откладывания размеров); точно резать ножницами по линиям разметки; придавать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 деталям и изделию сгибанием, складыванием, вытягиванием, отрыванием, сминанием, лепкой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пр.; собирать изделия с помощью клея, пластических масс и др.; эстетично и аккуратно выполнять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отделку раскрашиванием, аппликацией, строчкой прямого стежка;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для сушки плоских изделий пресс;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 помощью учителя выполнять практическую работу и самоконтроль с опорой на инструкционную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карту, образец, шаблон;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разборные и неразборные конструкции несложных изделий;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простейшие виды технической документации (рисунок, схема), конструировать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моделировать изделия из различных материалов по образцу, рисунку;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осуществлять элементарное сотрудничество, участвовать в коллективных работах под руководством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учителя;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выполнять несложные коллективные работы проектного характера.</w:t>
      </w:r>
    </w:p>
    <w:p>
      <w:pPr>
        <w:sectPr>
          <w:pgSz w:w="11900" w:h="16840"/>
          <w:pgMar w:top="298" w:right="668" w:bottom="1440" w:left="666" w:header="720" w:footer="720" w:gutter="0"/>
          <w:cols w:space="720" w:num="1" w:equalWidth="0">
            <w:col w:w="10566" w:space="0"/>
            <w:col w:w="10566" w:space="0"/>
            <w:col w:w="10584" w:space="0"/>
            <w:col w:w="10594" w:space="0"/>
            <w:col w:w="10584" w:space="0"/>
            <w:col w:w="10148" w:space="0"/>
            <w:col w:w="1053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468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3530"/>
            <w:vMerge w:val="restart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4"/>
            <w:gridSpan w:val="3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4"/>
            <w:vMerge w:val="restart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5404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08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138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Модуль 1. ТЕХНОЛОГИИ, ПРОФЕССИИ И ПРОИЗВОДСТВА</w:t>
            </w:r>
          </w:p>
        </w:tc>
      </w:tr>
      <w:tr>
        <w:trPr>
          <w:trHeight w:hRule="exact" w:val="542"/>
        </w:trPr>
        <w:tc>
          <w:tcPr>
            <w:tcW w:type="dxa" w:w="468"/>
            <w:tcBorders>
              <w:start w:sz="4.800000000000011" w:val="single" w:color="#000000"/>
              <w:top w:sz="5.600000000000023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3530"/>
            <w:tcBorders>
              <w:start w:sz="4.7999999999999545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Природа как источник сырьевых ресурсов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творчества мастеров</w:t>
            </w:r>
          </w:p>
        </w:tc>
        <w:tc>
          <w:tcPr>
            <w:tcW w:type="dxa" w:w="528"/>
            <w:tcBorders>
              <w:start w:sz="4.800000000000182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07.09.2022</w:t>
            </w:r>
          </w:p>
        </w:tc>
        <w:tc>
          <w:tcPr>
            <w:tcW w:type="dxa" w:w="5404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изучать правила безопасности при работе инструментами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приспособлениями;</w:t>
            </w:r>
          </w:p>
        </w:tc>
        <w:tc>
          <w:tcPr>
            <w:tcW w:type="dxa" w:w="108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353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Общее понятие об изучаемых материалах, их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происхождении, разнообразии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14.09.2022</w:t>
            </w:r>
          </w:p>
        </w:tc>
        <w:tc>
          <w:tcPr>
            <w:tcW w:type="dxa" w:w="54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подготавливать рабочее место в зависимости от вида работы. Рационально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размещать на рабочем месте материалы и инструменты; поддерживать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порядок во время работы; убирать рабочее место по окончании работы под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руководством учителя;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изучать важность подготовки, организации, уборки рабочего места,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поддержания порядка людьми разных профессий;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1.3.</w:t>
            </w:r>
          </w:p>
        </w:tc>
        <w:tc>
          <w:tcPr>
            <w:tcW w:type="dxa" w:w="353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Подготовка к работе. Рабочее место, его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организация в зависимости от вида работы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21.09.2022</w:t>
            </w:r>
          </w:p>
        </w:tc>
        <w:tc>
          <w:tcPr>
            <w:tcW w:type="dxa" w:w="54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изучать важность подготовки, организации, уборки рабочего места,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поддержания порядка людьми разных профессий;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формировать общее понятие об изучаемых материалах, их происхождение,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разнообразие и основные свойства, понимать отличие материалов от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инструментов и приспособлений;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1.4.</w:t>
            </w:r>
          </w:p>
        </w:tc>
        <w:tc>
          <w:tcPr>
            <w:tcW w:type="dxa" w:w="353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Профессии родных и знакомых. Профессии,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связанные с изучаемыми материалами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производствами. Профессии сферы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обслуживания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28.09.2022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05.10.2022</w:t>
            </w:r>
          </w:p>
        </w:tc>
        <w:tc>
          <w:tcPr>
            <w:tcW w:type="dxa" w:w="54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особенности технологии изготовления изделий, выделять детали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изделия, основу, определять способ изготовления под руководством учителя;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1164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1.5.</w:t>
            </w:r>
          </w:p>
        </w:tc>
        <w:tc>
          <w:tcPr>
            <w:tcW w:type="dxa" w:w="353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Традиции и праздники народов России,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ремёсла, обычаи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12.10.2022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19.10.2022</w:t>
            </w:r>
          </w:p>
        </w:tc>
        <w:tc>
          <w:tcPr>
            <w:tcW w:type="dxa" w:w="54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знакомиться с профессиями, связанными с изучаемыми материалами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производствами;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приводить примеры традиций и праздников народов России, ремёсел,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обычаев и производств, связанных с изучаемыми материалами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производствами;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348"/>
        </w:trPr>
        <w:tc>
          <w:tcPr>
            <w:tcW w:type="dxa" w:w="3998"/>
            <w:gridSpan w:val="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0976"/>
            <w:gridSpan w:val="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Модуль 2. ТЕХНОЛОГИИ РУЧНОЙ ОБРАБОТКИ МАТЕРИАЛОВ</w:t>
            </w:r>
          </w:p>
        </w:tc>
      </w:tr>
      <w:tr>
        <w:trPr>
          <w:trHeight w:hRule="exact" w:val="150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353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Бережное, экономное и рациональное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использование обрабатываемых материалов.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Использование конструктивных особенностей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материалов при изготовлении изделий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26.10.2022</w:t>
            </w:r>
          </w:p>
        </w:tc>
        <w:tc>
          <w:tcPr>
            <w:tcW w:type="dxa" w:w="54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 руководством учителя организовывать свою деятельность: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подготавливать рабочее место для работы с бумагой и картоном, правильно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рационально размещать инструменты и материалы в соответствии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индивидуальными особенностями обучающихся, в процессе выполнения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изделия контролировать и при необходимости восстанавливать порядок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рабочем месте; убирать рабочее место;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соблюдать технику безопасной работы инструментами и приспособлениями;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109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353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Основные технологические операции ручной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обработки материалов: разметка деталей,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выделение деталей, формообразование деталей,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сборка изделия, отделка изделия или его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деталей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09.11.2022</w:t>
            </w:r>
          </w:p>
        </w:tc>
        <w:tc>
          <w:tcPr>
            <w:tcW w:type="dxa" w:w="54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названия и назначение основных инструментов и приспособлений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для ручного труда (линейка, карандаш, ножницы, шаблон и др.), использовать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их в практической работе;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604" w:left="666" w:header="720" w:footer="720" w:gutter="0"/>
          <w:cols w:space="720" w:num="1" w:equalWidth="0">
            <w:col w:w="15534" w:space="0"/>
            <w:col w:w="10566" w:space="0"/>
            <w:col w:w="10566" w:space="0"/>
            <w:col w:w="10584" w:space="0"/>
            <w:col w:w="10594" w:space="0"/>
            <w:col w:w="10584" w:space="0"/>
            <w:col w:w="10148" w:space="0"/>
            <w:col w:w="1053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694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353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Способы разметки деталей: на глаз и от руки,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 шаблону, по линейке (как  направляющему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инструменту без откладывания размеров) с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опорой на рисунки, графическую инструкцию,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простейшую схему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16.11.2022</w:t>
            </w:r>
          </w:p>
        </w:tc>
        <w:tc>
          <w:tcPr>
            <w:tcW w:type="dxa" w:w="54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 руководством учителя наблюдать, сравнивать, сопоставлять свойства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бумаги (состав, цвет, прочность); определять виды бумаги по цвету, толщине,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прочности. Осваивать отдельные приёмы работы с бумагой (сгибание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складывание, сминание, обрывание, склеивание, резание бумаги ножницами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др.), правила безопасной работы, правила разметки деталей (экономия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материала, аккуратность);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 простые графические схемы изготовления изделия и выполнять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изделие по заданной схеме под руководством учителя;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189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2.4.</w:t>
            </w:r>
          </w:p>
        </w:tc>
        <w:tc>
          <w:tcPr>
            <w:tcW w:type="dxa" w:w="353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Чтение условных графических изображений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(называние операций, способов и приёмов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работы, последовательности изготовления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изделий)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23.11.2022</w:t>
            </w:r>
          </w:p>
        </w:tc>
        <w:tc>
          <w:tcPr>
            <w:tcW w:type="dxa" w:w="54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планировать свою деятельность с опорой на предложенный план в учебнике,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рабочей тетради;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рациональную разметку (разметка на изнаночной стороне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материала; экономия материала при разметке) сгибанием, по шаблону, на глаз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от руки, по линейке (как направляющему инструменту без откладывания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размеров) с опорой на рисунки, графическую инструкцию, простейшую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схему; выполнять выделение деталей способами обрывания, вырезания;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сборку изделия с помощью клея и другими способами; выполнять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отделку изделия или его деталей (окрашивание, аппликация и др.);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2.5.</w:t>
            </w:r>
          </w:p>
        </w:tc>
        <w:tc>
          <w:tcPr>
            <w:tcW w:type="dxa" w:w="353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Правила экономной и аккуратной разметки.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Рациональная разметка и вырезание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нескольких одинаковых деталей из бумаги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30.11.2022</w:t>
            </w:r>
          </w:p>
        </w:tc>
        <w:tc>
          <w:tcPr>
            <w:tcW w:type="dxa" w:w="54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планировать свою деятельность с опорой на предложенный план в учебнике,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рабочей тетради;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111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2.6.</w:t>
            </w:r>
          </w:p>
        </w:tc>
        <w:tc>
          <w:tcPr>
            <w:tcW w:type="dxa" w:w="353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Способы соединения деталей в изделии: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помощью пластилина, клея, скручивание,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сшивание и др. Приёмы и правила аккуратной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 с клеем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07.12.2022</w:t>
            </w:r>
          </w:p>
        </w:tc>
        <w:tc>
          <w:tcPr>
            <w:tcW w:type="dxa" w:w="54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декоративно-художественные возможности разных способов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обработки бумаги, например, вырезание деталей из бумаги и обрывание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пальцами);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 ходе беседы с учителем понимать смысл понятий «конструирование»,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«изделие», «деталь изделия», «образец»;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2.7.</w:t>
            </w:r>
          </w:p>
        </w:tc>
        <w:tc>
          <w:tcPr>
            <w:tcW w:type="dxa" w:w="353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Отделка изделия или его деталей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(окрашивание, вышивка, аппликация и др.)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14.12.2022</w:t>
            </w:r>
          </w:p>
        </w:tc>
        <w:tc>
          <w:tcPr>
            <w:tcW w:type="dxa" w:w="54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анализировать простые по конструкции образцы;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простейшую конструкцию изделия: выделять детали, 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форму, определять взаимное расположение, виды соединения;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иметь общее представление о конструкции изделия; детали и части изделия,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их взаимное расположение в общей конструкции;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2.8.</w:t>
            </w:r>
          </w:p>
        </w:tc>
        <w:tc>
          <w:tcPr>
            <w:tcW w:type="dxa" w:w="353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Подбор соответствующих инструментов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способов обработки материалов в зависимости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от их свойств и видов изделий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21.12.2022</w:t>
            </w:r>
          </w:p>
        </w:tc>
        <w:tc>
          <w:tcPr>
            <w:tcW w:type="dxa" w:w="54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иметь общее представление о конструкции изделия; детали и части изделия,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их взаимное расположение в общей конструкции;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2.9.</w:t>
            </w:r>
          </w:p>
        </w:tc>
        <w:tc>
          <w:tcPr>
            <w:tcW w:type="dxa" w:w="353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Наиболее распространённые виды бумаги. Их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общие свойства. Простейшие способы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обработки бумаги различных видов: сгибание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 складывание, сминание, обрывание,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склеивание и др.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28.12.2022</w:t>
            </w:r>
          </w:p>
        </w:tc>
        <w:tc>
          <w:tcPr>
            <w:tcW w:type="dxa" w:w="54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 руководством учителя собирать плоскостную модель, объяснять способ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сборки изделия;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1482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2.10</w:t>
            </w:r>
          </w:p>
        </w:tc>
        <w:tc>
          <w:tcPr>
            <w:tcW w:type="dxa" w:w="353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Резание бумаги ножницами. Правила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безопасной работы, передачи и хранения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ножниц. Картон</w:t>
            </w:r>
          </w:p>
        </w:tc>
        <w:tc>
          <w:tcPr>
            <w:tcW w:type="dxa" w:w="52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11.01.2023</w:t>
            </w:r>
          </w:p>
        </w:tc>
        <w:tc>
          <w:tcPr>
            <w:tcW w:type="dxa" w:w="5404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рациональную разметку (разметка на изнаночной стороне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материала; экономия материала при разметке) сгибанием, по шаблону, на глаз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от руки, по линейке (как направляющему инструменту без откладывания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размеров) с опорой на рисунки, графическую инструкцию, простейшую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схему; выполнять выделение деталей способами обрывания, вырезания;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сборку изделия с помощью клея и другими способами; выполнять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отделку изделия или его деталей (окрашивание, аппликация и др.);</w:t>
            </w:r>
          </w:p>
        </w:tc>
        <w:tc>
          <w:tcPr>
            <w:tcW w:type="dxa" w:w="108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3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610" w:left="666" w:header="720" w:footer="720" w:gutter="0"/>
          <w:cols w:space="720" w:num="1" w:equalWidth="0">
            <w:col w:w="15534" w:space="0"/>
            <w:col w:w="15534" w:space="0"/>
            <w:col w:w="10566" w:space="0"/>
            <w:col w:w="10566" w:space="0"/>
            <w:col w:w="10584" w:space="0"/>
            <w:col w:w="10594" w:space="0"/>
            <w:col w:w="10584" w:space="0"/>
            <w:col w:w="10148" w:space="0"/>
            <w:col w:w="1053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2.11.</w:t>
            </w:r>
          </w:p>
        </w:tc>
        <w:tc>
          <w:tcPr>
            <w:tcW w:type="dxa" w:w="353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Пластические массы, их виды (пластилин,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пластика и др.).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18.01.2023</w:t>
            </w:r>
          </w:p>
        </w:tc>
        <w:tc>
          <w:tcPr>
            <w:tcW w:type="dxa" w:w="54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анализировать образцы, варианты выполнения изделий,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природные формы — прообразы изготавливаемых изделий;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2.12.</w:t>
            </w:r>
          </w:p>
        </w:tc>
        <w:tc>
          <w:tcPr>
            <w:tcW w:type="dxa" w:w="353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Приёмы изготовления изделий доступной по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сложности формы из них: разметка на глаз,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отделение части (стекой, отрыванием),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придание формы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25.01.2023</w:t>
            </w:r>
          </w:p>
        </w:tc>
        <w:tc>
          <w:tcPr>
            <w:tcW w:type="dxa" w:w="54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Изготавливать изделия с опорой на рисунки, схемы и подписи к ним;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лепку, используя различные способы лепки: конструктивный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(лепка из отдельных частей), скульптурный (лепка из целого куска)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комбинированный;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2.13.</w:t>
            </w:r>
          </w:p>
        </w:tc>
        <w:tc>
          <w:tcPr>
            <w:tcW w:type="dxa" w:w="353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природных материалов (плоские —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листья и объёмные — орехи, шишки, семена,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ветки)</w:t>
            </w:r>
          </w:p>
        </w:tc>
        <w:tc>
          <w:tcPr>
            <w:tcW w:type="dxa" w:w="52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01.02.2023</w:t>
            </w:r>
          </w:p>
        </w:tc>
        <w:tc>
          <w:tcPr>
            <w:tcW w:type="dxa" w:w="5404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Называть известные деревья и кустарники, которым принадлежит собранный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природный материал;</w:t>
            </w:r>
          </w:p>
        </w:tc>
        <w:tc>
          <w:tcPr>
            <w:tcW w:type="dxa" w:w="108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3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2.14.</w:t>
            </w:r>
          </w:p>
        </w:tc>
        <w:tc>
          <w:tcPr>
            <w:tcW w:type="dxa" w:w="353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Приёмы работы с природными материалами: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подбор материалов в соответствии с замыслом,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составление композиции, соединение деталей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08.02.2023</w:t>
            </w:r>
          </w:p>
        </w:tc>
        <w:tc>
          <w:tcPr>
            <w:tcW w:type="dxa" w:w="54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00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 природные материалы по цвету, форме, прочности;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Понимать особенности работы с природными материалами;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2.15.</w:t>
            </w:r>
          </w:p>
        </w:tc>
        <w:tc>
          <w:tcPr>
            <w:tcW w:type="dxa" w:w="353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Общее представление о тканях (текстиле), их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строении и свойствах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15.02.2023</w:t>
            </w:r>
          </w:p>
        </w:tc>
        <w:tc>
          <w:tcPr>
            <w:tcW w:type="dxa" w:w="54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Выбирать виды ниток в зависимости от выполняемых работ и назначения;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2.16.</w:t>
            </w:r>
          </w:p>
        </w:tc>
        <w:tc>
          <w:tcPr>
            <w:tcW w:type="dxa" w:w="353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Швейные инструменты и приспособления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(иглы, булавки и др.)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17.02.2023</w:t>
            </w:r>
          </w:p>
        </w:tc>
        <w:tc>
          <w:tcPr>
            <w:tcW w:type="dxa" w:w="54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Исследовать строение (переплетение нитей) и общие свойства нескольких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видов тканей (сминаемость, прочность), сравнивать виды тканей между собой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с бумагой;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2.17.</w:t>
            </w:r>
          </w:p>
        </w:tc>
        <w:tc>
          <w:tcPr>
            <w:tcW w:type="dxa" w:w="353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Отмеривание и заправка нитки в иголку,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строчка прямого стежка</w:t>
            </w:r>
          </w:p>
        </w:tc>
        <w:tc>
          <w:tcPr>
            <w:tcW w:type="dxa" w:w="52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01.03.2023</w:t>
            </w:r>
          </w:p>
        </w:tc>
        <w:tc>
          <w:tcPr>
            <w:tcW w:type="dxa" w:w="5404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Использовать различные виды строчек, стежков в декоративных работах для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(отделки) оформления изделий;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Выполнять разметку линии строчки мережкой;</w:t>
            </w:r>
          </w:p>
        </w:tc>
        <w:tc>
          <w:tcPr>
            <w:tcW w:type="dxa" w:w="108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87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2.18.</w:t>
            </w:r>
          </w:p>
        </w:tc>
        <w:tc>
          <w:tcPr>
            <w:tcW w:type="dxa" w:w="353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Использование дополнительных отделочных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материалов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09.03.2023</w:t>
            </w:r>
          </w:p>
        </w:tc>
        <w:tc>
          <w:tcPr>
            <w:tcW w:type="dxa" w:w="54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Соблюдать правила безопасной работы иглой и булавками;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подготовку нитки и иглы к работе: завязывание узелка,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 приёмов отмеривания нитки для шитья, вдевание нитки в иглу;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348"/>
        </w:trPr>
        <w:tc>
          <w:tcPr>
            <w:tcW w:type="dxa" w:w="3998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</w:t>
            </w:r>
          </w:p>
        </w:tc>
        <w:tc>
          <w:tcPr>
            <w:tcW w:type="dxa" w:w="10976"/>
            <w:gridSpan w:val="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Модуль 3. КОНСТРУИРОВАНИЕ И МОДЕЛИРОВАНИЕ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353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Простые и объёмные конструкции из разных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материалов (пластические массы, бумага,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текстиль и др.) и способы их создания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15.03.2023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20.03.2023</w:t>
            </w:r>
          </w:p>
        </w:tc>
        <w:tc>
          <w:tcPr>
            <w:tcW w:type="dxa" w:w="54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Иметь общее представление о конструкции изделия, детали и части изделия,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их взаимном расположении в общей конструкции; анализировать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конструкции образцов изделий, выделять основные и дополнительные детали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конструкции, называть их форму и способ соединения; анализировать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конструкцию изделия по рисунку, фотографии, схеме;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90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353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Общее представление о конструкции изделия;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детали и части изделия, их взаимное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расположение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 общей конструкции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22.03.2023</w:t>
            </w:r>
          </w:p>
        </w:tc>
        <w:tc>
          <w:tcPr>
            <w:tcW w:type="dxa" w:w="54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Изготавливать простые и объёмные конструкции из разных материалов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(пластические массы, бумага, текстиль и др.), по модели (на плоскости),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рисунку;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712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566" w:space="0"/>
            <w:col w:w="10566" w:space="0"/>
            <w:col w:w="10584" w:space="0"/>
            <w:col w:w="10594" w:space="0"/>
            <w:col w:w="10584" w:space="0"/>
            <w:col w:w="10148" w:space="0"/>
            <w:col w:w="1053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353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Способы соединения деталей в изделиях из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разных материалов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05.04.2023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12.04.2023</w:t>
            </w:r>
          </w:p>
        </w:tc>
        <w:tc>
          <w:tcPr>
            <w:tcW w:type="dxa" w:w="54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Использовать в работе осваиваемые способы соединения деталей в изделиях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из разных материалов;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353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Образец, анализ конструкции образцов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изделий, изготовление изделий по образцу,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рисунку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19.04.2023</w:t>
            </w:r>
          </w:p>
        </w:tc>
        <w:tc>
          <w:tcPr>
            <w:tcW w:type="dxa" w:w="54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порядок действий в зависимости от желаемого/необходимого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результата; выбирать способ работы с опорой на учебник или рабочую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тетрадь в зависимости от требуемого результата/замысла;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1022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3.5.</w:t>
            </w:r>
          </w:p>
        </w:tc>
        <w:tc>
          <w:tcPr>
            <w:tcW w:type="dxa" w:w="353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Конструирование по модели (на плоскости)</w:t>
            </w:r>
          </w:p>
        </w:tc>
        <w:tc>
          <w:tcPr>
            <w:tcW w:type="dxa" w:w="52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26.04.2023</w:t>
            </w:r>
          </w:p>
        </w:tc>
        <w:tc>
          <w:tcPr>
            <w:tcW w:type="dxa" w:w="5404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Изготавливать простые и объёмные конструкции из разных материалов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(пластические массы, бумага, текстиль и др.), по модели (на плоскости),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рисунку;</w:t>
            </w:r>
          </w:p>
        </w:tc>
        <w:tc>
          <w:tcPr>
            <w:tcW w:type="dxa" w:w="108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3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3.6.</w:t>
            </w:r>
          </w:p>
        </w:tc>
        <w:tc>
          <w:tcPr>
            <w:tcW w:type="dxa" w:w="353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Взаимосвязь выполняемого действия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результата. Элементарное прогнозирование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порядка действий в зависимости от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желаемого/необходимого результата; выбор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способа работы в зависимости от требуемого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результата/замысла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03.05.2023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10.05.2023</w:t>
            </w:r>
          </w:p>
        </w:tc>
        <w:tc>
          <w:tcPr>
            <w:tcW w:type="dxa" w:w="54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Определять порядок действий в зависимости от желаемого/необходимого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результата; выбирать способ работы с опорой на учебник или рабочую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тетрадь в зависимости от требуемого результата/замысла;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348"/>
        </w:trPr>
        <w:tc>
          <w:tcPr>
            <w:tcW w:type="dxa" w:w="3998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0976"/>
            <w:gridSpan w:val="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Модуль 4. ИНФОРМАЦИОННО-КОММУНИКАТИВНЫЕ ТЕХНОЛОГИИ</w:t>
            </w:r>
          </w:p>
        </w:tc>
      </w:tr>
      <w:tr>
        <w:trPr>
          <w:trHeight w:hRule="exact" w:val="54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353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Демонстрация учителем готовых материалов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 информационных носителях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17.05.2023</w:t>
            </w:r>
          </w:p>
        </w:tc>
        <w:tc>
          <w:tcPr>
            <w:tcW w:type="dxa" w:w="54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готовые материалы, представленные учителем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информационных носителях;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353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Информация. Виды информации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24.05.2023</w:t>
            </w:r>
          </w:p>
        </w:tc>
        <w:tc>
          <w:tcPr>
            <w:tcW w:type="dxa" w:w="54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простейшие преобразования информации (например, перевод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текстовой информации в рисуночную и/или табличную форму);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348"/>
        </w:trPr>
        <w:tc>
          <w:tcPr>
            <w:tcW w:type="dxa" w:w="3998"/>
            <w:gridSpan w:val="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0976"/>
            <w:gridSpan w:val="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3998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33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</w:t>
            </w:r>
          </w:p>
        </w:tc>
        <w:tc>
          <w:tcPr>
            <w:tcW w:type="dxa" w:w="8730"/>
            <w:gridSpan w:val="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566" w:space="0"/>
            <w:col w:w="10566" w:space="0"/>
            <w:col w:w="10584" w:space="0"/>
            <w:col w:w="10594" w:space="0"/>
            <w:col w:w="10584" w:space="0"/>
            <w:col w:w="10148" w:space="0"/>
            <w:col w:w="1053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0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216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2"/>
            <w:gridSpan w:val="3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57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Рукотворный и природный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мир города, села. На земле,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 воде, в воздухе.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творчество.Природные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материалы. Как 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соединить?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Листья и фантазии.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Семена и фантазии.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28.09.2022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Веточки и фантазии.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Фантазии из шишек,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желудей, каштанов.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216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Композиция из листьев. Что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такое композиция? </w:t>
            </w:r>
          </w:p>
        </w:tc>
        <w:tc>
          <w:tcPr>
            <w:tcW w:type="dxa" w:w="734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Орнамент из листьев. Что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такое орнамент? Тест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«Природная мастерская».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26.10.2022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48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Проверим себя.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580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5534" w:space="0"/>
            <w:col w:w="10566" w:space="0"/>
            <w:col w:w="10566" w:space="0"/>
            <w:col w:w="10584" w:space="0"/>
            <w:col w:w="10594" w:space="0"/>
            <w:col w:w="10584" w:space="0"/>
            <w:col w:w="10148" w:space="0"/>
            <w:col w:w="1053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Материалы для лепки. Что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может пластилин?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 мастерской кондитера. Как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работает мастер?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 море. Какие цвета и формы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 морских обитателей?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30.11.2022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Наши проекты. Аквариум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Проверим себя. Тест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«Пластилиновая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мастерская».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Мастерская Деда Мороза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Снегурочки.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Наши проекты. Скоро Новый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год!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28.12.2022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Бумага. Какие у неё есть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секреты? Бумага и картон.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Каие секреты у картона?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Оригами. Как сгибать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складывать бумагу?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Обитатели пруда. Как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изготовить аппликацию?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480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Животные зоопарка. Одна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основа, а сколько фигурок?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25.01.2023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566" w:space="0"/>
            <w:col w:w="10566" w:space="0"/>
            <w:col w:w="10584" w:space="0"/>
            <w:col w:w="10594" w:space="0"/>
            <w:col w:w="10584" w:space="0"/>
            <w:col w:w="10148" w:space="0"/>
            <w:col w:w="1053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Шаблон. Для чего он нужен?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Бабочки. Как изготовить 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 листа бумаги?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Орнамент в полосе. Для чего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нужен орнамент?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15.02.2023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Наша армия родная.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Ножницы. Что ты о них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знаешь? Весенний праздник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8 марта. Как сделать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подарок-портрет?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Образы весны. Какие краски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 весны? Что такое колорит?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22.03.2023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Праздники и традиции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весны. Какие они?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Проверь себя. Тест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«Бумажная мастерская».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12.04.2023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Мир тканей. Для чего нужны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ткани?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19.04.2023 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6" w:right="0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48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Игла-труженица. Что умеет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игла?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26.04.2023 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6" w:right="0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96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566" w:space="0"/>
            <w:col w:w="10566" w:space="0"/>
            <w:col w:w="10584" w:space="0"/>
            <w:col w:w="10594" w:space="0"/>
            <w:col w:w="10584" w:space="0"/>
            <w:col w:w="10148" w:space="0"/>
            <w:col w:w="1053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Вышивка. Для чего она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нужна?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Промежуточный контроль.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КМС по оценке уровня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обученности. Итоговый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14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Анализ контрольной работы.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Прямая строчка и перегибы.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15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Что узнали? Чему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научились?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24.05.2023</w:t>
            </w:r>
          </w:p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работа;;</w:t>
            </w:r>
          </w:p>
        </w:tc>
      </w:tr>
      <w:tr>
        <w:trPr>
          <w:trHeight w:hRule="exact" w:val="808"/>
        </w:trPr>
        <w:tc>
          <w:tcPr>
            <w:tcW w:type="dxa" w:w="3720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</w:t>
            </w:r>
          </w:p>
        </w:tc>
        <w:tc>
          <w:tcPr>
            <w:tcW w:type="dxa" w:w="162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</w:t>
            </w:r>
          </w:p>
        </w:tc>
        <w:tc>
          <w:tcPr>
            <w:tcW w:type="dxa" w:w="2810"/>
            <w:gridSpan w:val="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566" w:space="0"/>
            <w:col w:w="10566" w:space="0"/>
            <w:col w:w="10584" w:space="0"/>
            <w:col w:w="10594" w:space="0"/>
            <w:col w:w="10584" w:space="0"/>
            <w:col w:w="10148" w:space="0"/>
            <w:col w:w="1053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62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Технология, 1 класс/Лутцева Е.А., Зуева Т.П., Акционерное общество «Издательство «Просвещение»;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Методическое пособие с поурочными разработками по технологии 1 класс УМК "Школа России"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71" w:lineRule="auto" w:before="504" w:after="0"/>
        <w:ind w:left="0" w:right="73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http://school-collection.edu.ru/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https://uchi.ru/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https://www.uchportal.ru/load/46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566" w:space="0"/>
            <w:col w:w="10566" w:space="0"/>
            <w:col w:w="10584" w:space="0"/>
            <w:col w:w="10594" w:space="0"/>
            <w:col w:w="10584" w:space="0"/>
            <w:col w:w="10148" w:space="0"/>
            <w:col w:w="1053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302" w:lineRule="auto" w:before="346" w:after="0"/>
        <w:ind w:left="0" w:right="432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Таблицы к основным разделам, содержащегося в программе.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Набор сюжетных картинок в соответствии с тематическим планированием</w:t>
      </w:r>
    </w:p>
    <w:p>
      <w:pPr>
        <w:autoSpaceDN w:val="0"/>
        <w:autoSpaceDE w:val="0"/>
        <w:widowControl/>
        <w:spacing w:line="300" w:lineRule="auto" w:before="262" w:after="0"/>
        <w:ind w:left="0" w:right="302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ПРАКТИЧЕСКИХ РАБОТ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Классная магнитная доска.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Мультимедийный проектор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566" w:space="0"/>
            <w:col w:w="10566" w:space="0"/>
            <w:col w:w="10584" w:space="0"/>
            <w:col w:w="10594" w:space="0"/>
            <w:col w:w="10584" w:space="0"/>
            <w:col w:w="10148" w:space="0"/>
            <w:col w:w="10530" w:space="0"/>
            <w:col w:w="10584" w:space="0"/>
            <w:col w:w="10284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5534" w:space="0"/>
        <w:col w:w="10566" w:space="0"/>
        <w:col w:w="10566" w:space="0"/>
        <w:col w:w="10584" w:space="0"/>
        <w:col w:w="10594" w:space="0"/>
        <w:col w:w="10584" w:space="0"/>
        <w:col w:w="10148" w:space="0"/>
        <w:col w:w="10530" w:space="0"/>
        <w:col w:w="10584" w:space="0"/>
        <w:col w:w="1028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