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1494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МИНИСТЕРСТВО ПРОСВЕЩЕНИЯ РОССИЙСКОЙ ФЕДЕРАЦИИ</w:t>
      </w:r>
    </w:p>
    <w:p>
      <w:pPr>
        <w:autoSpaceDN w:val="0"/>
        <w:autoSpaceDE w:val="0"/>
        <w:widowControl/>
        <w:spacing w:line="230" w:lineRule="auto" w:before="670" w:after="0"/>
        <w:ind w:left="234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Министерство образования и науки Республики Дагестан</w:t>
      </w:r>
    </w:p>
    <w:p>
      <w:pPr>
        <w:autoSpaceDN w:val="0"/>
        <w:autoSpaceDE w:val="0"/>
        <w:widowControl/>
        <w:spacing w:line="230" w:lineRule="auto" w:before="670" w:after="0"/>
        <w:ind w:left="0" w:right="2406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комитет по образованию Кизилюртовского района</w:t>
      </w:r>
    </w:p>
    <w:p>
      <w:pPr>
        <w:autoSpaceDN w:val="0"/>
        <w:autoSpaceDE w:val="0"/>
        <w:widowControl/>
        <w:spacing w:line="230" w:lineRule="auto" w:before="670" w:after="1376"/>
        <w:ind w:left="2118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МКОУ "Нижнечирюртовская СОШ"Кизилюртовского района</w:t>
      </w:r>
    </w:p>
    <w:tbl>
      <w:tblPr>
        <w:tblW w:type="auto" w:w="0"/>
        <w:tblLayout w:type="fixed"/>
        <w:tblLook w:firstColumn="1" w:firstRow="1" w:lastColumn="0" w:lastRow="0" w:noHBand="0" w:noVBand="1" w:val="04A0"/>
        <w:tblInd w:w="0.0" w:type="dxa"/>
      </w:tblPr>
      <w:tblGrid>
        <w:gridCol w:w="3428"/>
        <w:gridCol w:w="3428"/>
        <w:gridCol w:w="3428"/>
      </w:tblGrid>
      <w:tr>
        <w:trPr>
          <w:trHeight w:hRule="exact" w:val="274"/>
        </w:trPr>
        <w:tc>
          <w:tcPr>
            <w:tcW w:type="dxa" w:w="2502"/>
            <w:vMerge w:val="restart"/>
            <w:tcBorders/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60" w:after="0"/>
              <w:ind w:left="0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РАССМОТРЕНО</w:t>
            </w:r>
          </w:p>
        </w:tc>
        <w:tc>
          <w:tcPr>
            <w:tcW w:type="dxa" w:w="412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48" w:after="0"/>
              <w:ind w:left="1016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СОГЛАСОВАНО</w:t>
            </w:r>
          </w:p>
        </w:tc>
        <w:tc>
          <w:tcPr>
            <w:tcW w:type="dxa" w:w="272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48" w:after="0"/>
              <w:ind w:left="412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УТВЕРЖДЕНО</w:t>
            </w:r>
          </w:p>
        </w:tc>
      </w:tr>
      <w:tr>
        <w:trPr>
          <w:trHeight w:hRule="exact" w:val="276"/>
        </w:trPr>
        <w:tc>
          <w:tcPr>
            <w:tcW w:type="dxa" w:w="3428"/>
            <w:vMerge/>
            <w:tcBorders/>
          </w:tcPr>
          <w:p/>
        </w:tc>
        <w:tc>
          <w:tcPr>
            <w:tcW w:type="dxa" w:w="412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0" w:after="0"/>
              <w:ind w:left="1016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Заместитель директора по УВР</w:t>
            </w:r>
          </w:p>
        </w:tc>
        <w:tc>
          <w:tcPr>
            <w:tcW w:type="dxa" w:w="272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0" w:after="0"/>
              <w:ind w:left="412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Директор</w:t>
            </w:r>
          </w:p>
        </w:tc>
      </w:tr>
    </w:tbl>
    <w:p>
      <w:pPr>
        <w:autoSpaceDN w:val="0"/>
        <w:autoSpaceDE w:val="0"/>
        <w:widowControl/>
        <w:spacing w:line="60" w:lineRule="exact" w:before="0" w:after="0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0.0" w:type="dxa"/>
      </w:tblPr>
      <w:tblGrid>
        <w:gridCol w:w="3428"/>
        <w:gridCol w:w="3428"/>
        <w:gridCol w:w="3428"/>
      </w:tblGrid>
      <w:tr>
        <w:trPr>
          <w:trHeight w:hRule="exact" w:val="274"/>
        </w:trPr>
        <w:tc>
          <w:tcPr>
            <w:tcW w:type="dxa" w:w="2462"/>
            <w:vMerge w:val="restart"/>
            <w:tcBorders/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60" w:after="0"/>
              <w:ind w:left="0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______________</w:t>
            </w:r>
          </w:p>
        </w:tc>
        <w:tc>
          <w:tcPr>
            <w:tcW w:type="dxa" w:w="420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48" w:after="0"/>
              <w:ind w:left="0" w:right="348" w:firstLine="0"/>
              <w:jc w:val="righ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______________Абдурахманова</w:t>
            </w:r>
          </w:p>
        </w:tc>
        <w:tc>
          <w:tcPr>
            <w:tcW w:type="dxa" w:w="350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48" w:after="0"/>
              <w:ind w:left="372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______________Нугаева Зульмира</w:t>
            </w:r>
          </w:p>
        </w:tc>
      </w:tr>
      <w:tr>
        <w:trPr>
          <w:trHeight w:hRule="exact" w:val="104"/>
        </w:trPr>
        <w:tc>
          <w:tcPr>
            <w:tcW w:type="dxa" w:w="3428"/>
            <w:vMerge/>
            <w:tcBorders/>
          </w:tcPr>
          <w:p/>
        </w:tc>
        <w:tc>
          <w:tcPr>
            <w:tcW w:type="dxa" w:w="4200"/>
            <w:vMerge w:val="restart"/>
            <w:tcBorders/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0" w:after="0"/>
              <w:ind w:left="0" w:right="0" w:firstLine="0"/>
              <w:jc w:val="center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Гульнара Магомедовна</w:t>
            </w:r>
          </w:p>
        </w:tc>
        <w:tc>
          <w:tcPr>
            <w:tcW w:type="dxa" w:w="3500"/>
            <w:vMerge w:val="restart"/>
            <w:tcBorders/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0" w:after="0"/>
              <w:ind w:left="372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Гамзатовна</w:t>
            </w:r>
          </w:p>
        </w:tc>
      </w:tr>
      <w:tr>
        <w:trPr>
          <w:trHeight w:hRule="exact" w:val="304"/>
        </w:trPr>
        <w:tc>
          <w:tcPr>
            <w:tcW w:type="dxa" w:w="2462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Протокол №</w:t>
            </w:r>
          </w:p>
        </w:tc>
        <w:tc>
          <w:tcPr>
            <w:tcW w:type="dxa" w:w="3428"/>
            <w:vMerge/>
            <w:tcBorders/>
          </w:tcPr>
          <w:p/>
        </w:tc>
        <w:tc>
          <w:tcPr>
            <w:tcW w:type="dxa" w:w="3428"/>
            <w:vMerge/>
            <w:tcBorders/>
          </w:tcPr>
          <w:p/>
        </w:tc>
      </w:tr>
      <w:tr>
        <w:trPr>
          <w:trHeight w:hRule="exact" w:val="300"/>
        </w:trPr>
        <w:tc>
          <w:tcPr>
            <w:tcW w:type="dxa" w:w="2462"/>
            <w:vMerge w:val="restart"/>
            <w:tcBorders/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94" w:after="0"/>
              <w:ind w:left="0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от "" г.</w:t>
            </w:r>
          </w:p>
        </w:tc>
        <w:tc>
          <w:tcPr>
            <w:tcW w:type="dxa" w:w="420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0" w:after="0"/>
              <w:ind w:left="0" w:right="2054" w:firstLine="0"/>
              <w:jc w:val="righ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Протокол №</w:t>
            </w:r>
          </w:p>
        </w:tc>
        <w:tc>
          <w:tcPr>
            <w:tcW w:type="dxa" w:w="350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0" w:after="0"/>
              <w:ind w:left="372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Приказ №</w:t>
            </w:r>
          </w:p>
        </w:tc>
      </w:tr>
      <w:tr>
        <w:trPr>
          <w:trHeight w:hRule="exact" w:val="384"/>
        </w:trPr>
        <w:tc>
          <w:tcPr>
            <w:tcW w:type="dxa" w:w="3428"/>
            <w:vMerge/>
            <w:tcBorders/>
          </w:tcPr>
          <w:p/>
        </w:tc>
        <w:tc>
          <w:tcPr>
            <w:tcW w:type="dxa" w:w="420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2408" w:firstLine="0"/>
              <w:jc w:val="righ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от ""    г.</w:t>
            </w:r>
          </w:p>
        </w:tc>
        <w:tc>
          <w:tcPr>
            <w:tcW w:type="dxa" w:w="350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372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от ""  г.</w:t>
            </w:r>
          </w:p>
        </w:tc>
      </w:tr>
    </w:tbl>
    <w:p>
      <w:pPr>
        <w:autoSpaceDN w:val="0"/>
        <w:autoSpaceDE w:val="0"/>
        <w:widowControl/>
        <w:spacing w:line="230" w:lineRule="auto" w:before="978" w:after="0"/>
        <w:ind w:left="0" w:right="3642" w:firstLine="0"/>
        <w:jc w:val="righ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РАБОЧАЯ ПРОГРАММА</w:t>
      </w:r>
    </w:p>
    <w:p>
      <w:pPr>
        <w:autoSpaceDN w:val="0"/>
        <w:autoSpaceDE w:val="0"/>
        <w:widowControl/>
        <w:spacing w:line="230" w:lineRule="auto" w:before="70" w:after="0"/>
        <w:ind w:left="0" w:right="4414" w:firstLine="0"/>
        <w:jc w:val="righ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(ID 2752830)</w:t>
      </w:r>
    </w:p>
    <w:p>
      <w:pPr>
        <w:autoSpaceDN w:val="0"/>
        <w:autoSpaceDE w:val="0"/>
        <w:widowControl/>
        <w:spacing w:line="230" w:lineRule="auto" w:before="166" w:after="0"/>
        <w:ind w:left="0" w:right="4014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учебного предмета</w:t>
      </w:r>
    </w:p>
    <w:p>
      <w:pPr>
        <w:autoSpaceDN w:val="0"/>
        <w:autoSpaceDE w:val="0"/>
        <w:widowControl/>
        <w:spacing w:line="230" w:lineRule="auto" w:before="70" w:after="0"/>
        <w:ind w:left="0" w:right="3772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«Физическая культура»</w:t>
      </w:r>
    </w:p>
    <w:p>
      <w:pPr>
        <w:autoSpaceDN w:val="0"/>
        <w:autoSpaceDE w:val="0"/>
        <w:widowControl/>
        <w:spacing w:line="230" w:lineRule="auto" w:before="670" w:after="0"/>
        <w:ind w:left="0" w:right="2728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для 5 класса основного общего образования</w:t>
      </w:r>
    </w:p>
    <w:p>
      <w:pPr>
        <w:autoSpaceDN w:val="0"/>
        <w:autoSpaceDE w:val="0"/>
        <w:widowControl/>
        <w:spacing w:line="230" w:lineRule="auto" w:before="70" w:after="0"/>
        <w:ind w:left="0" w:right="3612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на 2022-2023  учебный год</w:t>
      </w:r>
    </w:p>
    <w:p>
      <w:pPr>
        <w:autoSpaceDN w:val="0"/>
        <w:autoSpaceDE w:val="0"/>
        <w:widowControl/>
        <w:spacing w:line="230" w:lineRule="auto" w:before="2112" w:after="0"/>
        <w:ind w:left="0" w:right="20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Составитель: Далгатов Омар Маиндурович</w:t>
      </w:r>
    </w:p>
    <w:p>
      <w:pPr>
        <w:autoSpaceDN w:val="0"/>
        <w:autoSpaceDE w:val="0"/>
        <w:widowControl/>
        <w:spacing w:line="230" w:lineRule="auto" w:before="70" w:after="0"/>
        <w:ind w:left="0" w:right="22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учитель физкультуры</w:t>
      </w:r>
    </w:p>
    <w:p>
      <w:pPr>
        <w:sectPr>
          <w:pgSz w:w="11900" w:h="16840"/>
          <w:pgMar w:top="298" w:right="878" w:bottom="1440" w:left="738" w:header="720" w:footer="720" w:gutter="0"/>
          <w:cols w:space="720" w:num="1" w:equalWidth="0"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3324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Нижний Чирюрт 2021</w:t>
      </w:r>
    </w:p>
    <w:p>
      <w:pPr>
        <w:sectPr>
          <w:pgSz w:w="11900" w:h="16840"/>
          <w:pgMar w:top="298" w:right="1440" w:bottom="1440" w:left="1440" w:header="720" w:footer="720" w:gutter="0"/>
          <w:cols w:space="720" w:num="1" w:equalWidth="0">
            <w:col w:w="9020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ПОЯСНИТЕЛЬНАЯ ЗАПИСКА</w:t>
      </w:r>
    </w:p>
    <w:p>
      <w:pPr>
        <w:autoSpaceDN w:val="0"/>
        <w:autoSpaceDE w:val="0"/>
        <w:widowControl/>
        <w:spacing w:line="230" w:lineRule="auto" w:before="346" w:after="0"/>
        <w:ind w:left="18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ОБЩАЯ ХАРАКТЕРИСТИКА УЧЕБНОГО ПРЕДМЕТА «ФИЗИЧЕСКАЯ КУЛЬТУРА»</w:t>
      </w:r>
    </w:p>
    <w:p>
      <w:pPr>
        <w:autoSpaceDN w:val="0"/>
        <w:autoSpaceDE w:val="0"/>
        <w:widowControl/>
        <w:spacing w:line="286" w:lineRule="auto" w:before="190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 создании рабочей программы учитывались потребности современного российского общества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физически крепком и дееспособном подрастающем поколении, способном активно включаться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разнообразные формы здорового образа жизни, умеющем использовать ценности физической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культуры для самоопределения, саморазвития и самоактуализации. В рабочей программе нашли свои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отражения объективно сложившиеся реалии современного социокультурного развития российского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общества, условия деятельности образовательных организаций, возросшие требования родителей,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учителей и методистов к совершенствованию содержания школьного образования, внедрению новых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методик и технологий в учебно-воспитательный процесс.</w:t>
      </w:r>
    </w:p>
    <w:p>
      <w:pPr>
        <w:autoSpaceDN w:val="0"/>
        <w:autoSpaceDE w:val="0"/>
        <w:widowControl/>
        <w:spacing w:line="276" w:lineRule="auto" w:before="72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своей социально-ценностной ориентации рабочая программа сохраняет исторически сложившееся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предназначение дисциплины «Физическая культура» в качестве средства подготовки учащихся к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предстоящей жизнедеятельности, укрепления их здоровья, повышения функциональных и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адаптивных возможностей систем организма, развития жизненно важных физических качеств.</w:t>
      </w:r>
    </w:p>
    <w:p>
      <w:pPr>
        <w:autoSpaceDN w:val="0"/>
        <w:autoSpaceDE w:val="0"/>
        <w:widowControl/>
        <w:spacing w:line="276" w:lineRule="auto" w:before="70" w:after="0"/>
        <w:ind w:left="0" w:right="2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Программа обеспечивает преемственность с Примерной рабочей программой начального среднего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общего образования, предусматривает возможность активной подготовки учащихся к выполнению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нормативов «Президентских состязаний» и «Всероссийского физкультурно-спортивного комплекса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ГТО».</w:t>
      </w:r>
    </w:p>
    <w:p>
      <w:pPr>
        <w:autoSpaceDN w:val="0"/>
        <w:autoSpaceDE w:val="0"/>
        <w:widowControl/>
        <w:spacing w:line="230" w:lineRule="auto" w:before="190" w:after="0"/>
        <w:ind w:left="18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ЦЕЛИ ИЗУЧЕНИЯ УЧЕБНОГО ПРЕДМЕТА «ФИЗИЧЕСКАЯ КУЛЬТУРА»</w:t>
      </w:r>
    </w:p>
    <w:p>
      <w:pPr>
        <w:autoSpaceDN w:val="0"/>
        <w:autoSpaceDE w:val="0"/>
        <w:widowControl/>
        <w:spacing w:line="286" w:lineRule="auto" w:before="190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Общей целью школьного образования по физической культуре является формирование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разносторонне физически развитой личности, способной активно использовать ценности физической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культуры для укрепления и длительного сохранения собственного здоровья, оптимизации трудовой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деятельности и организации активного отдыха. В рабочей программе для 5 класса данная цель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конкретизируется и связывается с формированием устойчивых мотивов и потребностей школьников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бережном отношении к своему здоровью, целостном развитии физических, психических и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нравственных качеств, творческом использовании ценностей физической культуры в организации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здорового образа жизни, регулярных занятиях двигательной деятельностью и спортом.</w:t>
      </w:r>
    </w:p>
    <w:p>
      <w:pPr>
        <w:autoSpaceDN w:val="0"/>
        <w:autoSpaceDE w:val="0"/>
        <w:widowControl/>
        <w:spacing w:line="283" w:lineRule="auto" w:before="70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Развивающая направленность рабочей программы определяется вектором развития физических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качеств и функциональных возможностей организма занимающихся, являющихся основой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укрепления их здоровья, повышения надёжности и активности адаптивных процессов. Существенным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достижением данной ориентации является приобретение школьниками знаний и умений в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организации самостоятельных форм занятий оздоровительной, спортивной и прикладно-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ориентированной физической культурой, возможностью познания своих физических спосбностей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их целенаправленного развития.</w:t>
      </w:r>
    </w:p>
    <w:p>
      <w:pPr>
        <w:autoSpaceDN w:val="0"/>
        <w:autoSpaceDE w:val="0"/>
        <w:widowControl/>
        <w:spacing w:line="281" w:lineRule="auto" w:before="70" w:after="0"/>
        <w:ind w:left="0" w:right="288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Воспитывающее значение рабочей программы заключается в содействии активной социализации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школьников на основе осмысления и понимания роли и значения мирового и российского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олимпийского движения, приобщения к их культурным ценностям, истории и современному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развитию. В число практических результатов данного направления входит фор​мирование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положительных навыков и умений в общении и взаимодействии со сверстниками и учителями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физической культуры, организации совместной учебной и консультативной деятельности.</w:t>
      </w:r>
    </w:p>
    <w:p>
      <w:pPr>
        <w:autoSpaceDN w:val="0"/>
        <w:autoSpaceDE w:val="0"/>
        <w:widowControl/>
        <w:spacing w:line="276" w:lineRule="auto" w:before="70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Центральной идеей конструирования учебного содержания и планируемых результатов образования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основной школе является воспитание целостной личности учащихся, обеспечение единства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развитии их физической, психической и социальной природы. Реализация этой идеи становится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возможной на основе содержания учебной дисциплины «Физическая культура», которое</w:t>
      </w:r>
    </w:p>
    <w:p>
      <w:pPr>
        <w:sectPr>
          <w:pgSz w:w="11900" w:h="16840"/>
          <w:pgMar w:top="298" w:right="650" w:bottom="444" w:left="666" w:header="720" w:footer="720" w:gutter="0"/>
          <w:cols w:space="720" w:num="1" w:equalWidth="0">
            <w:col w:w="10584" w:space="0"/>
            <w:col w:w="9020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p>
      <w:pPr>
        <w:autoSpaceDN w:val="0"/>
        <w:autoSpaceDE w:val="0"/>
        <w:widowControl/>
        <w:spacing w:line="271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представляется двигательной деятельностью с её базовыми компонентами: информационным (знания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 физической культуре), операциональным (способы самостоятельной деятельности) и мотивационно-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процессуальным (физическое совершенствование).</w:t>
      </w:r>
    </w:p>
    <w:p>
      <w:pPr>
        <w:autoSpaceDN w:val="0"/>
        <w:autoSpaceDE w:val="0"/>
        <w:widowControl/>
        <w:spacing w:line="271" w:lineRule="auto" w:before="70" w:after="0"/>
        <w:ind w:left="0" w:right="576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целях усиления мотивационной составляющей учебного предмета, придания ей личностно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значимого смысла, содержание рабочей программы представляется системой модулей, которые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входят структурными компонентами в раздел «Физическое совершенствование».</w:t>
      </w:r>
    </w:p>
    <w:p>
      <w:pPr>
        <w:autoSpaceDN w:val="0"/>
        <w:tabs>
          <w:tab w:pos="180" w:val="left"/>
        </w:tabs>
        <w:autoSpaceDE w:val="0"/>
        <w:widowControl/>
        <w:spacing w:line="281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>Инвариантные модули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включают в себя содержание базовых видов спорта: гимнастика, лёгкая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атлетика, зимние виды спорта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(на примере лыжной подготовки), спортивные игры, плавание. Данные модули в своём предметном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содержании ориентируются на всестороннюю физическую подготовленность учащихся, освоение ими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технических действий и физических упражнений, содействующих обогащению двигательного опыта.</w:t>
      </w:r>
    </w:p>
    <w:p>
      <w:pPr>
        <w:autoSpaceDN w:val="0"/>
        <w:autoSpaceDE w:val="0"/>
        <w:widowControl/>
        <w:spacing w:line="283" w:lineRule="auto" w:before="72" w:after="0"/>
        <w:ind w:left="0" w:right="432" w:firstLine="180"/>
        <w:jc w:val="left"/>
      </w:pPr>
      <w:r>
        <w:rPr>
          <w:rFonts w:ascii="Times New Roman" w:hAnsi="Times New Roman" w:eastAsia="Times New Roman"/>
          <w:b w:val="0"/>
          <w:i/>
          <w:color w:val="000000"/>
          <w:sz w:val="24"/>
        </w:rPr>
        <w:t>Вариативные модули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объединены в рабочей программе модулем «Спорт», содержание которого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разрабатывается образовательной организацией на основе Примерных модульных программ по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физической культуре для общеобразовательных организаций, рекомендуемых Министерством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просвещения Российской Федерации. Основной содержательной направленностью вариативных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модулей является подготовка учащихся к выполнению нормативных требований Всероссийского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физкультурно-спортивного комплекса ГТО, активное вовлечение их в соревновательную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деятельность.</w:t>
      </w:r>
    </w:p>
    <w:p>
      <w:pPr>
        <w:autoSpaceDN w:val="0"/>
        <w:autoSpaceDE w:val="0"/>
        <w:widowControl/>
        <w:spacing w:line="281" w:lineRule="auto" w:before="70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Исходя из интересов учащихся, традиций конкретного региона или образовательной организации,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модуль «Спорт» может разрабатываться учителями физической культуры на основе содержания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базовой физической подготовки, национальных видов спорта, современных оздоровительных систем.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настоящей рабочей программе в помощь учителям физической культуры в рамках данного модуля,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представлено примерное содержание «Базовой физической подготовки».</w:t>
      </w:r>
    </w:p>
    <w:p>
      <w:pPr>
        <w:autoSpaceDN w:val="0"/>
        <w:autoSpaceDE w:val="0"/>
        <w:widowControl/>
        <w:spacing w:line="230" w:lineRule="auto" w:before="190" w:after="0"/>
        <w:ind w:left="18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МЕСТО УЧЕБНОГО ПРЕДМЕТА «ФИЗИЧЕСКАЯ КУЛЬТУРА» В УЧЕБНОМ ПЛАНЕ</w:t>
      </w:r>
    </w:p>
    <w:p>
      <w:pPr>
        <w:autoSpaceDN w:val="0"/>
        <w:autoSpaceDE w:val="0"/>
        <w:widowControl/>
        <w:spacing w:line="230" w:lineRule="auto" w:before="19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5 классе на изучение предмета отводится 3 часа в неделю, суммарно 102 часа. </w:t>
      </w:r>
    </w:p>
    <w:p>
      <w:pPr>
        <w:autoSpaceDN w:val="0"/>
        <w:autoSpaceDE w:val="0"/>
        <w:widowControl/>
        <w:spacing w:line="271" w:lineRule="auto" w:before="70" w:after="0"/>
        <w:ind w:left="0" w:right="144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Вариативные модули (не менее 1 часа в неделю) могут быть реализованы во внеурочной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деятельности, в том числе в форме сетевого взаимодействия с организациями системы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дополнительного образования детей.</w:t>
      </w:r>
    </w:p>
    <w:p>
      <w:pPr>
        <w:autoSpaceDN w:val="0"/>
        <w:autoSpaceDE w:val="0"/>
        <w:widowControl/>
        <w:spacing w:line="276" w:lineRule="auto" w:before="70" w:after="0"/>
        <w:ind w:left="0" w:right="2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 подготовке рабочей программы учитывались личностные и метапредметные результаты,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зафиксированные в Федеральном государственном образовательном стандарте основного общего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образования и в «Универсальном кодификаторе элементов содержания и требований к результатам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освоения основной образовательной программы основного общего образования».</w:t>
      </w:r>
    </w:p>
    <w:p>
      <w:pPr>
        <w:sectPr>
          <w:pgSz w:w="11900" w:h="16840"/>
          <w:pgMar w:top="286" w:right="662" w:bottom="1440" w:left="666" w:header="720" w:footer="720" w:gutter="0"/>
          <w:cols w:space="720" w:num="1" w:equalWidth="0">
            <w:col w:w="10572" w:space="0"/>
            <w:col w:w="10584" w:space="0"/>
            <w:col w:w="9020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СОДЕРЖАНИЕ УЧЕБНОГО ПРЕДМЕТА </w:t>
      </w:r>
    </w:p>
    <w:p>
      <w:pPr>
        <w:autoSpaceDN w:val="0"/>
        <w:autoSpaceDE w:val="0"/>
        <w:widowControl/>
        <w:spacing w:line="271" w:lineRule="auto" w:before="346" w:after="0"/>
        <w:ind w:left="0" w:right="144" w:firstLine="18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Знания о физической культуре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. Физическая культура в основной школе: задачи, содержание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формы организации занятий. Система дополнительного обучения физической культуре; организация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спортивной работы в общеобразовательной школе.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Физическая культура и здоровый образ жизни: характеристика основных форм занятий физической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культурой, их связь с укреплением здоровья, организацией отдыха и досуга.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288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Исторические сведения об Олимпийских играх Древней Греции, характеристика их содержания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правил спортивной борьбы. Расцвет и завершение истории Олимпийских игр древности.</w:t>
      </w:r>
    </w:p>
    <w:p>
      <w:pPr>
        <w:autoSpaceDN w:val="0"/>
        <w:tabs>
          <w:tab w:pos="180" w:val="left"/>
        </w:tabs>
        <w:autoSpaceDE w:val="0"/>
        <w:widowControl/>
        <w:spacing w:line="283" w:lineRule="auto" w:before="70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>Способы самостоятельной деятельности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. Режим дня и его значение для учащихся школы, связь с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умственной работоспособностью. Составление индивидуального режима дня; определение основных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индивидуальных видов деятельности, их временных диапазонов и последовательности в выполнении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Физическое развитие человека, его показатели и способы измерения. Осанка как показатель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физического развития, правила предупреждения её нарушений в условиях учебной и бытовой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деятельности. Способы измерения и оценивания осанки. Составление комплексов физических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упражнений с коррекционной направленностью и правил их самостоятельного проведения.</w:t>
      </w:r>
    </w:p>
    <w:p>
      <w:pPr>
        <w:autoSpaceDN w:val="0"/>
        <w:tabs>
          <w:tab w:pos="180" w:val="left"/>
        </w:tabs>
        <w:autoSpaceDE w:val="0"/>
        <w:widowControl/>
        <w:spacing w:line="276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Проведение самостоятельных занятий физическими упражнениями на открытых площадках и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домашних условиях; подготовка мест занятий, выбор одежды и обуви; предупреждение травматизма.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Оценивание состояния организма в покое и после физической нагрузки в процессе самостоятельных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занятий физической культуры и спортом.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Составление дневника физической культуры.</w:t>
      </w:r>
    </w:p>
    <w:p>
      <w:pPr>
        <w:autoSpaceDN w:val="0"/>
        <w:autoSpaceDE w:val="0"/>
        <w:widowControl/>
        <w:spacing w:line="276" w:lineRule="auto" w:before="70" w:after="0"/>
        <w:ind w:left="0" w:right="144" w:firstLine="18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Физическое совершенствование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. 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Физкультурно-оздоровительная деятельность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. Роль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значение физкультурно-оздоровительной деятельности в здоровом образе жизни современного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человека. Упражнения утренней зарядки и физкультминуток, дыхательной и зрительной гимнастики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 процессе учебных занятий; закаливающие процедуры после занятий утренней зарядкой.</w:t>
      </w:r>
    </w:p>
    <w:p>
      <w:pPr>
        <w:autoSpaceDN w:val="0"/>
        <w:autoSpaceDE w:val="0"/>
        <w:widowControl/>
        <w:spacing w:line="262" w:lineRule="auto" w:before="70" w:after="0"/>
        <w:ind w:left="0" w:right="2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Упражнения на развитие гибкости и подвижности суставов; развитие координации; формирование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телосложения с использованием внешних отягощений.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1296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Спортивно-оздоровительная деятельность. Роль и значение спортивно-оздоровительной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деятельности в здоровом образе жизни современного человека.</w:t>
      </w:r>
    </w:p>
    <w:p>
      <w:pPr>
        <w:autoSpaceDN w:val="0"/>
        <w:autoSpaceDE w:val="0"/>
        <w:widowControl/>
        <w:spacing w:line="276" w:lineRule="auto" w:before="70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/>
          <w:color w:val="000000"/>
          <w:sz w:val="24"/>
        </w:rPr>
        <w:t>Модуль «Гимнастика»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. Кувырки вперёд и назад в группировке; кувырки вперёд ноги «скрестно»;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кувырки назад из стойки на лопатках (мальчики). Опорные прыжки через гимнастического козла ноги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врозь (мальчики); опорные прыжки на гимнастического козла с последующим спрыгиванием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(девочки).</w:t>
      </w:r>
    </w:p>
    <w:p>
      <w:pPr>
        <w:autoSpaceDN w:val="0"/>
        <w:autoSpaceDE w:val="0"/>
        <w:widowControl/>
        <w:spacing w:line="281" w:lineRule="auto" w:before="72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Упражнения на низком гимнастическом бревне: передвижение ходьбой с поворотами кругом и на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90°, лёгкие подпрыгивания; подпрыгивания толчком двумя ногами; передвижение приставным шагом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(девочки). Упражнения на гимнастической лестнице: перелезание приставным шагом правым и левым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боком; лазанье разноимённым способом по диагонали и одно​имённым способом вверх. Расхождение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на гимнастической скамейке правым и левым боком способом «удерживая за плечи».</w:t>
      </w:r>
    </w:p>
    <w:p>
      <w:pPr>
        <w:autoSpaceDN w:val="0"/>
        <w:autoSpaceDE w:val="0"/>
        <w:widowControl/>
        <w:spacing w:line="271" w:lineRule="auto" w:before="70" w:after="0"/>
        <w:ind w:left="0" w:right="144" w:firstLine="180"/>
        <w:jc w:val="left"/>
      </w:pPr>
      <w:r>
        <w:rPr>
          <w:rFonts w:ascii="Times New Roman" w:hAnsi="Times New Roman" w:eastAsia="Times New Roman"/>
          <w:b w:val="0"/>
          <w:i/>
          <w:color w:val="000000"/>
          <w:sz w:val="24"/>
        </w:rPr>
        <w:t>Модуль «Лёгкая атлетика»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. Бег на длинные дистанции с равномерной скоростью передвижения с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высокого старта; бег на короткие дистанции с максимальной скоростью передвижения. Прыжки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длину с разбега способом «согнув ноги»; прыжки в высоту с прямого разбега.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72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Метание малого мяча с места в вертикальную неподвижную мишень; метание малого мяча на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дальность с трёх шагов разбега.</w:t>
      </w:r>
    </w:p>
    <w:p>
      <w:pPr>
        <w:autoSpaceDN w:val="0"/>
        <w:autoSpaceDE w:val="0"/>
        <w:widowControl/>
        <w:spacing w:line="276" w:lineRule="auto" w:before="70" w:after="0"/>
        <w:ind w:left="0" w:right="288" w:firstLine="180"/>
        <w:jc w:val="left"/>
      </w:pPr>
      <w:r>
        <w:rPr>
          <w:rFonts w:ascii="Times New Roman" w:hAnsi="Times New Roman" w:eastAsia="Times New Roman"/>
          <w:b w:val="0"/>
          <w:i/>
          <w:color w:val="000000"/>
          <w:sz w:val="24"/>
        </w:rPr>
        <w:t>Модуль «Зимние виды спорта»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. Передвижение на лыжах попеременным двухшажным ходом;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повороты на лыжах переступанием на месте и в движении по учебной дистанции; подъём по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пологому склону способом «лесенка» и спуск в основной стойке; преодоление небольших бугров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впадин при спуске с пологого склона.</w:t>
      </w:r>
    </w:p>
    <w:p>
      <w:pPr>
        <w:sectPr>
          <w:pgSz w:w="11900" w:h="16840"/>
          <w:pgMar w:top="298" w:right="650" w:bottom="290" w:left="666" w:header="720" w:footer="720" w:gutter="0"/>
          <w:cols w:space="720" w:num="1" w:equalWidth="0">
            <w:col w:w="10584" w:space="0"/>
            <w:col w:w="10572" w:space="0"/>
            <w:col w:w="10584" w:space="0"/>
            <w:col w:w="9020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96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/>
          <w:color w:val="000000"/>
          <w:sz w:val="24"/>
        </w:rPr>
        <w:t>Модуль «Спортивные игры»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.</w:t>
      </w:r>
    </w:p>
    <w:p>
      <w:pPr>
        <w:autoSpaceDN w:val="0"/>
        <w:autoSpaceDE w:val="0"/>
        <w:widowControl/>
        <w:spacing w:line="271" w:lineRule="auto" w:before="70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  <w:u w:val="single"/>
        </w:rPr>
        <w:t>Баскетбол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. Передача мяча двумя руками от груди, на месте и в движении; ведение мяча на месте и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движении «по прямой», «по кругу» и «змейкой»; бросок мяча в корзину двумя руками от груди с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места; ранее разученные технические действия с мячом.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432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  <w:u w:val="single"/>
        </w:rPr>
        <w:t>Волейбол.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Прямая нижняя подача мяча; приём и передача мяча двумя руками снизу и сверху на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месте и в движении; ранее разученные технические действия с мячом.</w:t>
      </w:r>
    </w:p>
    <w:p>
      <w:pPr>
        <w:autoSpaceDN w:val="0"/>
        <w:autoSpaceDE w:val="0"/>
        <w:widowControl/>
        <w:spacing w:line="271" w:lineRule="auto" w:before="70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  <w:u w:val="single"/>
        </w:rPr>
        <w:t>Футбол.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Удар по неподвижному мячу внутренней стороной стопы с небольшого разбега; остановка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катящегося мяча способом «наступания»; ведение мяча «по прямой», «по кругу» и «змейкой»;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обводка мячом ориентиров (конусов).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432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Совершенствование техники ранее разученных гимнастических и акробатических упражнений,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упражнений лёгкой атлетики и зимних видов спорта, технических действий спортивных игр.</w:t>
      </w:r>
    </w:p>
    <w:p>
      <w:pPr>
        <w:autoSpaceDN w:val="0"/>
        <w:autoSpaceDE w:val="0"/>
        <w:widowControl/>
        <w:spacing w:line="271" w:lineRule="auto" w:before="72" w:after="0"/>
        <w:ind w:left="0" w:right="288" w:firstLine="180"/>
        <w:jc w:val="left"/>
      </w:pPr>
      <w:r>
        <w:rPr>
          <w:rFonts w:ascii="Times New Roman" w:hAnsi="Times New Roman" w:eastAsia="Times New Roman"/>
          <w:b w:val="0"/>
          <w:i/>
          <w:color w:val="000000"/>
          <w:sz w:val="24"/>
        </w:rPr>
        <w:t>Модуль «Спорт»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. Физическая подготовка к выполнению нормативов комплекса ГТО с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использованием средств базовой физической подготовки, видов спорта и оздоровительных систем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физической культуры, национальных видов спорта, культурно-этнических игр.</w:t>
      </w:r>
    </w:p>
    <w:p>
      <w:pPr>
        <w:sectPr>
          <w:pgSz w:w="11900" w:h="16840"/>
          <w:pgMar w:top="316" w:right="728" w:bottom="1440" w:left="666" w:header="720" w:footer="720" w:gutter="0"/>
          <w:cols w:space="720" w:num="1" w:equalWidth="0">
            <w:col w:w="10506" w:space="0"/>
            <w:col w:w="10584" w:space="0"/>
            <w:col w:w="10572" w:space="0"/>
            <w:col w:w="10584" w:space="0"/>
            <w:col w:w="9020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ПЛАНИРУЕМЫЕ ОБРАЗОВАТЕЛЬНЫЕ РЕЗУЛЬТАТЫ</w:t>
      </w:r>
    </w:p>
    <w:p>
      <w:pPr>
        <w:autoSpaceDN w:val="0"/>
        <w:autoSpaceDE w:val="0"/>
        <w:widowControl/>
        <w:spacing w:line="230" w:lineRule="auto" w:before="346" w:after="0"/>
        <w:ind w:left="18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ЛИЧНОСТНЫЕ РЕЗУЛЬТАТЫ</w:t>
      </w:r>
    </w:p>
    <w:p>
      <w:pPr>
        <w:autoSpaceDN w:val="0"/>
        <w:tabs>
          <w:tab w:pos="180" w:val="left"/>
        </w:tabs>
        <w:autoSpaceDE w:val="0"/>
        <w:widowControl/>
        <w:spacing w:line="290" w:lineRule="auto" w:before="19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Готовность проявлять интерес к истории и развитию физической культуры и спорта в Российской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Федерации, гордиться победами выдающихся отечественных спортсменов-олимпийцев;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готовность отстаивать символы Российской Федерации во время спортивных соревнований, уважать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традиции и принципы современных Олимпийских игр и олимпийского движения;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готовность ориентироваться на моральные ценности и нормы межличностного взаимодействия при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организации, планировании и проведении совместных занятий физической культурой и спортом,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оздоровительных мероприятий в условиях активного отдыха и досуга;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готовность оценивать своё поведение и поступки во время проведения совместных занятий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физической культурой, участия в спортивных мероприятиях и соревнованиях;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готовность оказывать первую медицинскую помощь при травмах и ушибах, соблюдать правила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техники безопасности во время совместных занятий физической культурой и спортом;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стремление к физическому совершенствованию, формированию культуры движения и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телосложения, самовыражению в избранном виде спорта;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готовность организовывать и проводить занятия физической культурой и спортом на основе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научных представлений о закономерностях физического развития и физической подготовленности с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учётом самостоятельных наблюдений за изменением их показателей;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осознание здоровья как базовой ценности человека, признание объективной необходимости в его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укреплении и длительном сохранении посредством занятий физической культурой и спортом;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осознание необходимости ведения здорового образа жизни как средства профилактики пагубного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влияния вредных привычек на физическое, психическое и социальное здоровье человека;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способность адаптироваться к стрессовым ситуациям, осуществлять профилактические мероприятия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 регулированию эмоциональных напряжений, активному восстановлению организма после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значительных умственных и физичес​ких нагрузок;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готовность соблюдать правила безопасности во время занятий физической культурой и спортом,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проводить гигиенические и профилактические мероприятия по организации мест занятий, выбору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спортивного инвентаря и оборудования, спортивной одежды;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готовность соблюдать правила и требования к организации бивуака во время туристских походов,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противостоять действиям и поступкам, приносящим вред окружающей среде;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освоение опыта взаимодействия со сверстниками, форм общения и поведения при выполнении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учебных заданий на уроках физической культуры, игровой и соревновательной деятельности;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повышение компетентности в организации самостоятельных занятий физической культурой,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планировании их содержания и направленности в зависимости от индивидуальных интересов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потребностей;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формирование представлений об основных понятиях и терминах физического воспитания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спортивной тренировки, умений руководствоваться ими в познавательной и практической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деятельности, общении со сверстниками, публичных выступлениях и дискуссиях.</w:t>
      </w:r>
    </w:p>
    <w:p>
      <w:pPr>
        <w:autoSpaceDN w:val="0"/>
        <w:autoSpaceDE w:val="0"/>
        <w:widowControl/>
        <w:spacing w:line="230" w:lineRule="auto" w:before="190" w:after="0"/>
        <w:ind w:left="18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МЕТАПРЕДМЕТНЫЕ РЕЗУЛЬТАТЫ</w:t>
      </w:r>
    </w:p>
    <w:p>
      <w:pPr>
        <w:autoSpaceDN w:val="0"/>
        <w:tabs>
          <w:tab w:pos="180" w:val="left"/>
        </w:tabs>
        <w:autoSpaceDE w:val="0"/>
        <w:widowControl/>
        <w:spacing w:line="281" w:lineRule="auto" w:before="190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/>
          <w:i/>
          <w:color w:val="000000"/>
          <w:sz w:val="24"/>
        </w:rPr>
        <w:t xml:space="preserve">Универсальные познавательные действия: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проводить сравнение соревновательных упражнений Олимпийских игр древности и современных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Олимпийских игр, выявлять их общность и различия;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осмысливать Олимпийскую хартию как основополагающий документ современного олимпийского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движения, приводить примеры её гуманистической направленности;</w:t>
      </w:r>
    </w:p>
    <w:p>
      <w:pPr>
        <w:sectPr>
          <w:pgSz w:w="11900" w:h="16840"/>
          <w:pgMar w:top="298" w:right="644" w:bottom="444" w:left="666" w:header="720" w:footer="720" w:gutter="0"/>
          <w:cols w:space="720" w:num="1" w:equalWidth="0">
            <w:col w:w="10590" w:space="0"/>
            <w:col w:w="10506" w:space="0"/>
            <w:col w:w="10584" w:space="0"/>
            <w:col w:w="10572" w:space="0"/>
            <w:col w:w="10584" w:space="0"/>
            <w:col w:w="9020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tabs>
          <w:tab w:pos="180" w:val="left"/>
        </w:tabs>
        <w:autoSpaceDE w:val="0"/>
        <w:widowControl/>
        <w:spacing w:line="288" w:lineRule="auto" w:before="0" w:after="0"/>
        <w:ind w:left="0" w:right="288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анализировать влияние занятий физической культурой и спортом на воспитание положительных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качеств личности, устанавливать возможность профилактики вредных привычек;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характеризовать туристские походы как форму активного отдыха, выявлять их целевое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предназначение в сохранении и укреплении здоровья; руководствоваться требованиями техники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безопасности во время передвижения по маршруту и организации бивуака;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устанавливать причинно-следственную связь между планированием режима дня и изменениями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показателей работоспособности;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устанавливать связь негативного влияния нарушения осанки на состояние здоровья и выявлять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причины нарушений, измерять индивидуальную форму и составлять комплексы упражнений по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профилактике и коррекции выявляемых нарушений;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устанавливать причинно-следственную связь между уровнем развития физических качеств,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состоянием здоровья и функциональными возможностями основных систем организма;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устанавливать причинно-следственную связь между качеством владения техникой физического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упражнения и возможностью возникновения травм и ушибов во время самостоятельных занятий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физической культурой и спортом;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устанавливать причинно-следственную связь между подготовкой мест занятий на открытых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площадках и правилами предупреждения травматизма.</w:t>
      </w:r>
    </w:p>
    <w:p>
      <w:pPr>
        <w:autoSpaceDN w:val="0"/>
        <w:tabs>
          <w:tab w:pos="180" w:val="left"/>
        </w:tabs>
        <w:autoSpaceDE w:val="0"/>
        <w:widowControl/>
        <w:spacing w:line="288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/>
          <w:color w:val="000000"/>
          <w:sz w:val="24"/>
        </w:rPr>
        <w:t xml:space="preserve">Универсальные коммуникативные действия: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выбирать, анализировать и систематизировать информацию из разных источников об образцах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техники выполнения разучиваемых упражнений, правилах планирования самостоятельных занятий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физической и технической подготовкой;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вести наблюдения за развитием физических качеств, сравнивать их показатели с данными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возрастно-половых стандартов, составлять планы занятий на основе определённых правил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регулировать нагрузку по частоте пульса и внешним признакам утомления;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описывать и анализировать технику разучиваемого упражнения, выделять фазы и элементы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движений, подбирать подготовительные упражнения и планировать последовательность решения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задач обучения; оценивать эффективность обучения посредством сравнения с эталонным образцом;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наблюдать, анализировать и контролировать технику выполнения физических упражнений другими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учащимися, сравнивать её с эталонным образцом, выявлять ошибки и предлагать способы их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устранения;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изучать и коллективно обсуждать технику «иллюстративного образца» разучиваемого упражнения,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рассматривать и моделировать появление ошибок, анализировать возможные причины их появления,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выяснять способы их устранения.</w:t>
      </w:r>
    </w:p>
    <w:p>
      <w:pPr>
        <w:autoSpaceDN w:val="0"/>
        <w:tabs>
          <w:tab w:pos="180" w:val="left"/>
        </w:tabs>
        <w:autoSpaceDE w:val="0"/>
        <w:widowControl/>
        <w:spacing w:line="288" w:lineRule="auto" w:before="72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/>
          <w:color w:val="000000"/>
          <w:sz w:val="24"/>
        </w:rPr>
        <w:t xml:space="preserve">Универсальные учебные регулятивные действия: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составлять и выполнять индивидуальные комплексы физических упражнений с разной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функциональной направленностью, выявлять особенности их воздействия на состояние организма,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развитие его резервных возможностей с помощью процедур контроля и функциональных проб;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составлять и выполнять акробатические и гимнастические комплексы упражнений, самостоятельно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разучивать сложно-координированные упражнения на спортивных снарядах;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активно взаимодействовать в условиях учебной и игровой деятельности, ориентироваться на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указания учителя и правила игры при возникновении  конфликтных и нестандартных ситуаций,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признавать своё право и право других на ошибку, право на её совместное исправление;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разучивать и выполнять технические действия в игровых видах спорта, активно взаимодействуют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 совместных тактических действиях в защите и нападении, терпимо относится к ошибкам игроков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своей команды и команды соперников;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организовывать оказание первой помощи при травмах и ушибах во время самостоятельных занятий</w:t>
      </w:r>
    </w:p>
    <w:p>
      <w:pPr>
        <w:sectPr>
          <w:pgSz w:w="11900" w:h="16840"/>
          <w:pgMar w:top="298" w:right="732" w:bottom="428" w:left="666" w:header="720" w:footer="720" w:gutter="0"/>
          <w:cols w:space="720" w:num="1" w:equalWidth="0">
            <w:col w:w="10502" w:space="0"/>
            <w:col w:w="10590" w:space="0"/>
            <w:col w:w="10506" w:space="0"/>
            <w:col w:w="10584" w:space="0"/>
            <w:col w:w="10572" w:space="0"/>
            <w:col w:w="10584" w:space="0"/>
            <w:col w:w="9020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p>
      <w:pPr>
        <w:autoSpaceDN w:val="0"/>
        <w:autoSpaceDE w:val="0"/>
        <w:widowControl/>
        <w:spacing w:line="262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физической культурой и спортом, применять способы и приёмы помощи в зависимости от характера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признаков полученной травмы.</w:t>
      </w:r>
    </w:p>
    <w:p>
      <w:pPr>
        <w:autoSpaceDN w:val="0"/>
        <w:autoSpaceDE w:val="0"/>
        <w:widowControl/>
        <w:spacing w:line="230" w:lineRule="auto" w:before="190" w:after="0"/>
        <w:ind w:left="18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ПРЕДМЕТНЫЕ РЕЗУЛЬТАТЫ</w:t>
      </w:r>
    </w:p>
    <w:p>
      <w:pPr>
        <w:autoSpaceDN w:val="0"/>
        <w:tabs>
          <w:tab w:pos="180" w:val="left"/>
        </w:tabs>
        <w:autoSpaceDE w:val="0"/>
        <w:widowControl/>
        <w:spacing w:line="290" w:lineRule="auto" w:before="19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 концу обучения в 5 классе обучающийся научится: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выполнять требования безопасности на уроках физической культуры, на самостоятельных занятиях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физическими упражнениями в условиях активного отдыха и досуга;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проводить измерение индивидуальной осанки и сравнивать её показатели со стандартами,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составлять комплексы упражнений по коррекции и профилактике её нарушения, планировать их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выполнение в режиме дня;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составлять дневник физической культуры и вести в нём наблюдение за показателями физического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развития и физической подготовленности, планировать содержание и регулярность проведения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самостоятельных занятий;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осуществлять профилактику утомления во время учебной деятельности, выполнять комплексы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упражнений физкультминуток, дыхательной и зрительной гимнастики;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выполнять комплексы упражнений оздоровительной физической культуры на развитие гибкости,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координации и формирование телосложения;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выполнять опорный прыжок с разбега способом «ноги врозь» (мальчики) и способом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«напрыгивания с последующим спрыгиванием» (девочки);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выполнять упражнения в висах и упорах на низкой гимнастической перекладине (мальчики);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передвижениях по гимнастическому бревну ходьбой и приставным шагом с поворотами,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подпрыгиванием на двух ногах на месте и с продвижением (девочки);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передвигаться по гимнастической стенке приставным шагом, лазать разноимённым способом вверх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 по диагонали;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выполнять бег с равномерной скоростью с высокого старта по учебной дистанции;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демонстрировать технику прыжка в длину с разбега способом «согнув ноги»;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передвигаться на лыжах попеременным двухшажным ходом (для бесснежных районов — имитация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передвижения);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демонстрировать технические действия в спортивных играх: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баскетбол (ведение мяча с равномерной скоростью в разных направлениях; приём и передача мяча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двумя руками от груди с места и в движении);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волейбол (приём и передача мяча двумя руками снизу и сверху с места и в движении, прямая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нижняя подача);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футбол (ведение мяча с равномерной скоростью в разных направлениях, приём и передача мяча,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удар по неподвижному мячу с небольшого разбега);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тренироваться в упражнениях общефизической и специальной физической подготовки с учётом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индивидуальных и возрастно-половых особенностей.</w:t>
      </w:r>
    </w:p>
    <w:p>
      <w:pPr>
        <w:sectPr>
          <w:pgSz w:w="11900" w:h="16840"/>
          <w:pgMar w:top="286" w:right="652" w:bottom="1440" w:left="666" w:header="720" w:footer="720" w:gutter="0"/>
          <w:cols w:space="720" w:num="1" w:equalWidth="0">
            <w:col w:w="10582" w:space="0"/>
            <w:col w:w="10502" w:space="0"/>
            <w:col w:w="10590" w:space="0"/>
            <w:col w:w="10506" w:space="0"/>
            <w:col w:w="10584" w:space="0"/>
            <w:col w:w="10572" w:space="0"/>
            <w:col w:w="10584" w:space="0"/>
            <w:col w:w="9020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4"/>
        <w:ind w:left="0" w:right="0"/>
      </w:pPr>
    </w:p>
    <w:p>
      <w:pPr>
        <w:autoSpaceDN w:val="0"/>
        <w:autoSpaceDE w:val="0"/>
        <w:widowControl/>
        <w:spacing w:line="233" w:lineRule="auto" w:before="0" w:after="258"/>
        <w:ind w:left="0" w:right="0" w:firstLine="0"/>
        <w:jc w:val="left"/>
      </w:pPr>
      <w:r>
        <w:rPr>
          <w:w w:val="101.11057883814763"/>
          <w:rFonts w:ascii="Times New Roman" w:hAnsi="Times New Roman" w:eastAsia="Times New Roman"/>
          <w:b/>
          <w:i w:val="0"/>
          <w:color w:val="000000"/>
          <w:sz w:val="19"/>
        </w:rPr>
        <w:t xml:space="preserve">ТЕМАТИЧЕСКОЕ ПЛАНИРОВАНИЕ </w:t>
      </w: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726"/>
        <w:gridCol w:w="1726"/>
        <w:gridCol w:w="1726"/>
        <w:gridCol w:w="1726"/>
        <w:gridCol w:w="1726"/>
        <w:gridCol w:w="1726"/>
        <w:gridCol w:w="1726"/>
        <w:gridCol w:w="1726"/>
        <w:gridCol w:w="1726"/>
      </w:tblGrid>
      <w:tr>
        <w:trPr>
          <w:trHeight w:hRule="exact" w:val="348"/>
        </w:trPr>
        <w:tc>
          <w:tcPr>
            <w:tcW w:type="dxa" w:w="468"/>
            <w:vMerge w:val="restart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144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№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п/п</w:t>
            </w:r>
          </w:p>
        </w:tc>
        <w:tc>
          <w:tcPr>
            <w:tcW w:type="dxa" w:w="5260"/>
            <w:vMerge w:val="restart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Наименование разделов и тем программы</w:t>
            </w:r>
          </w:p>
        </w:tc>
        <w:tc>
          <w:tcPr>
            <w:tcW w:type="dxa" w:w="2772"/>
            <w:gridSpan w:val="3"/>
            <w:tcBorders>
              <w:start w:sz="4.800000000000182" w:val="single" w:color="#000000"/>
              <w:top w:sz="4.800000000000011" w:val="single" w:color="#000000"/>
              <w:end w:sz="4.0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Количество часов</w:t>
            </w:r>
          </w:p>
        </w:tc>
        <w:tc>
          <w:tcPr>
            <w:tcW w:type="dxa" w:w="866"/>
            <w:vMerge w:val="restart"/>
            <w:tcBorders>
              <w:start w:sz="4.0" w:val="single" w:color="#000000"/>
              <w:top w:sz="4.800000000000011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Дата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изучения</w:t>
            </w:r>
          </w:p>
        </w:tc>
        <w:tc>
          <w:tcPr>
            <w:tcW w:type="dxa" w:w="3926"/>
            <w:vMerge w:val="restart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Виды деятельности</w:t>
            </w:r>
          </w:p>
        </w:tc>
        <w:tc>
          <w:tcPr>
            <w:tcW w:type="dxa" w:w="828"/>
            <w:vMerge w:val="restart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Виды,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формы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контроля</w:t>
            </w:r>
          </w:p>
        </w:tc>
        <w:tc>
          <w:tcPr>
            <w:tcW w:type="dxa" w:w="1382"/>
            <w:vMerge w:val="restart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Электронные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(цифровые)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образовательные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ресурсы</w:t>
            </w:r>
          </w:p>
        </w:tc>
      </w:tr>
      <w:tr>
        <w:trPr>
          <w:trHeight w:hRule="exact" w:val="576"/>
        </w:trPr>
        <w:tc>
          <w:tcPr>
            <w:tcW w:type="dxa" w:w="1726"/>
            <w:vMerge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800000000000068" w:val="single" w:color="#000000"/>
            </w:tcBorders>
          </w:tcPr>
          <w:p/>
        </w:tc>
        <w:tc>
          <w:tcPr>
            <w:tcW w:type="dxa" w:w="1726"/>
            <w:vMerge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</w:tcPr>
          <w:p/>
        </w:tc>
        <w:tc>
          <w:tcPr>
            <w:tcW w:type="dxa" w:w="528"/>
            <w:tcBorders>
              <w:start w:sz="4.800000000000182" w:val="single" w:color="#000000"/>
              <w:top w:sz="4.800000000000068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всего</w:t>
            </w:r>
          </w:p>
        </w:tc>
        <w:tc>
          <w:tcPr>
            <w:tcW w:type="dxa" w:w="1104"/>
            <w:tcBorders>
              <w:start w:sz="4.799999999999727" w:val="single" w:color="#000000"/>
              <w:top w:sz="4.800000000000068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контрольные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работы</w:t>
            </w:r>
          </w:p>
        </w:tc>
        <w:tc>
          <w:tcPr>
            <w:tcW w:type="dxa" w:w="1140"/>
            <w:tcBorders>
              <w:start w:sz="4.799999999999727" w:val="single" w:color="#000000"/>
              <w:top w:sz="4.800000000000068" w:val="single" w:color="#000000"/>
              <w:end w:sz="4.0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практические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работы</w:t>
            </w:r>
          </w:p>
        </w:tc>
        <w:tc>
          <w:tcPr>
            <w:tcW w:type="dxa" w:w="1726"/>
            <w:vMerge/>
            <w:tcBorders>
              <w:start w:sz="4.0" w:val="single" w:color="#000000"/>
              <w:top w:sz="4.800000000000011" w:val="single" w:color="#000000"/>
              <w:end w:sz="4.799999999999727" w:val="single" w:color="#000000"/>
              <w:bottom w:sz="4.800000000000068" w:val="single" w:color="#000000"/>
            </w:tcBorders>
          </w:tcPr>
          <w:p/>
        </w:tc>
        <w:tc>
          <w:tcPr>
            <w:tcW w:type="dxa" w:w="1726"/>
            <w:vMerge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</w:tcPr>
          <w:p/>
        </w:tc>
        <w:tc>
          <w:tcPr>
            <w:tcW w:type="dxa" w:w="1726"/>
            <w:vMerge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</w:tcPr>
          <w:p/>
        </w:tc>
        <w:tc>
          <w:tcPr>
            <w:tcW w:type="dxa" w:w="1726"/>
            <w:vMerge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</w:tcPr>
          <w:p/>
        </w:tc>
      </w:tr>
      <w:tr>
        <w:trPr>
          <w:trHeight w:hRule="exact" w:val="348"/>
        </w:trPr>
        <w:tc>
          <w:tcPr>
            <w:tcW w:type="dxa" w:w="15502"/>
            <w:gridSpan w:val="9"/>
            <w:tcBorders>
              <w:start w:sz="4.800000000000011" w:val="single" w:color="#000000"/>
              <w:top w:sz="4.800000000000068" w:val="single" w:color="#000000"/>
              <w:end w:sz="4.800000000000182" w:val="single" w:color="#000000"/>
              <w:bottom w:sz="5.600000000000023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Раздел 1. ЗНАНИЯ О ФИЗИЧЕСКОЙ КУЛЬТУРЕ</w:t>
            </w:r>
          </w:p>
        </w:tc>
      </w:tr>
      <w:tr>
        <w:trPr>
          <w:trHeight w:hRule="exact" w:val="542"/>
        </w:trPr>
        <w:tc>
          <w:tcPr>
            <w:tcW w:type="dxa" w:w="468"/>
            <w:tcBorders>
              <w:start w:sz="4.800000000000011" w:val="single" w:color="#000000"/>
              <w:top w:sz="5.600000000000023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1.1.</w:t>
            </w:r>
          </w:p>
        </w:tc>
        <w:tc>
          <w:tcPr>
            <w:tcW w:type="dxa" w:w="5260"/>
            <w:tcBorders>
              <w:start w:sz="4.7999999999999545" w:val="single" w:color="#000000"/>
              <w:top w:sz="5.600000000000023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576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Знакомство с программным материалом и требованиями к его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освоению</w:t>
            </w:r>
          </w:p>
        </w:tc>
        <w:tc>
          <w:tcPr>
            <w:tcW w:type="dxa" w:w="528"/>
            <w:tcBorders>
              <w:start w:sz="4.800000000000182" w:val="single" w:color="#000000"/>
              <w:top w:sz="5.600000000000023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799999999999727" w:val="single" w:color="#000000"/>
              <w:top w:sz="5.600000000000023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727" w:val="single" w:color="#000000"/>
              <w:top w:sz="5.600000000000023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6"/>
            <w:tcBorders>
              <w:start w:sz="4.0" w:val="single" w:color="#000000"/>
              <w:top w:sz="5.600000000000023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02.09.2022</w:t>
            </w:r>
          </w:p>
        </w:tc>
        <w:tc>
          <w:tcPr>
            <w:tcW w:type="dxa" w:w="3926"/>
            <w:tcBorders>
              <w:start w:sz="4.799999999999727" w:val="single" w:color="#000000"/>
              <w:top w:sz="5.600000000000023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обсуждают задачи и содержание занятий физической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культурой на предстоящий учебный год;;</w:t>
            </w:r>
          </w:p>
        </w:tc>
        <w:tc>
          <w:tcPr>
            <w:tcW w:type="dxa" w:w="828"/>
            <w:tcBorders>
              <w:start w:sz="4.800000000000182" w:val="single" w:color="#000000"/>
              <w:top w:sz="5.600000000000023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382"/>
            <w:tcBorders>
              <w:start w:sz="4.800000000000182" w:val="single" w:color="#000000"/>
              <w:top w:sz="5.600000000000023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</w:t>
            </w:r>
          </w:p>
        </w:tc>
      </w:tr>
      <w:tr>
        <w:trPr>
          <w:trHeight w:hRule="exact" w:val="732"/>
        </w:trPr>
        <w:tc>
          <w:tcPr>
            <w:tcW w:type="dxa" w:w="468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1.2.</w:t>
            </w:r>
          </w:p>
        </w:tc>
        <w:tc>
          <w:tcPr>
            <w:tcW w:type="dxa" w:w="526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576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Знакомство с системой дополнительного обучения физической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культуре и организацией спортивной работы в школе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04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40"/>
            <w:tcBorders>
              <w:start w:sz="4.799999999999727" w:val="single" w:color="#000000"/>
              <w:top w:sz="4.7999999999999545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866"/>
            <w:tcBorders>
              <w:start w:sz="4.0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05.09.2022</w:t>
            </w:r>
          </w:p>
        </w:tc>
        <w:tc>
          <w:tcPr>
            <w:tcW w:type="dxa" w:w="392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приводят примеры содержательного наполнения форм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занятий физкультурно-оздоровительной и спортивно-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оздоровительной направленности;;</w:t>
            </w:r>
          </w:p>
        </w:tc>
        <w:tc>
          <w:tcPr>
            <w:tcW w:type="dxa" w:w="82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Зачет;</w:t>
            </w:r>
          </w:p>
        </w:tc>
        <w:tc>
          <w:tcPr>
            <w:tcW w:type="dxa" w:w="138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732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1.3.</w:t>
            </w:r>
          </w:p>
        </w:tc>
        <w:tc>
          <w:tcPr>
            <w:tcW w:type="dxa" w:w="526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Знакомство с понятием «здоровый образ жизни» и значением здорового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образа жизни в жизнедеятельности современного человека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727" w:val="single" w:color="#000000"/>
              <w:top w:sz="4.800000000000182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6"/>
            <w:tcBorders>
              <w:start w:sz="4.0" w:val="single" w:color="#000000"/>
              <w:top w:sz="4.800000000000182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06.09.2022</w:t>
            </w:r>
          </w:p>
        </w:tc>
        <w:tc>
          <w:tcPr>
            <w:tcW w:type="dxa" w:w="39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задают вопросы по организации спортивных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соревнований, делают выводы о возможном в них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участии;</w:t>
            </w:r>
          </w:p>
        </w:tc>
        <w:tc>
          <w:tcPr>
            <w:tcW w:type="dxa" w:w="82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38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732"/>
        </w:trPr>
        <w:tc>
          <w:tcPr>
            <w:tcW w:type="dxa" w:w="468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1.4.</w:t>
            </w:r>
          </w:p>
        </w:tc>
        <w:tc>
          <w:tcPr>
            <w:tcW w:type="dxa" w:w="526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Знакомство с историей древних Олимпийских игр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40"/>
            <w:tcBorders>
              <w:start w:sz="4.799999999999727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6"/>
            <w:tcBorders>
              <w:start w:sz="4.0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10.09.2022</w:t>
            </w:r>
          </w:p>
        </w:tc>
        <w:tc>
          <w:tcPr>
            <w:tcW w:type="dxa" w:w="392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задают вопросы по организации спортивных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соревнований, делают выводы о возможном в них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участии;</w:t>
            </w:r>
          </w:p>
        </w:tc>
        <w:tc>
          <w:tcPr>
            <w:tcW w:type="dxa" w:w="82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Зачет;</w:t>
            </w:r>
          </w:p>
        </w:tc>
        <w:tc>
          <w:tcPr>
            <w:tcW w:type="dxa" w:w="138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</w:t>
            </w:r>
          </w:p>
        </w:tc>
      </w:tr>
      <w:tr>
        <w:trPr>
          <w:trHeight w:hRule="exact" w:val="348"/>
        </w:trPr>
        <w:tc>
          <w:tcPr>
            <w:tcW w:type="dxa" w:w="5728"/>
            <w:gridSpan w:val="2"/>
            <w:tcBorders>
              <w:start w:sz="4.800000000000011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разделу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</w:t>
            </w:r>
          </w:p>
        </w:tc>
        <w:tc>
          <w:tcPr>
            <w:tcW w:type="dxa" w:w="9246"/>
            <w:gridSpan w:val="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48"/>
        </w:trPr>
        <w:tc>
          <w:tcPr>
            <w:tcW w:type="dxa" w:w="15502"/>
            <w:gridSpan w:val="9"/>
            <w:tcBorders>
              <w:start w:sz="4.800000000000011" w:val="single" w:color="#000000"/>
              <w:top w:sz="4.799999999999727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Раздел 2. СПОСОБЫ САМОСТОЯТЕЛЬНОЙ ДЕЯТЕЛЬНОСТИ</w:t>
            </w:r>
          </w:p>
        </w:tc>
      </w:tr>
      <w:tr>
        <w:trPr>
          <w:trHeight w:hRule="exact" w:val="734"/>
        </w:trPr>
        <w:tc>
          <w:tcPr>
            <w:tcW w:type="dxa" w:w="468"/>
            <w:tcBorders>
              <w:start w:sz="4.800000000000011" w:val="single" w:color="#000000"/>
              <w:top w:sz="5.599999999999909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2.1.</w:t>
            </w:r>
          </w:p>
        </w:tc>
        <w:tc>
          <w:tcPr>
            <w:tcW w:type="dxa" w:w="5260"/>
            <w:tcBorders>
              <w:start w:sz="4.7999999999999545" w:val="single" w:color="#000000"/>
              <w:top w:sz="5.599999999999909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Режим дня и его значение для современного школьника</w:t>
            </w:r>
          </w:p>
        </w:tc>
        <w:tc>
          <w:tcPr>
            <w:tcW w:type="dxa" w:w="528"/>
            <w:tcBorders>
              <w:start w:sz="4.800000000000182" w:val="single" w:color="#000000"/>
              <w:top w:sz="5.599999999999909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799999999999727" w:val="single" w:color="#000000"/>
              <w:top w:sz="5.599999999999909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40"/>
            <w:tcBorders>
              <w:start w:sz="4.799999999999727" w:val="single" w:color="#000000"/>
              <w:top w:sz="5.599999999999909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6"/>
            <w:tcBorders>
              <w:start w:sz="4.0" w:val="single" w:color="#000000"/>
              <w:top w:sz="5.599999999999909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12.09.2022</w:t>
            </w:r>
          </w:p>
        </w:tc>
        <w:tc>
          <w:tcPr>
            <w:tcW w:type="dxa" w:w="3926"/>
            <w:tcBorders>
              <w:start w:sz="4.799999999999727" w:val="single" w:color="#000000"/>
              <w:top w:sz="5.599999999999909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устанавливают причинно-следственную связь между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планированием режима дня школьника и изменениями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показателей работоспособности в течение дня.;</w:t>
            </w:r>
          </w:p>
        </w:tc>
        <w:tc>
          <w:tcPr>
            <w:tcW w:type="dxa" w:w="828"/>
            <w:tcBorders>
              <w:start w:sz="4.800000000000182" w:val="single" w:color="#000000"/>
              <w:top w:sz="5.599999999999909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382"/>
            <w:tcBorders>
              <w:start w:sz="4.800000000000182" w:val="single" w:color="#000000"/>
              <w:top w:sz="5.599999999999909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696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2.2.</w:t>
            </w:r>
          </w:p>
        </w:tc>
        <w:tc>
          <w:tcPr>
            <w:tcW w:type="dxa" w:w="526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Самостоятельное составление индивидуального режима дня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40"/>
            <w:tcBorders>
              <w:start w:sz="4.799999999999727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6"/>
            <w:tcBorders>
              <w:start w:sz="4.0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13.09.2022</w:t>
            </w:r>
          </w:p>
        </w:tc>
        <w:tc>
          <w:tcPr>
            <w:tcW w:type="dxa" w:w="39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приводят примеры влияния занятий физическими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упражнениями на показатели физического развития.;</w:t>
            </w:r>
          </w:p>
        </w:tc>
        <w:tc>
          <w:tcPr>
            <w:tcW w:type="dxa" w:w="82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38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</w:t>
            </w:r>
          </w:p>
        </w:tc>
      </w:tr>
      <w:tr>
        <w:trPr>
          <w:trHeight w:hRule="exact" w:val="732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2.3.</w:t>
            </w:r>
          </w:p>
        </w:tc>
        <w:tc>
          <w:tcPr>
            <w:tcW w:type="dxa" w:w="526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86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Физическое развитие человека и факторы, влияющие на его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показатели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04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40"/>
            <w:tcBorders>
              <w:start w:sz="4.799999999999727" w:val="single" w:color="#000000"/>
              <w:top w:sz="4.800000000000182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866"/>
            <w:tcBorders>
              <w:start w:sz="4.0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17.09.2022</w:t>
            </w:r>
          </w:p>
        </w:tc>
        <w:tc>
          <w:tcPr>
            <w:tcW w:type="dxa" w:w="39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знакомятся с понятиями «правильная осанка» и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«неправильная осанка», видами осанки и возможными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причинами нарушения;;</w:t>
            </w:r>
          </w:p>
        </w:tc>
        <w:tc>
          <w:tcPr>
            <w:tcW w:type="dxa" w:w="82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Зачет;</w:t>
            </w:r>
          </w:p>
        </w:tc>
        <w:tc>
          <w:tcPr>
            <w:tcW w:type="dxa" w:w="138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540"/>
        </w:trPr>
        <w:tc>
          <w:tcPr>
            <w:tcW w:type="dxa" w:w="468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2.4.</w:t>
            </w:r>
          </w:p>
        </w:tc>
        <w:tc>
          <w:tcPr>
            <w:tcW w:type="dxa" w:w="526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Осанка как показатель физического развития и здоровья школьника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40"/>
            <w:tcBorders>
              <w:start w:sz="4.799999999999727" w:val="single" w:color="#000000"/>
              <w:top w:sz="4.799999999999727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6"/>
            <w:tcBorders>
              <w:start w:sz="4.0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19.09.2022</w:t>
            </w:r>
          </w:p>
        </w:tc>
        <w:tc>
          <w:tcPr>
            <w:tcW w:type="dxa" w:w="392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составляют индивидуальный режим дня и оформляют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его в виде таблицы.;</w:t>
            </w:r>
          </w:p>
        </w:tc>
        <w:tc>
          <w:tcPr>
            <w:tcW w:type="dxa" w:w="828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382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1118"/>
        </w:trPr>
        <w:tc>
          <w:tcPr>
            <w:tcW w:type="dxa" w:w="468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2.5.</w:t>
            </w:r>
          </w:p>
        </w:tc>
        <w:tc>
          <w:tcPr>
            <w:tcW w:type="dxa" w:w="526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Измерение индивидуальных показателей физического развития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40"/>
            <w:tcBorders>
              <w:start w:sz="4.799999999999727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6"/>
            <w:tcBorders>
              <w:start w:sz="4.0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20.09.2022</w:t>
            </w:r>
          </w:p>
        </w:tc>
        <w:tc>
          <w:tcPr>
            <w:tcW w:type="dxa" w:w="392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составляют индивидуальный режим дня и оформляют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его в виде таблицы.;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знакомятся с понятием «физическое развитие» в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значении «процесс взросления организма под влиянием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наследственных программ»;;</w:t>
            </w:r>
          </w:p>
        </w:tc>
        <w:tc>
          <w:tcPr>
            <w:tcW w:type="dxa" w:w="828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382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</w:t>
            </w:r>
          </w:p>
        </w:tc>
      </w:tr>
      <w:tr>
        <w:trPr>
          <w:trHeight w:hRule="exact" w:val="540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2.6.</w:t>
            </w:r>
          </w:p>
        </w:tc>
        <w:tc>
          <w:tcPr>
            <w:tcW w:type="dxa" w:w="526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Упражнения для профилактики нарушения осанки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04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40"/>
            <w:tcBorders>
              <w:start w:sz="4.799999999999727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866"/>
            <w:tcBorders>
              <w:start w:sz="4.0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24.09.2022</w:t>
            </w:r>
          </w:p>
        </w:tc>
        <w:tc>
          <w:tcPr>
            <w:tcW w:type="dxa" w:w="39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приводят примеры влияния занятий физическими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упражнениями на показатели физического развития.;</w:t>
            </w:r>
          </w:p>
        </w:tc>
        <w:tc>
          <w:tcPr>
            <w:tcW w:type="dxa" w:w="82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38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712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2.7.</w:t>
            </w:r>
          </w:p>
        </w:tc>
        <w:tc>
          <w:tcPr>
            <w:tcW w:type="dxa" w:w="526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Организация и проведение самостоятельных занятий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40"/>
            <w:tcBorders>
              <w:start w:sz="4.799999999999727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6"/>
            <w:tcBorders>
              <w:start w:sz="4.0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26.09.2022</w:t>
            </w:r>
          </w:p>
        </w:tc>
        <w:tc>
          <w:tcPr>
            <w:tcW w:type="dxa" w:w="39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знакомятся с понятием «работоспособность» 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изменениями показателей работоспособности в течение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дня;;</w:t>
            </w:r>
          </w:p>
        </w:tc>
        <w:tc>
          <w:tcPr>
            <w:tcW w:type="dxa" w:w="82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38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2" w:right="640" w:bottom="526" w:left="666" w:header="720" w:footer="720" w:gutter="0"/>
          <w:cols w:space="720" w:num="1" w:equalWidth="0">
            <w:col w:w="15534" w:space="0"/>
            <w:col w:w="10582" w:space="0"/>
            <w:col w:w="10502" w:space="0"/>
            <w:col w:w="10590" w:space="0"/>
            <w:col w:w="10506" w:space="0"/>
            <w:col w:w="10584" w:space="0"/>
            <w:col w:w="10572" w:space="0"/>
            <w:col w:w="10584" w:space="0"/>
            <w:col w:w="9020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726"/>
        <w:gridCol w:w="1726"/>
        <w:gridCol w:w="1726"/>
        <w:gridCol w:w="1726"/>
        <w:gridCol w:w="1726"/>
        <w:gridCol w:w="1726"/>
        <w:gridCol w:w="1726"/>
        <w:gridCol w:w="1726"/>
        <w:gridCol w:w="1726"/>
      </w:tblGrid>
      <w:tr>
        <w:trPr>
          <w:trHeight w:hRule="exact" w:val="732"/>
        </w:trPr>
        <w:tc>
          <w:tcPr>
            <w:tcW w:type="dxa" w:w="468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2.8.</w:t>
            </w:r>
          </w:p>
        </w:tc>
        <w:tc>
          <w:tcPr>
            <w:tcW w:type="dxa" w:w="5260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00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Процедура определения состояния организма с помощью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одномоментной функциональной пробы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04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40"/>
            <w:tcBorders>
              <w:start w:sz="4.799999999999727" w:val="single" w:color="#000000"/>
              <w:top w:sz="4.800000000000011" w:val="single" w:color="#000000"/>
              <w:end w:sz="4.0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866"/>
            <w:tcBorders>
              <w:start w:sz="4.0" w:val="single" w:color="#000000"/>
              <w:top w:sz="4.800000000000011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27.09.2022</w:t>
            </w:r>
          </w:p>
        </w:tc>
        <w:tc>
          <w:tcPr>
            <w:tcW w:type="dxa" w:w="3926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576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сравнивают полученные данные с показателями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таблицы физических нагрузок и определяют её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характеристики;;</w:t>
            </w:r>
          </w:p>
        </w:tc>
        <w:tc>
          <w:tcPr>
            <w:tcW w:type="dxa" w:w="828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Зачет;</w:t>
            </w:r>
          </w:p>
        </w:tc>
        <w:tc>
          <w:tcPr>
            <w:tcW w:type="dxa" w:w="1382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</w:t>
            </w:r>
          </w:p>
        </w:tc>
      </w:tr>
      <w:tr>
        <w:trPr>
          <w:trHeight w:hRule="exact" w:val="732"/>
        </w:trPr>
        <w:tc>
          <w:tcPr>
            <w:tcW w:type="dxa" w:w="468"/>
            <w:tcBorders>
              <w:start w:sz="4.800000000000011" w:val="single" w:color="#000000"/>
              <w:top w:sz="4.800000000000068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2.9.</w:t>
            </w:r>
          </w:p>
        </w:tc>
        <w:tc>
          <w:tcPr>
            <w:tcW w:type="dxa" w:w="5260"/>
            <w:tcBorders>
              <w:start w:sz="4.7999999999999545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Исследование влияния оздоровительных форм занятий физической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культурой на работу сердца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068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04"/>
            <w:tcBorders>
              <w:start w:sz="4.799999999999727" w:val="single" w:color="#000000"/>
              <w:top w:sz="4.800000000000068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40"/>
            <w:tcBorders>
              <w:start w:sz="4.799999999999727" w:val="single" w:color="#000000"/>
              <w:top w:sz="4.800000000000068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866"/>
            <w:tcBorders>
              <w:start w:sz="4.0" w:val="single" w:color="#000000"/>
              <w:top w:sz="4.800000000000068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01.10.2022</w:t>
            </w:r>
          </w:p>
        </w:tc>
        <w:tc>
          <w:tcPr>
            <w:tcW w:type="dxa" w:w="3926"/>
            <w:tcBorders>
              <w:start w:sz="4.799999999999727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измеряют пульс после выполнения упражнений (или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двигательных действий) в начале, середине и по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окончании самостоятельных занятий;;</w:t>
            </w:r>
          </w:p>
        </w:tc>
        <w:tc>
          <w:tcPr>
            <w:tcW w:type="dxa" w:w="828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382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734"/>
        </w:trPr>
        <w:tc>
          <w:tcPr>
            <w:tcW w:type="dxa" w:w="468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2.10</w:t>
            </w:r>
          </w:p>
        </w:tc>
        <w:tc>
          <w:tcPr>
            <w:tcW w:type="dxa" w:w="526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Ведение дневника физической культуры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04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40"/>
            <w:tcBorders>
              <w:start w:sz="4.799999999999727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866"/>
            <w:tcBorders>
              <w:start w:sz="4.0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03.10.2022</w:t>
            </w:r>
          </w:p>
        </w:tc>
        <w:tc>
          <w:tcPr>
            <w:tcW w:type="dxa" w:w="392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576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сравнивают полученные данные с показателями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таблицы физических нагрузок и определяют её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характеристики;;</w:t>
            </w:r>
          </w:p>
        </w:tc>
        <w:tc>
          <w:tcPr>
            <w:tcW w:type="dxa" w:w="82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38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</w:t>
            </w:r>
          </w:p>
        </w:tc>
      </w:tr>
      <w:tr>
        <w:trPr>
          <w:trHeight w:hRule="exact" w:val="348"/>
        </w:trPr>
        <w:tc>
          <w:tcPr>
            <w:tcW w:type="dxa" w:w="5728"/>
            <w:gridSpan w:val="2"/>
            <w:tcBorders>
              <w:start w:sz="4.800000000000011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разделу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</w:t>
            </w:r>
          </w:p>
        </w:tc>
        <w:tc>
          <w:tcPr>
            <w:tcW w:type="dxa" w:w="9246"/>
            <w:gridSpan w:val="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48"/>
        </w:trPr>
        <w:tc>
          <w:tcPr>
            <w:tcW w:type="dxa" w:w="15502"/>
            <w:gridSpan w:val="9"/>
            <w:tcBorders>
              <w:start w:sz="4.800000000000011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Раздел 3. ФИЗИЧЕСКОЕ СОВЕРШЕНСТВОВАНИЕ</w:t>
            </w:r>
          </w:p>
        </w:tc>
      </w:tr>
      <w:tr>
        <w:trPr>
          <w:trHeight w:hRule="exact" w:val="924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3.1.</w:t>
            </w:r>
          </w:p>
        </w:tc>
        <w:tc>
          <w:tcPr>
            <w:tcW w:type="dxa" w:w="526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Знакомство с понятием «физкультурно-оздоровительная деятельность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40"/>
            <w:tcBorders>
              <w:start w:sz="4.799999999999727" w:val="single" w:color="#000000"/>
              <w:top w:sz="4.800000000000182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6"/>
            <w:tcBorders>
              <w:start w:sz="4.0" w:val="single" w:color="#000000"/>
              <w:top w:sz="4.800000000000182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04.10.2022</w:t>
            </w:r>
          </w:p>
        </w:tc>
        <w:tc>
          <w:tcPr>
            <w:tcW w:type="dxa" w:w="39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составляют содержание занятия по развитию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координации с использованием разученного комплекса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 дополнительных упражнений, планируют их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регулярное выполнение в режиме учебной недели.;</w:t>
            </w:r>
          </w:p>
        </w:tc>
        <w:tc>
          <w:tcPr>
            <w:tcW w:type="dxa" w:w="82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Зачет;</w:t>
            </w:r>
          </w:p>
        </w:tc>
        <w:tc>
          <w:tcPr>
            <w:tcW w:type="dxa" w:w="138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540"/>
        </w:trPr>
        <w:tc>
          <w:tcPr>
            <w:tcW w:type="dxa" w:w="468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3.2.</w:t>
            </w:r>
          </w:p>
        </w:tc>
        <w:tc>
          <w:tcPr>
            <w:tcW w:type="dxa" w:w="526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Упражнения утренней зарядки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40"/>
            <w:tcBorders>
              <w:start w:sz="4.799999999999727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6"/>
            <w:tcBorders>
              <w:start w:sz="4.0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08.10.2022</w:t>
            </w:r>
          </w:p>
        </w:tc>
        <w:tc>
          <w:tcPr>
            <w:tcW w:type="dxa" w:w="392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разучивают упражнения с гантелями на развитие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отдельных мышечных групп;;</w:t>
            </w:r>
          </w:p>
        </w:tc>
        <w:tc>
          <w:tcPr>
            <w:tcW w:type="dxa" w:w="82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38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</w:t>
            </w:r>
          </w:p>
        </w:tc>
      </w:tr>
      <w:tr>
        <w:trPr>
          <w:trHeight w:hRule="exact" w:val="540"/>
        </w:trPr>
        <w:tc>
          <w:tcPr>
            <w:tcW w:type="dxa" w:w="468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3.3.</w:t>
            </w:r>
          </w:p>
        </w:tc>
        <w:tc>
          <w:tcPr>
            <w:tcW w:type="dxa" w:w="526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Упражнения дыхательной и зрительной гимнастики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40"/>
            <w:tcBorders>
              <w:start w:sz="4.799999999999727" w:val="single" w:color="#000000"/>
              <w:top w:sz="4.7999999999999545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6"/>
            <w:tcBorders>
              <w:start w:sz="4.0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10.10.2022</w:t>
            </w:r>
          </w:p>
        </w:tc>
        <w:tc>
          <w:tcPr>
            <w:tcW w:type="dxa" w:w="392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записывают содержание комплексов и регулярность их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выполнения в дневнике физической культуры.;</w:t>
            </w:r>
          </w:p>
        </w:tc>
        <w:tc>
          <w:tcPr>
            <w:tcW w:type="dxa" w:w="82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38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542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3.4.</w:t>
            </w:r>
          </w:p>
        </w:tc>
        <w:tc>
          <w:tcPr>
            <w:tcW w:type="dxa" w:w="526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Водные процедуры после утренней зарядки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04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40"/>
            <w:tcBorders>
              <w:start w:sz="4.799999999999727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866"/>
            <w:tcBorders>
              <w:start w:sz="4.0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11.10.2022</w:t>
            </w:r>
          </w:p>
        </w:tc>
        <w:tc>
          <w:tcPr>
            <w:tcW w:type="dxa" w:w="39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разучивают упражнения с гантелями на развитие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отдельных мышечных групп;;</w:t>
            </w:r>
          </w:p>
        </w:tc>
        <w:tc>
          <w:tcPr>
            <w:tcW w:type="dxa" w:w="82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38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924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3.5.</w:t>
            </w:r>
          </w:p>
        </w:tc>
        <w:tc>
          <w:tcPr>
            <w:tcW w:type="dxa" w:w="526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Упражнения на развитие гибкости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4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40"/>
            <w:tcBorders>
              <w:start w:sz="4.799999999999727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866"/>
            <w:tcBorders>
              <w:start w:sz="4.0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15.10.2022</w:t>
            </w:r>
          </w:p>
        </w:tc>
        <w:tc>
          <w:tcPr>
            <w:tcW w:type="dxa" w:w="39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составляют содержание занятия по развитию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координации с использованием разученного комплекса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 дополнительных упражнений, планируют их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регулярное выполнение в режиме учебной недели.;</w:t>
            </w:r>
          </w:p>
        </w:tc>
        <w:tc>
          <w:tcPr>
            <w:tcW w:type="dxa" w:w="82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Зачет;</w:t>
            </w:r>
          </w:p>
        </w:tc>
        <w:tc>
          <w:tcPr>
            <w:tcW w:type="dxa" w:w="138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</w:t>
            </w:r>
          </w:p>
        </w:tc>
      </w:tr>
      <w:tr>
        <w:trPr>
          <w:trHeight w:hRule="exact" w:val="924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3.6.</w:t>
            </w:r>
          </w:p>
        </w:tc>
        <w:tc>
          <w:tcPr>
            <w:tcW w:type="dxa" w:w="526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Упражнения на развитие координации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40"/>
            <w:tcBorders>
              <w:start w:sz="4.799999999999727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6"/>
            <w:tcBorders>
              <w:start w:sz="4.0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17.10.2022</w:t>
            </w:r>
          </w:p>
        </w:tc>
        <w:tc>
          <w:tcPr>
            <w:tcW w:type="dxa" w:w="39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записывают регулярность изменения температурного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режима закаливающих процедур и изменения её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временных параметров в дневник физической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культуры.;</w:t>
            </w:r>
          </w:p>
        </w:tc>
        <w:tc>
          <w:tcPr>
            <w:tcW w:type="dxa" w:w="82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38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732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3.7.</w:t>
            </w:r>
          </w:p>
        </w:tc>
        <w:tc>
          <w:tcPr>
            <w:tcW w:type="dxa" w:w="526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Упражнения на формирование телосложения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40"/>
            <w:tcBorders>
              <w:start w:sz="4.799999999999727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6"/>
            <w:tcBorders>
              <w:start w:sz="4.0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18.10.2022</w:t>
            </w:r>
          </w:p>
        </w:tc>
        <w:tc>
          <w:tcPr>
            <w:tcW w:type="dxa" w:w="39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записывают в дневник физической культуры комплекс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упражнений для занятий на развитие координации 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разучивают его;;</w:t>
            </w:r>
          </w:p>
        </w:tc>
        <w:tc>
          <w:tcPr>
            <w:tcW w:type="dxa" w:w="82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Зачет;</w:t>
            </w:r>
          </w:p>
        </w:tc>
        <w:tc>
          <w:tcPr>
            <w:tcW w:type="dxa" w:w="138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734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3.8.</w:t>
            </w:r>
          </w:p>
        </w:tc>
        <w:tc>
          <w:tcPr>
            <w:tcW w:type="dxa" w:w="526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86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/>
                <w:color w:val="000000"/>
                <w:sz w:val="16"/>
              </w:rPr>
              <w:t xml:space="preserve">Модуль «Гимнастика».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Знакомство с понятием «спортивно-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оздоровительная деятельность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40"/>
            <w:tcBorders>
              <w:start w:sz="4.799999999999727" w:val="single" w:color="#000000"/>
              <w:top w:sz="4.800000000000182" w:val="single" w:color="#000000"/>
              <w:end w:sz="4.0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6"/>
            <w:tcBorders>
              <w:start w:sz="4.0" w:val="single" w:color="#000000"/>
              <w:top w:sz="4.800000000000182" w:val="single" w:color="#000000"/>
              <w:end w:sz="4.799999999999727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22.10.2022</w:t>
            </w:r>
          </w:p>
        </w:tc>
        <w:tc>
          <w:tcPr>
            <w:tcW w:type="dxa" w:w="39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рассматривают, обсуждают и анализируют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иллюстративный образец техники выполнения кувырка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вперёд в группировке;;</w:t>
            </w:r>
          </w:p>
        </w:tc>
        <w:tc>
          <w:tcPr>
            <w:tcW w:type="dxa" w:w="82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38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</w:t>
            </w:r>
          </w:p>
        </w:tc>
      </w:tr>
      <w:tr>
        <w:trPr>
          <w:trHeight w:hRule="exact" w:val="1008"/>
        </w:trPr>
        <w:tc>
          <w:tcPr>
            <w:tcW w:type="dxa" w:w="468"/>
            <w:tcBorders>
              <w:start w:sz="4.800000000000011" w:val="single" w:color="#000000"/>
              <w:top w:sz="5.599999999999909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4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3.9.</w:t>
            </w:r>
          </w:p>
        </w:tc>
        <w:tc>
          <w:tcPr>
            <w:tcW w:type="dxa" w:w="5260"/>
            <w:tcBorders>
              <w:start w:sz="4.7999999999999545" w:val="single" w:color="#000000"/>
              <w:top w:sz="5.599999999999909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4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/>
                <w:color w:val="000000"/>
                <w:sz w:val="16"/>
              </w:rPr>
              <w:t xml:space="preserve">Модуль «Гимнастика».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Кувырок вперёд в группировке</w:t>
            </w:r>
          </w:p>
        </w:tc>
        <w:tc>
          <w:tcPr>
            <w:tcW w:type="dxa" w:w="528"/>
            <w:tcBorders>
              <w:start w:sz="4.800000000000182" w:val="single" w:color="#000000"/>
              <w:top w:sz="5.599999999999909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04"/>
            <w:tcBorders>
              <w:start w:sz="4.799999999999727" w:val="single" w:color="#000000"/>
              <w:top w:sz="5.599999999999909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40"/>
            <w:tcBorders>
              <w:start w:sz="4.799999999999727" w:val="single" w:color="#000000"/>
              <w:top w:sz="5.599999999999909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866"/>
            <w:tcBorders>
              <w:start w:sz="4.0" w:val="single" w:color="#000000"/>
              <w:top w:sz="5.599999999999909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4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05.11.2022</w:t>
            </w:r>
          </w:p>
        </w:tc>
        <w:tc>
          <w:tcPr>
            <w:tcW w:type="dxa" w:w="3926"/>
            <w:tcBorders>
              <w:start w:sz="4.799999999999727" w:val="single" w:color="#000000"/>
              <w:top w:sz="5.599999999999909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4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описывают технику выполнения кувырка вперёд с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выделением фаз движения, выясняют возможность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появление ошибок и причин их появления (на основе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предшествующего опыта);;</w:t>
            </w:r>
          </w:p>
        </w:tc>
        <w:tc>
          <w:tcPr>
            <w:tcW w:type="dxa" w:w="828"/>
            <w:tcBorders>
              <w:start w:sz="4.800000000000182" w:val="single" w:color="#000000"/>
              <w:top w:sz="5.599999999999909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382"/>
            <w:tcBorders>
              <w:start w:sz="4.800000000000182" w:val="single" w:color="#000000"/>
              <w:top w:sz="5.599999999999909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904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3.10.</w:t>
            </w:r>
          </w:p>
        </w:tc>
        <w:tc>
          <w:tcPr>
            <w:tcW w:type="dxa" w:w="526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/>
                <w:color w:val="000000"/>
                <w:sz w:val="16"/>
              </w:rPr>
              <w:t xml:space="preserve">Модуль «Гимнастика».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Кувырок назад в группировке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04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40"/>
            <w:tcBorders>
              <w:start w:sz="4.799999999999727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866"/>
            <w:tcBorders>
              <w:start w:sz="4.0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07.11.2022</w:t>
            </w:r>
          </w:p>
        </w:tc>
        <w:tc>
          <w:tcPr>
            <w:tcW w:type="dxa" w:w="39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контролируют технику выполнения упражнения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другими учащимися, анализируют её с помощью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сравнения с техникой образца, выявляют ошибки 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предлагают способы их устранения (обучение в парах).;</w:t>
            </w:r>
          </w:p>
        </w:tc>
        <w:tc>
          <w:tcPr>
            <w:tcW w:type="dxa" w:w="82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Зачет;</w:t>
            </w:r>
          </w:p>
        </w:tc>
        <w:tc>
          <w:tcPr>
            <w:tcW w:type="dxa" w:w="138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4" w:right="640" w:bottom="316" w:left="666" w:header="720" w:footer="720" w:gutter="0"/>
          <w:cols w:space="720" w:num="1" w:equalWidth="0">
            <w:col w:w="15534" w:space="0"/>
            <w:col w:w="15534" w:space="0"/>
            <w:col w:w="10582" w:space="0"/>
            <w:col w:w="10502" w:space="0"/>
            <w:col w:w="10590" w:space="0"/>
            <w:col w:w="10506" w:space="0"/>
            <w:col w:w="10584" w:space="0"/>
            <w:col w:w="10572" w:space="0"/>
            <w:col w:w="10584" w:space="0"/>
            <w:col w:w="9020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726"/>
        <w:gridCol w:w="1726"/>
        <w:gridCol w:w="1726"/>
        <w:gridCol w:w="1726"/>
        <w:gridCol w:w="1726"/>
        <w:gridCol w:w="1726"/>
        <w:gridCol w:w="1726"/>
        <w:gridCol w:w="1726"/>
        <w:gridCol w:w="1726"/>
      </w:tblGrid>
      <w:tr>
        <w:trPr>
          <w:trHeight w:hRule="exact" w:val="540"/>
        </w:trPr>
        <w:tc>
          <w:tcPr>
            <w:tcW w:type="dxa" w:w="468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3.11.</w:t>
            </w:r>
          </w:p>
        </w:tc>
        <w:tc>
          <w:tcPr>
            <w:tcW w:type="dxa" w:w="5260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/>
                <w:color w:val="000000"/>
                <w:sz w:val="16"/>
              </w:rPr>
              <w:t xml:space="preserve">Модуль «Гимнастика».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Кувырок вперёд ноги «скрёстно»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04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40"/>
            <w:tcBorders>
              <w:start w:sz="4.799999999999727" w:val="single" w:color="#000000"/>
              <w:top w:sz="4.800000000000011" w:val="single" w:color="#000000"/>
              <w:end w:sz="4.0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866"/>
            <w:tcBorders>
              <w:start w:sz="4.0" w:val="single" w:color="#000000"/>
              <w:top w:sz="4.800000000000011" w:val="single" w:color="#000000"/>
              <w:end w:sz="4.799999999999727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08.11.2022</w:t>
            </w:r>
          </w:p>
        </w:tc>
        <w:tc>
          <w:tcPr>
            <w:tcW w:type="dxa" w:w="3926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совершенствуют кувырок вперёд в группировке в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полной координации;;</w:t>
            </w:r>
          </w:p>
        </w:tc>
        <w:tc>
          <w:tcPr>
            <w:tcW w:type="dxa" w:w="828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382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</w:t>
            </w:r>
          </w:p>
        </w:tc>
      </w:tr>
      <w:tr>
        <w:trPr>
          <w:trHeight w:hRule="exact" w:val="924"/>
        </w:trPr>
        <w:tc>
          <w:tcPr>
            <w:tcW w:type="dxa" w:w="468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3.12.</w:t>
            </w:r>
          </w:p>
        </w:tc>
        <w:tc>
          <w:tcPr>
            <w:tcW w:type="dxa" w:w="5260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/>
                <w:color w:val="000000"/>
                <w:sz w:val="16"/>
              </w:rPr>
              <w:t xml:space="preserve">Модуль «Гимнастика».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Кувырок назад из стойки на лопатках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04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40"/>
            <w:tcBorders>
              <w:start w:sz="4.799999999999727" w:val="single" w:color="#000000"/>
              <w:top w:sz="4.800000000000011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866"/>
            <w:tcBorders>
              <w:start w:sz="4.0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12.11.2022</w:t>
            </w:r>
          </w:p>
        </w:tc>
        <w:tc>
          <w:tcPr>
            <w:tcW w:type="dxa" w:w="3926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контролируют технику выполнения упражнения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другими учащимися, сравнивают её с образцом 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определяют ошибки, предлагают способы их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устранения (обучение в парах).;</w:t>
            </w:r>
          </w:p>
        </w:tc>
        <w:tc>
          <w:tcPr>
            <w:tcW w:type="dxa" w:w="828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382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</w:t>
            </w:r>
          </w:p>
        </w:tc>
      </w:tr>
      <w:tr>
        <w:trPr>
          <w:trHeight w:hRule="exact" w:val="734"/>
        </w:trPr>
        <w:tc>
          <w:tcPr>
            <w:tcW w:type="dxa" w:w="468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3.13.</w:t>
            </w:r>
          </w:p>
        </w:tc>
        <w:tc>
          <w:tcPr>
            <w:tcW w:type="dxa" w:w="526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/>
                <w:color w:val="000000"/>
                <w:sz w:val="16"/>
              </w:rPr>
              <w:t xml:space="preserve">Модуль «Гимнастика».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Опорный прыжок на гимнастического козла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04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40"/>
            <w:tcBorders>
              <w:start w:sz="4.799999999999727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866"/>
            <w:tcBorders>
              <w:start w:sz="4.0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14.11.2022</w:t>
            </w:r>
          </w:p>
        </w:tc>
        <w:tc>
          <w:tcPr>
            <w:tcW w:type="dxa" w:w="392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рассматривают, обсуждают и анализируют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иллюстративный образец техники выполнения кувырка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назад в группировке;;</w:t>
            </w:r>
          </w:p>
        </w:tc>
        <w:tc>
          <w:tcPr>
            <w:tcW w:type="dxa" w:w="82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Зачет;</w:t>
            </w:r>
          </w:p>
        </w:tc>
        <w:tc>
          <w:tcPr>
            <w:tcW w:type="dxa" w:w="138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924"/>
        </w:trPr>
        <w:tc>
          <w:tcPr>
            <w:tcW w:type="dxa" w:w="468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3.14.</w:t>
            </w:r>
          </w:p>
        </w:tc>
        <w:tc>
          <w:tcPr>
            <w:tcW w:type="dxa" w:w="526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72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/>
                <w:color w:val="000000"/>
                <w:sz w:val="16"/>
              </w:rPr>
              <w:t xml:space="preserve">Модуль «Гимнастика».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Гимнастическая комбинация на низком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гимнастическом бревне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04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40"/>
            <w:tcBorders>
              <w:start w:sz="4.799999999999727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866"/>
            <w:tcBorders>
              <w:start w:sz="4.0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15.11.2022</w:t>
            </w:r>
          </w:p>
        </w:tc>
        <w:tc>
          <w:tcPr>
            <w:tcW w:type="dxa" w:w="392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контролируют технику выполнения упражнения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другими учащимися, анализируют её с помощью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сравнения с техникой образца, выявляют ошибки 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предлагают способы их устранения (обучение в парах).;</w:t>
            </w:r>
          </w:p>
        </w:tc>
        <w:tc>
          <w:tcPr>
            <w:tcW w:type="dxa" w:w="82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38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</w:t>
            </w:r>
          </w:p>
        </w:tc>
      </w:tr>
      <w:tr>
        <w:trPr>
          <w:trHeight w:hRule="exact" w:val="540"/>
        </w:trPr>
        <w:tc>
          <w:tcPr>
            <w:tcW w:type="dxa" w:w="468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3.15.</w:t>
            </w:r>
          </w:p>
        </w:tc>
        <w:tc>
          <w:tcPr>
            <w:tcW w:type="dxa" w:w="526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/>
                <w:color w:val="000000"/>
                <w:sz w:val="16"/>
              </w:rPr>
              <w:t xml:space="preserve">Модуль «Гимнастика».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Лазанье и перелезание на гимнастической стенке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4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40"/>
            <w:tcBorders>
              <w:start w:sz="4.799999999999727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866"/>
            <w:tcBorders>
              <w:start w:sz="4.0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19.11.2022</w:t>
            </w:r>
          </w:p>
        </w:tc>
        <w:tc>
          <w:tcPr>
            <w:tcW w:type="dxa" w:w="392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разучивают технику кувырка назад из стойки на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лопатках по фазам движения и в полной координации;;</w:t>
            </w:r>
          </w:p>
        </w:tc>
        <w:tc>
          <w:tcPr>
            <w:tcW w:type="dxa" w:w="82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38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924"/>
        </w:trPr>
        <w:tc>
          <w:tcPr>
            <w:tcW w:type="dxa" w:w="468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3.16.</w:t>
            </w:r>
          </w:p>
        </w:tc>
        <w:tc>
          <w:tcPr>
            <w:tcW w:type="dxa" w:w="526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/>
                <w:color w:val="000000"/>
                <w:sz w:val="16"/>
              </w:rPr>
              <w:t xml:space="preserve">Модуль «Гимнастика».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Расхождение на гимнастической скамейке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в парах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04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40"/>
            <w:tcBorders>
              <w:start w:sz="4.799999999999727" w:val="single" w:color="#000000"/>
              <w:top w:sz="4.7999999999999545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866"/>
            <w:tcBorders>
              <w:start w:sz="4.0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21.11.2022</w:t>
            </w:r>
          </w:p>
        </w:tc>
        <w:tc>
          <w:tcPr>
            <w:tcW w:type="dxa" w:w="392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контролируют технику выполнения упражнения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другими учащимися с помощью её сравнения с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иллюстративным образцом, выявляют ошибки 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предлагают способы их устранения (обучение в парах).;</w:t>
            </w:r>
          </w:p>
        </w:tc>
        <w:tc>
          <w:tcPr>
            <w:tcW w:type="dxa" w:w="82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38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</w:t>
            </w:r>
          </w:p>
        </w:tc>
      </w:tr>
      <w:tr>
        <w:trPr>
          <w:trHeight w:hRule="exact" w:val="540"/>
        </w:trPr>
        <w:tc>
          <w:tcPr>
            <w:tcW w:type="dxa" w:w="468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3.17.</w:t>
            </w:r>
          </w:p>
        </w:tc>
        <w:tc>
          <w:tcPr>
            <w:tcW w:type="dxa" w:w="526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/>
                <w:color w:val="000000"/>
                <w:sz w:val="16"/>
              </w:rPr>
              <w:t xml:space="preserve">Модуль «Лёгкая атлетика».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Бег с равномерной скоростью на длинные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дистанции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</w:t>
            </w:r>
          </w:p>
        </w:tc>
        <w:tc>
          <w:tcPr>
            <w:tcW w:type="dxa" w:w="1104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40"/>
            <w:tcBorders>
              <w:start w:sz="4.799999999999727" w:val="single" w:color="#000000"/>
              <w:top w:sz="4.799999999999727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</w:t>
            </w:r>
          </w:p>
        </w:tc>
        <w:tc>
          <w:tcPr>
            <w:tcW w:type="dxa" w:w="866"/>
            <w:tcBorders>
              <w:start w:sz="4.0" w:val="single" w:color="#000000"/>
              <w:top w:sz="4.799999999999727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22.11.2022</w:t>
            </w:r>
          </w:p>
        </w:tc>
        <w:tc>
          <w:tcPr>
            <w:tcW w:type="dxa" w:w="392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разучивают бег с равномерной скоростью по дистанции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в 1 км.;</w:t>
            </w:r>
          </w:p>
        </w:tc>
        <w:tc>
          <w:tcPr>
            <w:tcW w:type="dxa" w:w="828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382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734"/>
        </w:trPr>
        <w:tc>
          <w:tcPr>
            <w:tcW w:type="dxa" w:w="468"/>
            <w:tcBorders>
              <w:start w:sz="4.800000000000011" w:val="single" w:color="#000000"/>
              <w:top w:sz="4.0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3.18.</w:t>
            </w:r>
          </w:p>
        </w:tc>
        <w:tc>
          <w:tcPr>
            <w:tcW w:type="dxa" w:w="5260"/>
            <w:tcBorders>
              <w:start w:sz="4.7999999999999545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/>
                <w:color w:val="000000"/>
                <w:sz w:val="16"/>
              </w:rPr>
              <w:t xml:space="preserve">Модуль «Лёгкая атлетика».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Знакомство с рекомендациями по технике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безопасности во время выполнения беговых упражнений на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самостоятельных занятиях лёгкой атлетикой</w:t>
            </w:r>
          </w:p>
        </w:tc>
        <w:tc>
          <w:tcPr>
            <w:tcW w:type="dxa" w:w="528"/>
            <w:tcBorders>
              <w:start w:sz="4.800000000000182" w:val="single" w:color="#000000"/>
              <w:top w:sz="4.0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4"/>
            <w:tcBorders>
              <w:start w:sz="4.799999999999727" w:val="single" w:color="#000000"/>
              <w:top w:sz="4.0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40"/>
            <w:tcBorders>
              <w:start w:sz="4.799999999999727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866"/>
            <w:tcBorders>
              <w:start w:sz="4.0" w:val="single" w:color="#000000"/>
              <w:top w:sz="4.0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26.11.2022</w:t>
            </w:r>
          </w:p>
        </w:tc>
        <w:tc>
          <w:tcPr>
            <w:tcW w:type="dxa" w:w="3926"/>
            <w:tcBorders>
              <w:start w:sz="4.799999999999727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разучивают бег с равномерной скоростью по дистанции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в 1 км.;</w:t>
            </w:r>
          </w:p>
        </w:tc>
        <w:tc>
          <w:tcPr>
            <w:tcW w:type="dxa" w:w="828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Зачет;</w:t>
            </w:r>
          </w:p>
        </w:tc>
        <w:tc>
          <w:tcPr>
            <w:tcW w:type="dxa" w:w="1382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</w:t>
            </w:r>
          </w:p>
        </w:tc>
      </w:tr>
      <w:tr>
        <w:trPr>
          <w:trHeight w:hRule="exact" w:val="540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3.19.</w:t>
            </w:r>
          </w:p>
        </w:tc>
        <w:tc>
          <w:tcPr>
            <w:tcW w:type="dxa" w:w="526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/>
                <w:color w:val="000000"/>
                <w:sz w:val="16"/>
              </w:rPr>
              <w:t xml:space="preserve">Модуль «Лёгкая атлетика».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Бег с максимальной скоростью на короткие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дистанции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4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40"/>
            <w:tcBorders>
              <w:start w:sz="4.799999999999727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866"/>
            <w:tcBorders>
              <w:start w:sz="4.0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28.11.2022</w:t>
            </w:r>
          </w:p>
        </w:tc>
        <w:tc>
          <w:tcPr>
            <w:tcW w:type="dxa" w:w="39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закрепляют и совершенствуют технику высокого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старта:;</w:t>
            </w:r>
          </w:p>
        </w:tc>
        <w:tc>
          <w:tcPr>
            <w:tcW w:type="dxa" w:w="82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38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540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3.20.</w:t>
            </w:r>
          </w:p>
        </w:tc>
        <w:tc>
          <w:tcPr>
            <w:tcW w:type="dxa" w:w="526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/>
                <w:color w:val="000000"/>
                <w:sz w:val="16"/>
              </w:rPr>
              <w:t xml:space="preserve">Модуль «Лёгкая атлетика».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Прыжок в длину с разбега способом «согнув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ноги</w:t>
            </w:r>
            <w:r>
              <w:rPr>
                <w:w w:val="97.55591154098511"/>
                <w:rFonts w:ascii="Times New Roman" w:hAnsi="Times New Roman" w:eastAsia="Times New Roman"/>
                <w:b/>
                <w:i/>
                <w:color w:val="000000"/>
                <w:sz w:val="16"/>
              </w:rPr>
              <w:t>»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4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40"/>
            <w:tcBorders>
              <w:start w:sz="4.799999999999727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866"/>
            <w:tcBorders>
              <w:start w:sz="4.0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29.11.2022</w:t>
            </w:r>
          </w:p>
        </w:tc>
        <w:tc>
          <w:tcPr>
            <w:tcW w:type="dxa" w:w="39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повторяют описание техники прыжка и его отдельные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фазы;;</w:t>
            </w:r>
          </w:p>
        </w:tc>
        <w:tc>
          <w:tcPr>
            <w:tcW w:type="dxa" w:w="82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38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1116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3.21.</w:t>
            </w:r>
          </w:p>
        </w:tc>
        <w:tc>
          <w:tcPr>
            <w:tcW w:type="dxa" w:w="526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/>
                <w:color w:val="000000"/>
                <w:sz w:val="16"/>
              </w:rPr>
              <w:t xml:space="preserve">Модуль «Лёгкая атлетика».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Знакомство с рекомендациями учителя по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технике безопасности на занятиях прыжками и со способами их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использования для развития скоростно-силовых способностей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04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40"/>
            <w:tcBorders>
              <w:start w:sz="4.799999999999727" w:val="single" w:color="#000000"/>
              <w:top w:sz="4.800000000000182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866"/>
            <w:tcBorders>
              <w:start w:sz="4.0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03.12.2022</w:t>
            </w:r>
          </w:p>
        </w:tc>
        <w:tc>
          <w:tcPr>
            <w:tcW w:type="dxa" w:w="39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рассматривают, обсуждают и анализируют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иллюстративный образец техники метания малого мяча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 дальность с трёх шагов, выделяют основные фазы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движения, сравнивают их с фазами техники метания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мяча в неподвижную мишень;;</w:t>
            </w:r>
          </w:p>
        </w:tc>
        <w:tc>
          <w:tcPr>
            <w:tcW w:type="dxa" w:w="82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38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</w:t>
            </w:r>
          </w:p>
        </w:tc>
      </w:tr>
      <w:tr>
        <w:trPr>
          <w:trHeight w:hRule="exact" w:val="732"/>
        </w:trPr>
        <w:tc>
          <w:tcPr>
            <w:tcW w:type="dxa" w:w="468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5.60000000000036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3.22.</w:t>
            </w:r>
          </w:p>
        </w:tc>
        <w:tc>
          <w:tcPr>
            <w:tcW w:type="dxa" w:w="526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5.60000000000036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/>
                <w:color w:val="000000"/>
                <w:sz w:val="16"/>
              </w:rPr>
              <w:t xml:space="preserve">Модуль «Лёгкая атлетика».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Метание малого мяча в неподвижную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мишень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5.60000000000036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</w:t>
            </w:r>
          </w:p>
        </w:tc>
        <w:tc>
          <w:tcPr>
            <w:tcW w:type="dxa" w:w="1104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5.600000000000364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40"/>
            <w:tcBorders>
              <w:start w:sz="4.799999999999727" w:val="single" w:color="#000000"/>
              <w:top w:sz="4.799999999999727" w:val="single" w:color="#000000"/>
              <w:end w:sz="4.0" w:val="single" w:color="#000000"/>
              <w:bottom w:sz="5.60000000000036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</w:t>
            </w:r>
          </w:p>
        </w:tc>
        <w:tc>
          <w:tcPr>
            <w:tcW w:type="dxa" w:w="866"/>
            <w:tcBorders>
              <w:start w:sz="4.0" w:val="single" w:color="#000000"/>
              <w:top w:sz="4.799999999999727" w:val="single" w:color="#000000"/>
              <w:end w:sz="4.799999999999727" w:val="single" w:color="#000000"/>
              <w:bottom w:sz="5.60000000000036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05.12.2022</w:t>
            </w:r>
          </w:p>
        </w:tc>
        <w:tc>
          <w:tcPr>
            <w:tcW w:type="dxa" w:w="392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5.60000000000036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знакомятся с рекомендациями по технике безопасности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во время выполнения беговых упражнений на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самостоятельных занятиях лёгкой атлетикой;</w:t>
            </w:r>
          </w:p>
        </w:tc>
        <w:tc>
          <w:tcPr>
            <w:tcW w:type="dxa" w:w="828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5.60000000000036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Зачет;</w:t>
            </w:r>
          </w:p>
        </w:tc>
        <w:tc>
          <w:tcPr>
            <w:tcW w:type="dxa" w:w="1382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5.600000000000364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734"/>
        </w:trPr>
        <w:tc>
          <w:tcPr>
            <w:tcW w:type="dxa" w:w="468"/>
            <w:tcBorders>
              <w:start w:sz="4.800000000000011" w:val="single" w:color="#000000"/>
              <w:top w:sz="5.600000000000364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3.23.</w:t>
            </w:r>
          </w:p>
        </w:tc>
        <w:tc>
          <w:tcPr>
            <w:tcW w:type="dxa" w:w="5260"/>
            <w:tcBorders>
              <w:start w:sz="4.7999999999999545" w:val="single" w:color="#000000"/>
              <w:top w:sz="5.600000000000364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/>
                <w:color w:val="000000"/>
                <w:sz w:val="16"/>
              </w:rPr>
              <w:t xml:space="preserve">Модуль «Лёгкая атлетика».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Знакомство с рекомендациями по технике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безопасности при выполнении упражнений в метании малого мяча и со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способами их использования для развития точности движения</w:t>
            </w:r>
          </w:p>
        </w:tc>
        <w:tc>
          <w:tcPr>
            <w:tcW w:type="dxa" w:w="528"/>
            <w:tcBorders>
              <w:start w:sz="4.800000000000182" w:val="single" w:color="#000000"/>
              <w:top w:sz="5.600000000000364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4"/>
            <w:tcBorders>
              <w:start w:sz="4.799999999999727" w:val="single" w:color="#000000"/>
              <w:top w:sz="5.600000000000364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40"/>
            <w:tcBorders>
              <w:start w:sz="4.799999999999727" w:val="single" w:color="#000000"/>
              <w:top w:sz="5.600000000000364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866"/>
            <w:tcBorders>
              <w:start w:sz="4.0" w:val="single" w:color="#000000"/>
              <w:top w:sz="5.600000000000364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06.12.2022</w:t>
            </w:r>
          </w:p>
        </w:tc>
        <w:tc>
          <w:tcPr>
            <w:tcW w:type="dxa" w:w="3926"/>
            <w:tcBorders>
              <w:start w:sz="4.799999999999727" w:val="single" w:color="#000000"/>
              <w:top w:sz="5.600000000000364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разучивают стартовое и финишное ускорение;;</w:t>
            </w:r>
          </w:p>
        </w:tc>
        <w:tc>
          <w:tcPr>
            <w:tcW w:type="dxa" w:w="828"/>
            <w:tcBorders>
              <w:start w:sz="4.800000000000182" w:val="single" w:color="#000000"/>
              <w:top w:sz="5.600000000000364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382"/>
            <w:tcBorders>
              <w:start w:sz="4.800000000000182" w:val="single" w:color="#000000"/>
              <w:top w:sz="5.600000000000364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</w:t>
            </w:r>
          </w:p>
        </w:tc>
      </w:tr>
      <w:tr>
        <w:trPr>
          <w:trHeight w:hRule="exact" w:val="520"/>
        </w:trPr>
        <w:tc>
          <w:tcPr>
            <w:tcW w:type="dxa" w:w="468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3.24.</w:t>
            </w:r>
          </w:p>
        </w:tc>
        <w:tc>
          <w:tcPr>
            <w:tcW w:type="dxa" w:w="526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/>
                <w:color w:val="000000"/>
                <w:sz w:val="16"/>
              </w:rPr>
              <w:t xml:space="preserve">Модуль «Лёгкая атлетика».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Метание малого мяча на дальность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</w:t>
            </w:r>
          </w:p>
        </w:tc>
        <w:tc>
          <w:tcPr>
            <w:tcW w:type="dxa" w:w="1104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40"/>
            <w:tcBorders>
              <w:start w:sz="4.799999999999727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</w:t>
            </w:r>
          </w:p>
        </w:tc>
        <w:tc>
          <w:tcPr>
            <w:tcW w:type="dxa" w:w="866"/>
            <w:tcBorders>
              <w:start w:sz="4.0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10.12.2022</w:t>
            </w:r>
          </w:p>
        </w:tc>
        <w:tc>
          <w:tcPr>
            <w:tcW w:type="dxa" w:w="392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разучивают бег с максимальной скоростью с высокого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старта по учебной дистанции в 60 м.;</w:t>
            </w:r>
          </w:p>
        </w:tc>
        <w:tc>
          <w:tcPr>
            <w:tcW w:type="dxa" w:w="828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Зачет;</w:t>
            </w:r>
          </w:p>
        </w:tc>
        <w:tc>
          <w:tcPr>
            <w:tcW w:type="dxa" w:w="1382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4" w:right="640" w:bottom="628" w:left="666" w:header="720" w:footer="720" w:gutter="0"/>
          <w:cols w:space="720" w:num="1" w:equalWidth="0">
            <w:col w:w="15534" w:space="0"/>
            <w:col w:w="15534" w:space="0"/>
            <w:col w:w="15534" w:space="0"/>
            <w:col w:w="10582" w:space="0"/>
            <w:col w:w="10502" w:space="0"/>
            <w:col w:w="10590" w:space="0"/>
            <w:col w:w="10506" w:space="0"/>
            <w:col w:w="10584" w:space="0"/>
            <w:col w:w="10572" w:space="0"/>
            <w:col w:w="10584" w:space="0"/>
            <w:col w:w="9020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726"/>
        <w:gridCol w:w="1726"/>
        <w:gridCol w:w="1726"/>
        <w:gridCol w:w="1726"/>
        <w:gridCol w:w="1726"/>
        <w:gridCol w:w="1726"/>
        <w:gridCol w:w="1726"/>
        <w:gridCol w:w="1726"/>
        <w:gridCol w:w="1726"/>
      </w:tblGrid>
      <w:tr>
        <w:trPr>
          <w:trHeight w:hRule="exact" w:val="732"/>
        </w:trPr>
        <w:tc>
          <w:tcPr>
            <w:tcW w:type="dxa" w:w="468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3.25.</w:t>
            </w:r>
          </w:p>
        </w:tc>
        <w:tc>
          <w:tcPr>
            <w:tcW w:type="dxa" w:w="5260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/>
                <w:color w:val="000000"/>
                <w:sz w:val="16"/>
              </w:rPr>
              <w:t xml:space="preserve">Модуль «Зимние виды спорта».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Передвижение на лыжах попеременным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двухшажным ходом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4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40"/>
            <w:tcBorders>
              <w:start w:sz="4.799999999999727" w:val="single" w:color="#000000"/>
              <w:top w:sz="4.800000000000011" w:val="single" w:color="#000000"/>
              <w:end w:sz="4.0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866"/>
            <w:tcBorders>
              <w:start w:sz="4.0" w:val="single" w:color="#000000"/>
              <w:top w:sz="4.800000000000011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14.12.2022</w:t>
            </w:r>
          </w:p>
        </w:tc>
        <w:tc>
          <w:tcPr>
            <w:tcW w:type="dxa" w:w="3926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рассматривают, обсуждают и анализируют образец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техники учителя в преодолении бугров и впадин при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спуске с пологого склона в низкой стойке;;</w:t>
            </w:r>
          </w:p>
        </w:tc>
        <w:tc>
          <w:tcPr>
            <w:tcW w:type="dxa" w:w="828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382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926"/>
        </w:trPr>
        <w:tc>
          <w:tcPr>
            <w:tcW w:type="dxa" w:w="468"/>
            <w:tcBorders>
              <w:start w:sz="4.800000000000011" w:val="single" w:color="#000000"/>
              <w:top w:sz="4.800000000000068" w:val="single" w:color="#000000"/>
              <w:end w:sz="4.7999999999999545" w:val="single" w:color="#000000"/>
              <w:bottom w:sz="5.600000000000023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3.26.</w:t>
            </w:r>
          </w:p>
        </w:tc>
        <w:tc>
          <w:tcPr>
            <w:tcW w:type="dxa" w:w="5260"/>
            <w:tcBorders>
              <w:start w:sz="4.7999999999999545" w:val="single" w:color="#000000"/>
              <w:top w:sz="4.800000000000068" w:val="single" w:color="#000000"/>
              <w:end w:sz="4.800000000000182" w:val="single" w:color="#000000"/>
              <w:bottom w:sz="5.600000000000023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/>
                <w:color w:val="000000"/>
                <w:sz w:val="16"/>
              </w:rPr>
              <w:t xml:space="preserve">Модуль «Зимние виды спорта».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Знакомство с рекомендациями учителя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по технике безопасности на занятиях лыжной подготовкой; способами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использования упражнений в передвижении на лыжах для развития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выносливости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068" w:val="single" w:color="#000000"/>
              <w:end w:sz="4.799999999999727" w:val="single" w:color="#000000"/>
              <w:bottom w:sz="5.600000000000023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799999999999727" w:val="single" w:color="#000000"/>
              <w:top w:sz="4.800000000000068" w:val="single" w:color="#000000"/>
              <w:end w:sz="4.799999999999727" w:val="single" w:color="#000000"/>
              <w:bottom w:sz="5.600000000000023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40"/>
            <w:tcBorders>
              <w:start w:sz="4.799999999999727" w:val="single" w:color="#000000"/>
              <w:top w:sz="4.800000000000068" w:val="single" w:color="#000000"/>
              <w:end w:sz="4.0" w:val="single" w:color="#000000"/>
              <w:bottom w:sz="5.600000000000023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6"/>
            <w:tcBorders>
              <w:start w:sz="4.0" w:val="single" w:color="#000000"/>
              <w:top w:sz="4.800000000000068" w:val="single" w:color="#000000"/>
              <w:end w:sz="4.799999999999727" w:val="single" w:color="#000000"/>
              <w:bottom w:sz="5.600000000000023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16.12.2022</w:t>
            </w:r>
          </w:p>
        </w:tc>
        <w:tc>
          <w:tcPr>
            <w:tcW w:type="dxa" w:w="3926"/>
            <w:tcBorders>
              <w:start w:sz="4.799999999999727" w:val="single" w:color="#000000"/>
              <w:top w:sz="4.800000000000068" w:val="single" w:color="#000000"/>
              <w:end w:sz="4.800000000000182" w:val="single" w:color="#000000"/>
              <w:bottom w:sz="5.600000000000023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контролируют технику выполнения спуска другими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учащимися, выявляют возможные ошибки 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предлагают способы их устранения (работа в парах);;</w:t>
            </w:r>
          </w:p>
        </w:tc>
        <w:tc>
          <w:tcPr>
            <w:tcW w:type="dxa" w:w="828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5.600000000000023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382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5.600000000000023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</w:t>
            </w:r>
          </w:p>
        </w:tc>
      </w:tr>
      <w:tr>
        <w:trPr>
          <w:trHeight w:hRule="exact" w:val="540"/>
        </w:trPr>
        <w:tc>
          <w:tcPr>
            <w:tcW w:type="dxa" w:w="468"/>
            <w:tcBorders>
              <w:start w:sz="4.800000000000011" w:val="single" w:color="#000000"/>
              <w:top w:sz="5.600000000000023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4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3.27.</w:t>
            </w:r>
          </w:p>
        </w:tc>
        <w:tc>
          <w:tcPr>
            <w:tcW w:type="dxa" w:w="5260"/>
            <w:tcBorders>
              <w:start w:sz="4.7999999999999545" w:val="single" w:color="#000000"/>
              <w:top w:sz="5.600000000000023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4" w:after="0"/>
              <w:ind w:left="72" w:right="86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Модуль «Зимние виды спорта». Повороты на лыжах способом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переступания</w:t>
            </w:r>
          </w:p>
        </w:tc>
        <w:tc>
          <w:tcPr>
            <w:tcW w:type="dxa" w:w="528"/>
            <w:tcBorders>
              <w:start w:sz="4.800000000000182" w:val="single" w:color="#000000"/>
              <w:top w:sz="5.600000000000023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04"/>
            <w:tcBorders>
              <w:start w:sz="4.799999999999727" w:val="single" w:color="#000000"/>
              <w:top w:sz="5.600000000000023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40"/>
            <w:tcBorders>
              <w:start w:sz="4.799999999999727" w:val="single" w:color="#000000"/>
              <w:top w:sz="5.600000000000023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866"/>
            <w:tcBorders>
              <w:start w:sz="4.0" w:val="single" w:color="#000000"/>
              <w:top w:sz="5.600000000000023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4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19.12.2022</w:t>
            </w:r>
          </w:p>
        </w:tc>
        <w:tc>
          <w:tcPr>
            <w:tcW w:type="dxa" w:w="3926"/>
            <w:tcBorders>
              <w:start w:sz="4.799999999999727" w:val="single" w:color="#000000"/>
              <w:top w:sz="5.600000000000023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4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разучивают и закрепляют спуск с пологого склона в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низкой стойке;;</w:t>
            </w:r>
          </w:p>
        </w:tc>
        <w:tc>
          <w:tcPr>
            <w:tcW w:type="dxa" w:w="828"/>
            <w:tcBorders>
              <w:start w:sz="4.800000000000182" w:val="single" w:color="#000000"/>
              <w:top w:sz="5.600000000000023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382"/>
            <w:tcBorders>
              <w:start w:sz="4.800000000000182" w:val="single" w:color="#000000"/>
              <w:top w:sz="5.600000000000023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540"/>
        </w:trPr>
        <w:tc>
          <w:tcPr>
            <w:tcW w:type="dxa" w:w="468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3.28.</w:t>
            </w:r>
          </w:p>
        </w:tc>
        <w:tc>
          <w:tcPr>
            <w:tcW w:type="dxa" w:w="526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576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Модуль «Зимние виды спорта». Подъём в горку на лыжах способом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«лесенка»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04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40"/>
            <w:tcBorders>
              <w:start w:sz="4.799999999999727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866"/>
            <w:tcBorders>
              <w:start w:sz="4.0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23.12.2022</w:t>
            </w:r>
          </w:p>
        </w:tc>
        <w:tc>
          <w:tcPr>
            <w:tcW w:type="dxa" w:w="392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разучивают и закрепляют спуск с пологого склона в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низкой стойке;;</w:t>
            </w:r>
          </w:p>
        </w:tc>
        <w:tc>
          <w:tcPr>
            <w:tcW w:type="dxa" w:w="82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38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924"/>
        </w:trPr>
        <w:tc>
          <w:tcPr>
            <w:tcW w:type="dxa" w:w="468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3.29.</w:t>
            </w:r>
          </w:p>
        </w:tc>
        <w:tc>
          <w:tcPr>
            <w:tcW w:type="dxa" w:w="526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Модуль «Зимние виды спорта». Спуск на лыжах с пологого склона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04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40"/>
            <w:tcBorders>
              <w:start w:sz="4.799999999999727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866"/>
            <w:tcBorders>
              <w:start w:sz="4.0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30.12.2022</w:t>
            </w:r>
          </w:p>
        </w:tc>
        <w:tc>
          <w:tcPr>
            <w:tcW w:type="dxa" w:w="392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рассматривают, обсуждают и анализируют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иллюстративный образец техники спуска с пологого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склона в низкой стойке, выделяют отличия от техники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спуска в основной стойке, делают выводы;;</w:t>
            </w:r>
          </w:p>
        </w:tc>
        <w:tc>
          <w:tcPr>
            <w:tcW w:type="dxa" w:w="82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Зачет;</w:t>
            </w:r>
          </w:p>
        </w:tc>
        <w:tc>
          <w:tcPr>
            <w:tcW w:type="dxa" w:w="138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</w:t>
            </w:r>
          </w:p>
        </w:tc>
      </w:tr>
      <w:tr>
        <w:trPr>
          <w:trHeight w:hRule="exact" w:val="732"/>
        </w:trPr>
        <w:tc>
          <w:tcPr>
            <w:tcW w:type="dxa" w:w="468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3.30.</w:t>
            </w:r>
          </w:p>
        </w:tc>
        <w:tc>
          <w:tcPr>
            <w:tcW w:type="dxa" w:w="526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/>
                <w:color w:val="000000"/>
                <w:sz w:val="16"/>
              </w:rPr>
              <w:t xml:space="preserve">Модуль «Зимние виды спорта».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Преодоление небольших препятствий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при спуске с пологого склона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04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40"/>
            <w:tcBorders>
              <w:start w:sz="4.799999999999727" w:val="single" w:color="#000000"/>
              <w:top w:sz="4.7999999999999545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866"/>
            <w:tcBorders>
              <w:start w:sz="4.0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11.01.2023</w:t>
            </w:r>
          </w:p>
        </w:tc>
        <w:tc>
          <w:tcPr>
            <w:tcW w:type="dxa" w:w="392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закрепляют и совершенствуют технику поворота на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лыжах способом переступания на месте и при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передвижении по учебной дистанции;;</w:t>
            </w:r>
          </w:p>
        </w:tc>
        <w:tc>
          <w:tcPr>
            <w:tcW w:type="dxa" w:w="82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38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926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5.60000000000036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3.31.</w:t>
            </w:r>
          </w:p>
        </w:tc>
        <w:tc>
          <w:tcPr>
            <w:tcW w:type="dxa" w:w="526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5.60000000000036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/>
                <w:color w:val="000000"/>
                <w:sz w:val="16"/>
              </w:rPr>
              <w:t xml:space="preserve">Модуль «Спортивные игры. Баскетбол».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Передача баскетбольного мяча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двумя руками от груди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5.600000000000364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04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5.600000000000364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40"/>
            <w:tcBorders>
              <w:start w:sz="4.799999999999727" w:val="single" w:color="#000000"/>
              <w:top w:sz="4.800000000000182" w:val="single" w:color="#000000"/>
              <w:end w:sz="4.0" w:val="single" w:color="#000000"/>
              <w:bottom w:sz="5.600000000000364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866"/>
            <w:tcBorders>
              <w:start w:sz="4.0" w:val="single" w:color="#000000"/>
              <w:top w:sz="4.800000000000182" w:val="single" w:color="#000000"/>
              <w:end w:sz="4.799999999999727" w:val="single" w:color="#000000"/>
              <w:bottom w:sz="5.60000000000036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13.01.2023</w:t>
            </w:r>
          </w:p>
        </w:tc>
        <w:tc>
          <w:tcPr>
            <w:tcW w:type="dxa" w:w="39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5.60000000000036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знакомятся с рекомендациями учителя по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использованию подготовительных и подводящих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упражнений для освоения технических действий игры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баскетбол;</w:t>
            </w:r>
          </w:p>
        </w:tc>
        <w:tc>
          <w:tcPr>
            <w:tcW w:type="dxa" w:w="82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5.600000000000364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38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5.60000000000036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</w:t>
            </w:r>
          </w:p>
        </w:tc>
      </w:tr>
      <w:tr>
        <w:trPr>
          <w:trHeight w:hRule="exact" w:val="924"/>
        </w:trPr>
        <w:tc>
          <w:tcPr>
            <w:tcW w:type="dxa" w:w="468"/>
            <w:tcBorders>
              <w:start w:sz="4.800000000000011" w:val="single" w:color="#000000"/>
              <w:top w:sz="5.600000000000364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4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3.32.</w:t>
            </w:r>
          </w:p>
        </w:tc>
        <w:tc>
          <w:tcPr>
            <w:tcW w:type="dxa" w:w="5260"/>
            <w:tcBorders>
              <w:start w:sz="4.7999999999999545" w:val="single" w:color="#000000"/>
              <w:top w:sz="5.600000000000364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4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/>
                <w:color w:val="000000"/>
                <w:sz w:val="16"/>
              </w:rPr>
              <w:t xml:space="preserve">Модуль «Спортивные игры. Баскетбол».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Знакомство с рекомендациями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учителя по использованию подготовительных и подводящих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упражнений для освоения технических действий игры баскетбол</w:t>
            </w:r>
          </w:p>
        </w:tc>
        <w:tc>
          <w:tcPr>
            <w:tcW w:type="dxa" w:w="528"/>
            <w:tcBorders>
              <w:start w:sz="4.800000000000182" w:val="single" w:color="#000000"/>
              <w:top w:sz="5.600000000000364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4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4"/>
            <w:tcBorders>
              <w:start w:sz="4.799999999999727" w:val="single" w:color="#000000"/>
              <w:top w:sz="5.600000000000364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40"/>
            <w:tcBorders>
              <w:start w:sz="4.799999999999727" w:val="single" w:color="#000000"/>
              <w:top w:sz="5.600000000000364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4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866"/>
            <w:tcBorders>
              <w:start w:sz="4.0" w:val="single" w:color="#000000"/>
              <w:top w:sz="5.600000000000364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4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18.01.2023</w:t>
            </w:r>
          </w:p>
        </w:tc>
        <w:tc>
          <w:tcPr>
            <w:tcW w:type="dxa" w:w="3926"/>
            <w:tcBorders>
              <w:start w:sz="4.799999999999727" w:val="single" w:color="#000000"/>
              <w:top w:sz="5.600000000000364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4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знакомятся с рекомендациями учителя по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использованию подготовительных и подводящих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упражнений для освоения технических действий игры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баскетбол;</w:t>
            </w:r>
          </w:p>
        </w:tc>
        <w:tc>
          <w:tcPr>
            <w:tcW w:type="dxa" w:w="828"/>
            <w:tcBorders>
              <w:start w:sz="4.800000000000182" w:val="single" w:color="#000000"/>
              <w:top w:sz="5.600000000000364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4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Зачет;</w:t>
            </w:r>
          </w:p>
        </w:tc>
        <w:tc>
          <w:tcPr>
            <w:tcW w:type="dxa" w:w="1382"/>
            <w:tcBorders>
              <w:start w:sz="4.800000000000182" w:val="single" w:color="#000000"/>
              <w:top w:sz="5.600000000000364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732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3.33.</w:t>
            </w:r>
          </w:p>
        </w:tc>
        <w:tc>
          <w:tcPr>
            <w:tcW w:type="dxa" w:w="526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/>
                <w:color w:val="000000"/>
                <w:sz w:val="16"/>
              </w:rPr>
              <w:t xml:space="preserve">Модуль «Спортивные игры. Баскетбол».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Ведение баскетбольного мяча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</w:t>
            </w:r>
          </w:p>
        </w:tc>
        <w:tc>
          <w:tcPr>
            <w:tcW w:type="dxa" w:w="1104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40"/>
            <w:tcBorders>
              <w:start w:sz="4.799999999999727" w:val="single" w:color="#000000"/>
              <w:top w:sz="4.800000000000182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</w:t>
            </w:r>
          </w:p>
        </w:tc>
        <w:tc>
          <w:tcPr>
            <w:tcW w:type="dxa" w:w="866"/>
            <w:tcBorders>
              <w:start w:sz="4.0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25.01.2023</w:t>
            </w:r>
          </w:p>
        </w:tc>
        <w:tc>
          <w:tcPr>
            <w:tcW w:type="dxa" w:w="39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144" w:firstLine="0"/>
              <w:jc w:val="both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описывают технику выполнения броска, сравнивают её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 имеющимся опытом, определяют возможные ошибки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 причины их появления, делают выводы;;</w:t>
            </w:r>
          </w:p>
        </w:tc>
        <w:tc>
          <w:tcPr>
            <w:tcW w:type="dxa" w:w="82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38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924"/>
        </w:trPr>
        <w:tc>
          <w:tcPr>
            <w:tcW w:type="dxa" w:w="468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3.34.</w:t>
            </w:r>
          </w:p>
        </w:tc>
        <w:tc>
          <w:tcPr>
            <w:tcW w:type="dxa" w:w="526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/>
                <w:color w:val="000000"/>
                <w:sz w:val="16"/>
              </w:rPr>
              <w:t xml:space="preserve">Модуль «Спортивные игры. Баскетбол».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Бросок баскетбольного мяча в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корзину двумя руками от груди с места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</w:t>
            </w:r>
          </w:p>
        </w:tc>
        <w:tc>
          <w:tcPr>
            <w:tcW w:type="dxa" w:w="1104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40"/>
            <w:tcBorders>
              <w:start w:sz="4.799999999999727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</w:t>
            </w:r>
          </w:p>
        </w:tc>
        <w:tc>
          <w:tcPr>
            <w:tcW w:type="dxa" w:w="866"/>
            <w:tcBorders>
              <w:start w:sz="4.0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04.02.2023</w:t>
            </w:r>
          </w:p>
        </w:tc>
        <w:tc>
          <w:tcPr>
            <w:tcW w:type="dxa" w:w="392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рассматривают, обсуждают и анализируют образец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техники броска баскетбольного мяча в корзину двумя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руками от груди с места, выделяют фазы движения 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технические особенности их выполнения;;</w:t>
            </w:r>
          </w:p>
        </w:tc>
        <w:tc>
          <w:tcPr>
            <w:tcW w:type="dxa" w:w="828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382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</w:t>
            </w:r>
          </w:p>
        </w:tc>
      </w:tr>
      <w:tr>
        <w:trPr>
          <w:trHeight w:hRule="exact" w:val="926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3.35.</w:t>
            </w:r>
          </w:p>
        </w:tc>
        <w:tc>
          <w:tcPr>
            <w:tcW w:type="dxa" w:w="526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/>
                <w:color w:val="000000"/>
                <w:sz w:val="16"/>
              </w:rPr>
              <w:t xml:space="preserve">Модуль «Спортивные игры. Волейбол».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Прямая нижняя подача мяча в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волейболе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</w:t>
            </w:r>
          </w:p>
        </w:tc>
        <w:tc>
          <w:tcPr>
            <w:tcW w:type="dxa" w:w="1104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40"/>
            <w:tcBorders>
              <w:start w:sz="4.799999999999727" w:val="single" w:color="#000000"/>
              <w:top w:sz="4.800000000000182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</w:t>
            </w:r>
          </w:p>
        </w:tc>
        <w:tc>
          <w:tcPr>
            <w:tcW w:type="dxa" w:w="866"/>
            <w:tcBorders>
              <w:start w:sz="4.0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14.02.2023</w:t>
            </w:r>
          </w:p>
        </w:tc>
        <w:tc>
          <w:tcPr>
            <w:tcW w:type="dxa" w:w="39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знакомятся с рекомендациями учителя по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использованию подготовительных и подводящих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упражнений для освоения технических действий игры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волейбол;</w:t>
            </w:r>
          </w:p>
        </w:tc>
        <w:tc>
          <w:tcPr>
            <w:tcW w:type="dxa" w:w="82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38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904"/>
        </w:trPr>
        <w:tc>
          <w:tcPr>
            <w:tcW w:type="dxa" w:w="468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3.36.</w:t>
            </w:r>
          </w:p>
        </w:tc>
        <w:tc>
          <w:tcPr>
            <w:tcW w:type="dxa" w:w="526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/>
                <w:color w:val="000000"/>
                <w:sz w:val="16"/>
              </w:rPr>
              <w:t xml:space="preserve">Модуль «Спортивные игры. Волейбол».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Знакомство с рекомендациями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учителя по использованию подготовительных и подводящих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упражнений для освоения технических действий игры волейбол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</w:t>
            </w:r>
          </w:p>
        </w:tc>
        <w:tc>
          <w:tcPr>
            <w:tcW w:type="dxa" w:w="1104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40"/>
            <w:tcBorders>
              <w:start w:sz="4.799999999999727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</w:t>
            </w:r>
          </w:p>
        </w:tc>
        <w:tc>
          <w:tcPr>
            <w:tcW w:type="dxa" w:w="866"/>
            <w:tcBorders>
              <w:start w:sz="4.0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18.02.2023</w:t>
            </w:r>
          </w:p>
        </w:tc>
        <w:tc>
          <w:tcPr>
            <w:tcW w:type="dxa" w:w="392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закрепляют и совершенствуют технику подачи мяча;;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рассматривают, обсуждают и анализируют образец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техники прямой нижней подачи, определяют фазы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движения и особенности их выполнения;;</w:t>
            </w:r>
          </w:p>
        </w:tc>
        <w:tc>
          <w:tcPr>
            <w:tcW w:type="dxa" w:w="828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Зачет;</w:t>
            </w:r>
          </w:p>
        </w:tc>
        <w:tc>
          <w:tcPr>
            <w:tcW w:type="dxa" w:w="1382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4" w:right="640" w:bottom="784" w:left="666" w:header="720" w:footer="720" w:gutter="0"/>
          <w:cols w:space="720" w:num="1" w:equalWidth="0">
            <w:col w:w="15534" w:space="0"/>
            <w:col w:w="15534" w:space="0"/>
            <w:col w:w="15534" w:space="0"/>
            <w:col w:w="15534" w:space="0"/>
            <w:col w:w="10582" w:space="0"/>
            <w:col w:w="10502" w:space="0"/>
            <w:col w:w="10590" w:space="0"/>
            <w:col w:w="10506" w:space="0"/>
            <w:col w:w="10584" w:space="0"/>
            <w:col w:w="10572" w:space="0"/>
            <w:col w:w="10584" w:space="0"/>
            <w:col w:w="9020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726"/>
        <w:gridCol w:w="1726"/>
        <w:gridCol w:w="1726"/>
        <w:gridCol w:w="1726"/>
        <w:gridCol w:w="1726"/>
        <w:gridCol w:w="1726"/>
        <w:gridCol w:w="1726"/>
        <w:gridCol w:w="1726"/>
        <w:gridCol w:w="1726"/>
      </w:tblGrid>
      <w:tr>
        <w:trPr>
          <w:trHeight w:hRule="exact" w:val="1116"/>
        </w:trPr>
        <w:tc>
          <w:tcPr>
            <w:tcW w:type="dxa" w:w="468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3.37.</w:t>
            </w:r>
          </w:p>
        </w:tc>
        <w:tc>
          <w:tcPr>
            <w:tcW w:type="dxa" w:w="5260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/>
                <w:color w:val="000000"/>
                <w:sz w:val="16"/>
              </w:rPr>
              <w:t xml:space="preserve">Модуль «Спортивные игры. Волейбол».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Приём и передача волейбольного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мяча двумя руками снизу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</w:t>
            </w:r>
          </w:p>
        </w:tc>
        <w:tc>
          <w:tcPr>
            <w:tcW w:type="dxa" w:w="1104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40"/>
            <w:tcBorders>
              <w:start w:sz="4.799999999999727" w:val="single" w:color="#000000"/>
              <w:top w:sz="4.800000000000011" w:val="single" w:color="#000000"/>
              <w:end w:sz="4.0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</w:t>
            </w:r>
          </w:p>
        </w:tc>
        <w:tc>
          <w:tcPr>
            <w:tcW w:type="dxa" w:w="866"/>
            <w:tcBorders>
              <w:start w:sz="4.0" w:val="single" w:color="#000000"/>
              <w:top w:sz="4.800000000000011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24.02.2023</w:t>
            </w:r>
          </w:p>
        </w:tc>
        <w:tc>
          <w:tcPr>
            <w:tcW w:type="dxa" w:w="3926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рассматривают, обсуждают и анализируют образец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техники прямой нижней подачи, определяют фазы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движения и особенности их выполнения;;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разучивают и закрепляют технику прямой нижней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подачи мяча;;</w:t>
            </w:r>
          </w:p>
        </w:tc>
        <w:tc>
          <w:tcPr>
            <w:tcW w:type="dxa" w:w="828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382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926"/>
        </w:trPr>
        <w:tc>
          <w:tcPr>
            <w:tcW w:type="dxa" w:w="468"/>
            <w:tcBorders>
              <w:start w:sz="4.800000000000011" w:val="single" w:color="#000000"/>
              <w:top w:sz="4.800000000000068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3.38.</w:t>
            </w:r>
          </w:p>
        </w:tc>
        <w:tc>
          <w:tcPr>
            <w:tcW w:type="dxa" w:w="5260"/>
            <w:tcBorders>
              <w:start w:sz="4.7999999999999545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/>
                <w:color w:val="000000"/>
                <w:sz w:val="16"/>
              </w:rPr>
              <w:t xml:space="preserve">Модуль «Спортивные игры. Волейбол».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Приём и передача волейбольного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мяча двумя руками сверху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068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</w:t>
            </w:r>
          </w:p>
        </w:tc>
        <w:tc>
          <w:tcPr>
            <w:tcW w:type="dxa" w:w="1104"/>
            <w:tcBorders>
              <w:start w:sz="4.799999999999727" w:val="single" w:color="#000000"/>
              <w:top w:sz="4.800000000000068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40"/>
            <w:tcBorders>
              <w:start w:sz="4.799999999999727" w:val="single" w:color="#000000"/>
              <w:top w:sz="4.800000000000068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</w:t>
            </w:r>
          </w:p>
        </w:tc>
        <w:tc>
          <w:tcPr>
            <w:tcW w:type="dxa" w:w="866"/>
            <w:tcBorders>
              <w:start w:sz="4.0" w:val="single" w:color="#000000"/>
              <w:top w:sz="4.800000000000068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04.03.2023</w:t>
            </w:r>
          </w:p>
        </w:tc>
        <w:tc>
          <w:tcPr>
            <w:tcW w:type="dxa" w:w="3926"/>
            <w:tcBorders>
              <w:start w:sz="4.799999999999727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знакомятся с рекомендациями учителя по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использованию подготовительных и подводящих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упражнений для освоения технических действий игры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волейбол;</w:t>
            </w:r>
          </w:p>
        </w:tc>
        <w:tc>
          <w:tcPr>
            <w:tcW w:type="dxa" w:w="828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382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</w:t>
            </w:r>
          </w:p>
        </w:tc>
      </w:tr>
      <w:tr>
        <w:trPr>
          <w:trHeight w:hRule="exact" w:val="924"/>
        </w:trPr>
        <w:tc>
          <w:tcPr>
            <w:tcW w:type="dxa" w:w="468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3.39.</w:t>
            </w:r>
          </w:p>
        </w:tc>
        <w:tc>
          <w:tcPr>
            <w:tcW w:type="dxa" w:w="526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/>
                <w:color w:val="000000"/>
                <w:sz w:val="16"/>
              </w:rPr>
              <w:t xml:space="preserve">Модуль «Спортивные игры. Футбол».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Удар по неподвижному мячу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4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40"/>
            <w:tcBorders>
              <w:start w:sz="4.799999999999727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866"/>
            <w:tcBorders>
              <w:start w:sz="4.0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08.03.2023</w:t>
            </w:r>
          </w:p>
        </w:tc>
        <w:tc>
          <w:tcPr>
            <w:tcW w:type="dxa" w:w="392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рассматривают, обсуждают и анализируют образец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техники учителя, определяют отличительные признаки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 технике ведения мяча «змейкой» и техники обводки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учебных конусов, делают выводы;;</w:t>
            </w:r>
          </w:p>
        </w:tc>
        <w:tc>
          <w:tcPr>
            <w:tcW w:type="dxa" w:w="82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38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732"/>
        </w:trPr>
        <w:tc>
          <w:tcPr>
            <w:tcW w:type="dxa" w:w="468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3.40.</w:t>
            </w:r>
          </w:p>
        </w:tc>
        <w:tc>
          <w:tcPr>
            <w:tcW w:type="dxa" w:w="526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/>
                <w:color w:val="000000"/>
                <w:sz w:val="16"/>
              </w:rPr>
              <w:t xml:space="preserve">Модуль «Спортивные игры. Футбол».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Знакомство с рекомендациями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учителя по использованию подготовительных и подводящих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упражнений для освоения технических действий игры футбол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4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40"/>
            <w:tcBorders>
              <w:start w:sz="4.799999999999727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866"/>
            <w:tcBorders>
              <w:start w:sz="4.0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16.03.2023</w:t>
            </w:r>
          </w:p>
        </w:tc>
        <w:tc>
          <w:tcPr>
            <w:tcW w:type="dxa" w:w="392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описывают технику выполнения обводки конусов,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определяют возможные ошибки и причины их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появления, рассматривают способы устранения;;</w:t>
            </w:r>
          </w:p>
        </w:tc>
        <w:tc>
          <w:tcPr>
            <w:tcW w:type="dxa" w:w="82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Зачет;</w:t>
            </w:r>
          </w:p>
        </w:tc>
        <w:tc>
          <w:tcPr>
            <w:tcW w:type="dxa" w:w="138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</w:t>
            </w:r>
          </w:p>
        </w:tc>
      </w:tr>
      <w:tr>
        <w:trPr>
          <w:trHeight w:hRule="exact" w:val="732"/>
        </w:trPr>
        <w:tc>
          <w:tcPr>
            <w:tcW w:type="dxa" w:w="468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3.41.</w:t>
            </w:r>
          </w:p>
        </w:tc>
        <w:tc>
          <w:tcPr>
            <w:tcW w:type="dxa" w:w="526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/>
                <w:color w:val="000000"/>
                <w:sz w:val="16"/>
              </w:rPr>
              <w:t xml:space="preserve">Модуль «Спортивные игры. Футбол».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Остановка катящегося мяча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внутренней стороной стопы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</w:t>
            </w:r>
          </w:p>
        </w:tc>
        <w:tc>
          <w:tcPr>
            <w:tcW w:type="dxa" w:w="1104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40"/>
            <w:tcBorders>
              <w:start w:sz="4.799999999999727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</w:t>
            </w:r>
          </w:p>
        </w:tc>
        <w:tc>
          <w:tcPr>
            <w:tcW w:type="dxa" w:w="866"/>
            <w:tcBorders>
              <w:start w:sz="4.0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22.03.2023</w:t>
            </w:r>
          </w:p>
        </w:tc>
        <w:tc>
          <w:tcPr>
            <w:tcW w:type="dxa" w:w="392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определяют последовательность задач для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самостоятельных занятий по разучиванию техники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обводки учебных конусов;;</w:t>
            </w:r>
          </w:p>
        </w:tc>
        <w:tc>
          <w:tcPr>
            <w:tcW w:type="dxa" w:w="82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38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732"/>
        </w:trPr>
        <w:tc>
          <w:tcPr>
            <w:tcW w:type="dxa" w:w="468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3.42.</w:t>
            </w:r>
          </w:p>
        </w:tc>
        <w:tc>
          <w:tcPr>
            <w:tcW w:type="dxa" w:w="526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/>
                <w:color w:val="000000"/>
                <w:sz w:val="16"/>
              </w:rPr>
              <w:t xml:space="preserve">Модуль «Спортивные игры. Футбол».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Ведение футбольного мяча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</w:t>
            </w:r>
          </w:p>
        </w:tc>
        <w:tc>
          <w:tcPr>
            <w:tcW w:type="dxa" w:w="1104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40"/>
            <w:tcBorders>
              <w:start w:sz="4.799999999999727" w:val="single" w:color="#000000"/>
              <w:top w:sz="4.7999999999999545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</w:t>
            </w:r>
          </w:p>
        </w:tc>
        <w:tc>
          <w:tcPr>
            <w:tcW w:type="dxa" w:w="866"/>
            <w:tcBorders>
              <w:start w:sz="4.0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07.04.2023</w:t>
            </w:r>
          </w:p>
        </w:tc>
        <w:tc>
          <w:tcPr>
            <w:tcW w:type="dxa" w:w="392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описывают технику выполнения обводки конусов,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определяют возможные ошибки и причины их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появления, рассматривают способы устранения;;</w:t>
            </w:r>
          </w:p>
        </w:tc>
        <w:tc>
          <w:tcPr>
            <w:tcW w:type="dxa" w:w="82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Зачет;</w:t>
            </w:r>
          </w:p>
        </w:tc>
        <w:tc>
          <w:tcPr>
            <w:tcW w:type="dxa" w:w="138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</w:t>
            </w:r>
          </w:p>
        </w:tc>
      </w:tr>
      <w:tr>
        <w:trPr>
          <w:trHeight w:hRule="exact" w:val="734"/>
        </w:trPr>
        <w:tc>
          <w:tcPr>
            <w:tcW w:type="dxa" w:w="468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3.43.</w:t>
            </w:r>
          </w:p>
        </w:tc>
        <w:tc>
          <w:tcPr>
            <w:tcW w:type="dxa" w:w="526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/>
                <w:color w:val="000000"/>
                <w:sz w:val="16"/>
              </w:rPr>
              <w:t xml:space="preserve">Модуль «Спортивные игры. Футбол».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Обводка мячом ориентиров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4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40"/>
            <w:tcBorders>
              <w:start w:sz="4.799999999999727" w:val="single" w:color="#000000"/>
              <w:top w:sz="4.799999999999727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866"/>
            <w:tcBorders>
              <w:start w:sz="4.0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13.04.2023</w:t>
            </w:r>
          </w:p>
        </w:tc>
        <w:tc>
          <w:tcPr>
            <w:tcW w:type="dxa" w:w="392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определяют последовательность задач для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самостоятельных занятий по разучиванию техники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обводки учебных конусов;;</w:t>
            </w:r>
          </w:p>
        </w:tc>
        <w:tc>
          <w:tcPr>
            <w:tcW w:type="dxa" w:w="828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Зачет;</w:t>
            </w:r>
          </w:p>
        </w:tc>
        <w:tc>
          <w:tcPr>
            <w:tcW w:type="dxa" w:w="1382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</w:t>
            </w:r>
          </w:p>
        </w:tc>
      </w:tr>
      <w:tr>
        <w:trPr>
          <w:trHeight w:hRule="exact" w:val="348"/>
        </w:trPr>
        <w:tc>
          <w:tcPr>
            <w:tcW w:type="dxa" w:w="5728"/>
            <w:gridSpan w:val="2"/>
            <w:tcBorders>
              <w:start w:sz="4.800000000000011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разделу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64</w:t>
            </w:r>
          </w:p>
        </w:tc>
        <w:tc>
          <w:tcPr>
            <w:tcW w:type="dxa" w:w="9246"/>
            <w:gridSpan w:val="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48"/>
        </w:trPr>
        <w:tc>
          <w:tcPr>
            <w:tcW w:type="dxa" w:w="15502"/>
            <w:gridSpan w:val="9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Раздел 4. СПОРТ</w:t>
            </w:r>
          </w:p>
        </w:tc>
      </w:tr>
      <w:tr>
        <w:trPr>
          <w:trHeight w:hRule="exact" w:val="732"/>
        </w:trPr>
        <w:tc>
          <w:tcPr>
            <w:tcW w:type="dxa" w:w="468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4.1.</w:t>
            </w:r>
          </w:p>
        </w:tc>
        <w:tc>
          <w:tcPr>
            <w:tcW w:type="dxa" w:w="526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Физическая подготовка: освоение содержания программы,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демонстрация приростов в показателях физической подготовленности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и нормативных требований комплекса ГТО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30</w:t>
            </w:r>
          </w:p>
        </w:tc>
        <w:tc>
          <w:tcPr>
            <w:tcW w:type="dxa" w:w="1104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40"/>
            <w:tcBorders>
              <w:start w:sz="4.799999999999727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866"/>
            <w:tcBorders>
              <w:start w:sz="4.0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22.04.2023</w:t>
            </w:r>
          </w:p>
        </w:tc>
        <w:tc>
          <w:tcPr>
            <w:tcW w:type="dxa" w:w="392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демонстрируют приросты в показателях физической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подготовленности и нормативных требований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комплекса ГТО;</w:t>
            </w:r>
          </w:p>
        </w:tc>
        <w:tc>
          <w:tcPr>
            <w:tcW w:type="dxa" w:w="828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Зачет;</w:t>
            </w:r>
          </w:p>
        </w:tc>
        <w:tc>
          <w:tcPr>
            <w:tcW w:type="dxa" w:w="1382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48"/>
        </w:trPr>
        <w:tc>
          <w:tcPr>
            <w:tcW w:type="dxa" w:w="5728"/>
            <w:gridSpan w:val="2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разделу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30</w:t>
            </w:r>
          </w:p>
        </w:tc>
        <w:tc>
          <w:tcPr>
            <w:tcW w:type="dxa" w:w="9246"/>
            <w:gridSpan w:val="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28"/>
        </w:trPr>
        <w:tc>
          <w:tcPr>
            <w:tcW w:type="dxa" w:w="5728"/>
            <w:gridSpan w:val="2"/>
            <w:tcBorders>
              <w:start w:sz="4.800000000000011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ОБЩЕЕ КОЛИЧЕСТВО ЧАСОВ ПО ПРОГРАММЕ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102</w:t>
            </w:r>
          </w:p>
        </w:tc>
        <w:tc>
          <w:tcPr>
            <w:tcW w:type="dxa" w:w="1104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727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72</w:t>
            </w:r>
          </w:p>
        </w:tc>
        <w:tc>
          <w:tcPr>
            <w:tcW w:type="dxa" w:w="7002"/>
            <w:gridSpan w:val="4"/>
            <w:tcBorders>
              <w:start w:sz="4.0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4" w:right="640" w:bottom="1440" w:left="666" w:header="720" w:footer="720" w:gutter="0"/>
          <w:cols w:space="720" w:num="1" w:equalWidth="0">
            <w:col w:w="15534" w:space="0"/>
            <w:col w:w="15534" w:space="0"/>
            <w:col w:w="15534" w:space="0"/>
            <w:col w:w="15534" w:space="0"/>
            <w:col w:w="15534" w:space="0"/>
            <w:col w:w="10582" w:space="0"/>
            <w:col w:w="10502" w:space="0"/>
            <w:col w:w="10590" w:space="0"/>
            <w:col w:w="10506" w:space="0"/>
            <w:col w:w="10584" w:space="0"/>
            <w:col w:w="10572" w:space="0"/>
            <w:col w:w="10584" w:space="0"/>
            <w:col w:w="9020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316"/>
        <w:ind w:left="0" w:right="0" w:firstLine="0"/>
        <w:jc w:val="left"/>
      </w:pPr>
      <w:r>
        <w:rPr>
          <w:w w:val="98.27302296956381"/>
          <w:rFonts w:ascii="Times New Roman" w:hAnsi="Times New Roman" w:eastAsia="Times New Roman"/>
          <w:b/>
          <w:i w:val="0"/>
          <w:color w:val="000000"/>
          <w:sz w:val="24"/>
        </w:rPr>
        <w:t>ПОУРОЧНОЕ ПЛАНИРОВАНИЕ</w:t>
      </w:r>
    </w:p>
    <w:tbl>
      <w:tblPr>
        <w:tblW w:type="auto" w:w="0"/>
        <w:tblLayout w:type="fixed"/>
        <w:tblLook w:firstColumn="1" w:firstRow="1" w:lastColumn="0" w:lastRow="0" w:noHBand="0" w:noVBand="1" w:val="04A0"/>
        <w:tblInd w:w="5.999999999999943" w:type="dxa"/>
      </w:tblPr>
      <w:tblGrid>
        <w:gridCol w:w="1526"/>
        <w:gridCol w:w="1526"/>
        <w:gridCol w:w="1526"/>
        <w:gridCol w:w="1526"/>
        <w:gridCol w:w="1526"/>
        <w:gridCol w:w="1526"/>
        <w:gridCol w:w="1526"/>
      </w:tblGrid>
      <w:tr>
        <w:trPr>
          <w:trHeight w:hRule="exact" w:val="482"/>
        </w:trPr>
        <w:tc>
          <w:tcPr>
            <w:tcW w:type="dxa" w:w="566"/>
            <w:vMerge w:val="restart"/>
            <w:tcBorders>
              <w:start w:sz="4.7999999999999545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0" w:right="144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№</w:t>
            </w:r>
            <w:r>
              <w:br/>
            </w:r>
            <w:r>
              <w:rPr>
                <w:w w:val="98.27302296956381"/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п/п</w:t>
            </w:r>
          </w:p>
        </w:tc>
        <w:tc>
          <w:tcPr>
            <w:tcW w:type="dxa" w:w="3374"/>
            <w:vMerge w:val="restart"/>
            <w:tcBorders>
              <w:start w:sz="4.800000000000011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Тема урока</w:t>
            </w:r>
          </w:p>
        </w:tc>
        <w:tc>
          <w:tcPr>
            <w:tcW w:type="dxa" w:w="3950"/>
            <w:gridSpan w:val="3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Количество часов</w:t>
            </w:r>
          </w:p>
        </w:tc>
        <w:tc>
          <w:tcPr>
            <w:tcW w:type="dxa" w:w="1214"/>
            <w:vMerge w:val="restart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0" w:right="144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Дата </w:t>
            </w:r>
            <w:r>
              <w:br/>
            </w:r>
            <w:r>
              <w:rPr>
                <w:w w:val="98.27302296956381"/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изучения</w:t>
            </w:r>
          </w:p>
        </w:tc>
        <w:tc>
          <w:tcPr>
            <w:tcW w:type="dxa" w:w="1546"/>
            <w:vMerge w:val="restart"/>
            <w:tcBorders>
              <w:start w:sz="4.800000000000182" w:val="single" w:color="#000000"/>
              <w:top w:sz="4.800000000000011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6" w:after="0"/>
              <w:ind w:left="70" w:right="432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Виды, </w:t>
            </w:r>
            <w:r>
              <w:br/>
            </w:r>
            <w:r>
              <w:rPr>
                <w:w w:val="98.27302296956381"/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формы </w:t>
            </w:r>
            <w:r>
              <w:br/>
            </w:r>
            <w:r>
              <w:rPr>
                <w:w w:val="98.27302296956381"/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контроля</w:t>
            </w:r>
          </w:p>
        </w:tc>
      </w:tr>
      <w:tr>
        <w:trPr>
          <w:trHeight w:hRule="exact" w:val="814"/>
        </w:trPr>
        <w:tc>
          <w:tcPr>
            <w:tcW w:type="dxa" w:w="1526"/>
            <w:vMerge/>
            <w:tcBorders>
              <w:start w:sz="4.7999999999999545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</w:tcPr>
          <w:p/>
        </w:tc>
        <w:tc>
          <w:tcPr>
            <w:tcW w:type="dxa" w:w="1526"/>
            <w:vMerge/>
            <w:tcBorders>
              <w:start w:sz="4.800000000000011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</w:tcPr>
          <w:p/>
        </w:tc>
        <w:tc>
          <w:tcPr>
            <w:tcW w:type="dxa" w:w="718"/>
            <w:tcBorders>
              <w:start w:sz="4.800000000000182" w:val="single" w:color="#000000"/>
              <w:top w:sz="4.0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всего </w:t>
            </w:r>
          </w:p>
        </w:tc>
        <w:tc>
          <w:tcPr>
            <w:tcW w:type="dxa" w:w="1592"/>
            <w:tcBorders>
              <w:start w:sz="4.799999999999727" w:val="single" w:color="#000000"/>
              <w:top w:sz="4.0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контрольные </w:t>
            </w:r>
            <w:r>
              <w:rPr>
                <w:w w:val="98.27302296956381"/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работы</w:t>
            </w:r>
          </w:p>
        </w:tc>
        <w:tc>
          <w:tcPr>
            <w:tcW w:type="dxa" w:w="1640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практические </w:t>
            </w:r>
            <w:r>
              <w:rPr>
                <w:w w:val="98.27302296956381"/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работы</w:t>
            </w:r>
          </w:p>
        </w:tc>
        <w:tc>
          <w:tcPr>
            <w:tcW w:type="dxa" w:w="1526"/>
            <w:vMerge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</w:tcPr>
          <w:p/>
        </w:tc>
        <w:tc>
          <w:tcPr>
            <w:tcW w:type="dxa" w:w="1526"/>
            <w:vMerge/>
            <w:tcBorders>
              <w:start w:sz="4.800000000000182" w:val="single" w:color="#000000"/>
              <w:top w:sz="4.800000000000011" w:val="single" w:color="#000000"/>
              <w:end w:sz="4.0" w:val="single" w:color="#000000"/>
              <w:bottom w:sz="4.7999999999999545" w:val="single" w:color="#000000"/>
            </w:tcBorders>
          </w:tcPr>
          <w:p/>
        </w:tc>
      </w:tr>
      <w:tr>
        <w:trPr>
          <w:trHeight w:hRule="exact" w:val="1144"/>
        </w:trPr>
        <w:tc>
          <w:tcPr>
            <w:tcW w:type="dxa" w:w="566"/>
            <w:tcBorders>
              <w:start w:sz="4.7999999999999545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1.</w:t>
            </w:r>
          </w:p>
        </w:tc>
        <w:tc>
          <w:tcPr>
            <w:tcW w:type="dxa" w:w="3374"/>
            <w:tcBorders>
              <w:start w:sz="4.800000000000011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6" w:after="0"/>
              <w:ind w:left="70" w:right="144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Знакомство с программным </w:t>
            </w: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материалом и требованиями к </w:t>
            </w: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его освоению</w:t>
            </w:r>
          </w:p>
        </w:tc>
        <w:tc>
          <w:tcPr>
            <w:tcW w:type="dxa" w:w="71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2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4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2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1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03.09.2022 </w:t>
            </w:r>
          </w:p>
        </w:tc>
        <w:tc>
          <w:tcPr>
            <w:tcW w:type="dxa" w:w="1546"/>
            <w:tcBorders>
              <w:start w:sz="4.800000000000182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804"/>
        </w:trPr>
        <w:tc>
          <w:tcPr>
            <w:tcW w:type="dxa" w:w="566"/>
            <w:tcBorders>
              <w:start w:sz="4.7999999999999545" w:val="single" w:color="#000000"/>
              <w:top w:sz="4.7999999999999545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2.</w:t>
            </w:r>
          </w:p>
        </w:tc>
        <w:tc>
          <w:tcPr>
            <w:tcW w:type="dxa" w:w="3374"/>
            <w:tcBorders>
              <w:start w:sz="4.800000000000011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6" w:after="0"/>
              <w:ind w:left="70" w:right="432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Знакомство с понятием</w:t>
            </w:r>
            <w:r>
              <w:br/>
            </w: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«здоровый образ жизни» и </w:t>
            </w: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значением здорового образа </w:t>
            </w: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жизни в жизнедеятельности </w:t>
            </w: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современного человека</w:t>
            </w:r>
          </w:p>
        </w:tc>
        <w:tc>
          <w:tcPr>
            <w:tcW w:type="dxa" w:w="71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2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4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2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1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05.09.2022 </w:t>
            </w:r>
          </w:p>
        </w:tc>
        <w:tc>
          <w:tcPr>
            <w:tcW w:type="dxa" w:w="1546"/>
            <w:tcBorders>
              <w:start w:sz="4.800000000000182" w:val="single" w:color="#000000"/>
              <w:top w:sz="4.7999999999999545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14"/>
        </w:trPr>
        <w:tc>
          <w:tcPr>
            <w:tcW w:type="dxa" w:w="566"/>
            <w:tcBorders>
              <w:start w:sz="4.7999999999999545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3.</w:t>
            </w:r>
          </w:p>
        </w:tc>
        <w:tc>
          <w:tcPr>
            <w:tcW w:type="dxa" w:w="3374"/>
            <w:tcBorders>
              <w:start w:sz="4.800000000000011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Знакомство с историей древних </w:t>
            </w: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Олимпийских игр</w:t>
            </w:r>
          </w:p>
        </w:tc>
        <w:tc>
          <w:tcPr>
            <w:tcW w:type="dxa" w:w="71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2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4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1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06.09.2022 </w:t>
            </w:r>
          </w:p>
        </w:tc>
        <w:tc>
          <w:tcPr>
            <w:tcW w:type="dxa" w:w="1546"/>
            <w:tcBorders>
              <w:start w:sz="4.800000000000182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474"/>
        </w:trPr>
        <w:tc>
          <w:tcPr>
            <w:tcW w:type="dxa" w:w="566"/>
            <w:tcBorders>
              <w:start w:sz="4.7999999999999545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4.</w:t>
            </w:r>
          </w:p>
        </w:tc>
        <w:tc>
          <w:tcPr>
            <w:tcW w:type="dxa" w:w="3374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0" w:right="144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Режим дня и его значение для </w:t>
            </w: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современного школьника.</w:t>
            </w:r>
          </w:p>
          <w:p>
            <w:pPr>
              <w:autoSpaceDN w:val="0"/>
              <w:autoSpaceDE w:val="0"/>
              <w:widowControl/>
              <w:spacing w:line="262" w:lineRule="auto" w:before="70" w:after="0"/>
              <w:ind w:left="70" w:right="288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Правила составления режима </w:t>
            </w: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дня </w:t>
            </w:r>
          </w:p>
        </w:tc>
        <w:tc>
          <w:tcPr>
            <w:tcW w:type="dxa" w:w="71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2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4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2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1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10.09.2022 </w:t>
            </w:r>
          </w:p>
        </w:tc>
        <w:tc>
          <w:tcPr>
            <w:tcW w:type="dxa" w:w="1546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14"/>
        </w:trPr>
        <w:tc>
          <w:tcPr>
            <w:tcW w:type="dxa" w:w="566"/>
            <w:tcBorders>
              <w:start w:sz="4.7999999999999545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5.</w:t>
            </w:r>
          </w:p>
        </w:tc>
        <w:tc>
          <w:tcPr>
            <w:tcW w:type="dxa" w:w="3374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0" w:right="144" w:firstLine="0"/>
              <w:jc w:val="center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Самостоятельное составление </w:t>
            </w: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индивидуального режима дня</w:t>
            </w:r>
          </w:p>
        </w:tc>
        <w:tc>
          <w:tcPr>
            <w:tcW w:type="dxa" w:w="71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2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4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2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1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12.09.2022 </w:t>
            </w:r>
          </w:p>
        </w:tc>
        <w:tc>
          <w:tcPr>
            <w:tcW w:type="dxa" w:w="1546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474"/>
        </w:trPr>
        <w:tc>
          <w:tcPr>
            <w:tcW w:type="dxa" w:w="566"/>
            <w:tcBorders>
              <w:start w:sz="4.7999999999999545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6.</w:t>
            </w:r>
          </w:p>
        </w:tc>
        <w:tc>
          <w:tcPr>
            <w:tcW w:type="dxa" w:w="3374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6" w:after="0"/>
              <w:ind w:left="70" w:right="72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Осанка как показатель </w:t>
            </w:r>
            <w:r>
              <w:br/>
            </w: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физического развития и </w:t>
            </w: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здоровья школьника. Как </w:t>
            </w: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работать над осанко</w:t>
            </w:r>
          </w:p>
        </w:tc>
        <w:tc>
          <w:tcPr>
            <w:tcW w:type="dxa" w:w="71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2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4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2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1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13.09.2022 </w:t>
            </w:r>
          </w:p>
        </w:tc>
        <w:tc>
          <w:tcPr>
            <w:tcW w:type="dxa" w:w="1546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144"/>
        </w:trPr>
        <w:tc>
          <w:tcPr>
            <w:tcW w:type="dxa" w:w="566"/>
            <w:tcBorders>
              <w:start w:sz="4.7999999999999545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7.</w:t>
            </w:r>
          </w:p>
        </w:tc>
        <w:tc>
          <w:tcPr>
            <w:tcW w:type="dxa" w:w="3374"/>
            <w:tcBorders>
              <w:start w:sz="4.800000000000011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6" w:after="0"/>
              <w:ind w:left="70" w:right="288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Измерение индивидуальных </w:t>
            </w: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показателей физического </w:t>
            </w:r>
            <w:r>
              <w:br/>
            </w: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развития </w:t>
            </w:r>
          </w:p>
        </w:tc>
        <w:tc>
          <w:tcPr>
            <w:tcW w:type="dxa" w:w="71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2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4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2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1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17.09.2022 </w:t>
            </w:r>
          </w:p>
        </w:tc>
        <w:tc>
          <w:tcPr>
            <w:tcW w:type="dxa" w:w="1546"/>
            <w:tcBorders>
              <w:start w:sz="4.800000000000182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14"/>
        </w:trPr>
        <w:tc>
          <w:tcPr>
            <w:tcW w:type="dxa" w:w="566"/>
            <w:tcBorders>
              <w:start w:sz="4.7999999999999545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8.</w:t>
            </w:r>
          </w:p>
        </w:tc>
        <w:tc>
          <w:tcPr>
            <w:tcW w:type="dxa" w:w="3374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0" w:right="576" w:firstLine="0"/>
              <w:jc w:val="center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Организация и проведение </w:t>
            </w: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самостоятельных занятий </w:t>
            </w:r>
          </w:p>
        </w:tc>
        <w:tc>
          <w:tcPr>
            <w:tcW w:type="dxa" w:w="71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2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4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2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1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19.09.2022 </w:t>
            </w:r>
          </w:p>
        </w:tc>
        <w:tc>
          <w:tcPr>
            <w:tcW w:type="dxa" w:w="1546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144"/>
        </w:trPr>
        <w:tc>
          <w:tcPr>
            <w:tcW w:type="dxa" w:w="566"/>
            <w:tcBorders>
              <w:start w:sz="4.7999999999999545" w:val="single" w:color="#000000"/>
              <w:top w:sz="4.80000000000018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9.</w:t>
            </w:r>
          </w:p>
        </w:tc>
        <w:tc>
          <w:tcPr>
            <w:tcW w:type="dxa" w:w="3374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Знакомство с понятием</w:t>
            </w:r>
            <w:r>
              <w:br/>
            </w: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«физкультурнооздоровительная </w:t>
            </w: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деятельность</w:t>
            </w:r>
          </w:p>
        </w:tc>
        <w:tc>
          <w:tcPr>
            <w:tcW w:type="dxa" w:w="71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2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4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2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1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20.09.2022 </w:t>
            </w:r>
          </w:p>
        </w:tc>
        <w:tc>
          <w:tcPr>
            <w:tcW w:type="dxa" w:w="1546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144"/>
        </w:trPr>
        <w:tc>
          <w:tcPr>
            <w:tcW w:type="dxa" w:w="566"/>
            <w:tcBorders>
              <w:start w:sz="4.7999999999999545" w:val="single" w:color="#000000"/>
              <w:top w:sz="4.79999999999927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10.</w:t>
            </w:r>
          </w:p>
        </w:tc>
        <w:tc>
          <w:tcPr>
            <w:tcW w:type="dxa" w:w="3374"/>
            <w:tcBorders>
              <w:start w:sz="4.800000000000011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Упражнения утренней зарядки. </w:t>
            </w: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16 движений на все группы </w:t>
            </w:r>
            <w:r>
              <w:br/>
            </w: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мышц</w:t>
            </w:r>
          </w:p>
        </w:tc>
        <w:tc>
          <w:tcPr>
            <w:tcW w:type="dxa" w:w="718"/>
            <w:tcBorders>
              <w:start w:sz="4.800000000000182" w:val="single" w:color="#000000"/>
              <w:top w:sz="4.79999999999927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2"/>
            <w:tcBorders>
              <w:start w:sz="4.799999999999727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40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2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14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24.09.2022 </w:t>
            </w:r>
          </w:p>
        </w:tc>
        <w:tc>
          <w:tcPr>
            <w:tcW w:type="dxa" w:w="1546"/>
            <w:tcBorders>
              <w:start w:sz="4.800000000000182" w:val="single" w:color="#000000"/>
              <w:top w:sz="4.79999999999927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14"/>
        </w:trPr>
        <w:tc>
          <w:tcPr>
            <w:tcW w:type="dxa" w:w="566"/>
            <w:tcBorders>
              <w:start w:sz="4.7999999999999545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11.</w:t>
            </w:r>
          </w:p>
        </w:tc>
        <w:tc>
          <w:tcPr>
            <w:tcW w:type="dxa" w:w="3374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0" w:right="432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Упражнения дыхательной и </w:t>
            </w: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зрительной гимнастики</w:t>
            </w:r>
          </w:p>
        </w:tc>
        <w:tc>
          <w:tcPr>
            <w:tcW w:type="dxa" w:w="71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2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4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2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1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26.09.2022 </w:t>
            </w:r>
          </w:p>
        </w:tc>
        <w:tc>
          <w:tcPr>
            <w:tcW w:type="dxa" w:w="1546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794"/>
        </w:trPr>
        <w:tc>
          <w:tcPr>
            <w:tcW w:type="dxa" w:w="566"/>
            <w:tcBorders>
              <w:start w:sz="4.7999999999999545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12.</w:t>
            </w:r>
          </w:p>
        </w:tc>
        <w:tc>
          <w:tcPr>
            <w:tcW w:type="dxa" w:w="3374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0" w:right="72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Упражнения на развитие </w:t>
            </w: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гибкости суставов.</w:t>
            </w:r>
          </w:p>
        </w:tc>
        <w:tc>
          <w:tcPr>
            <w:tcW w:type="dxa" w:w="71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2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4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1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27.09.2022 </w:t>
            </w:r>
          </w:p>
        </w:tc>
        <w:tc>
          <w:tcPr>
            <w:tcW w:type="dxa" w:w="1546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98" w:right="556" w:bottom="480" w:left="664" w:header="720" w:footer="720" w:gutter="0"/>
          <w:cols w:space="720" w:num="1" w:equalWidth="0">
            <w:col w:w="10680" w:space="0"/>
            <w:col w:w="15534" w:space="0"/>
            <w:col w:w="15534" w:space="0"/>
            <w:col w:w="15534" w:space="0"/>
            <w:col w:w="15534" w:space="0"/>
            <w:col w:w="15534" w:space="0"/>
            <w:col w:w="10582" w:space="0"/>
            <w:col w:w="10502" w:space="0"/>
            <w:col w:w="10590" w:space="0"/>
            <w:col w:w="10506" w:space="0"/>
            <w:col w:w="10584" w:space="0"/>
            <w:col w:w="10572" w:space="0"/>
            <w:col w:w="10584" w:space="0"/>
            <w:col w:w="9020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5.999999999999943" w:type="dxa"/>
      </w:tblPr>
      <w:tblGrid>
        <w:gridCol w:w="1526"/>
        <w:gridCol w:w="1526"/>
        <w:gridCol w:w="1526"/>
        <w:gridCol w:w="1526"/>
        <w:gridCol w:w="1526"/>
        <w:gridCol w:w="1526"/>
        <w:gridCol w:w="1526"/>
      </w:tblGrid>
      <w:tr>
        <w:trPr>
          <w:trHeight w:hRule="exact" w:val="814"/>
        </w:trPr>
        <w:tc>
          <w:tcPr>
            <w:tcW w:type="dxa" w:w="566"/>
            <w:tcBorders>
              <w:start w:sz="4.7999999999999545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13.</w:t>
            </w:r>
          </w:p>
        </w:tc>
        <w:tc>
          <w:tcPr>
            <w:tcW w:type="dxa" w:w="3374"/>
            <w:tcBorders>
              <w:start w:sz="4.800000000000011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0" w:right="72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Упражнения на развитие </w:t>
            </w: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гибкости. стретчинг</w:t>
            </w:r>
          </w:p>
        </w:tc>
        <w:tc>
          <w:tcPr>
            <w:tcW w:type="dxa" w:w="718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2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4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2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1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01.10.2022 </w:t>
            </w:r>
          </w:p>
        </w:tc>
        <w:tc>
          <w:tcPr>
            <w:tcW w:type="dxa" w:w="1546"/>
            <w:tcBorders>
              <w:start w:sz="4.800000000000182" w:val="single" w:color="#000000"/>
              <w:top w:sz="4.800000000000011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144"/>
        </w:trPr>
        <w:tc>
          <w:tcPr>
            <w:tcW w:type="dxa" w:w="566"/>
            <w:tcBorders>
              <w:start w:sz="4.7999999999999545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14.</w:t>
            </w:r>
          </w:p>
        </w:tc>
        <w:tc>
          <w:tcPr>
            <w:tcW w:type="dxa" w:w="3374"/>
            <w:tcBorders>
              <w:start w:sz="4.800000000000011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6" w:after="0"/>
              <w:ind w:left="70" w:right="576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Упражнения на развитие </w:t>
            </w: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координации. Прыжки со </w:t>
            </w: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скакалкой</w:t>
            </w:r>
          </w:p>
        </w:tc>
        <w:tc>
          <w:tcPr>
            <w:tcW w:type="dxa" w:w="71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2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4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2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1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03.10.2022 </w:t>
            </w:r>
          </w:p>
        </w:tc>
        <w:tc>
          <w:tcPr>
            <w:tcW w:type="dxa" w:w="1546"/>
            <w:tcBorders>
              <w:start w:sz="4.800000000000182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144"/>
        </w:trPr>
        <w:tc>
          <w:tcPr>
            <w:tcW w:type="dxa" w:w="566"/>
            <w:tcBorders>
              <w:start w:sz="4.7999999999999545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15.</w:t>
            </w:r>
          </w:p>
        </w:tc>
        <w:tc>
          <w:tcPr>
            <w:tcW w:type="dxa" w:w="3374"/>
            <w:tcBorders>
              <w:start w:sz="4.800000000000011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6" w:after="0"/>
              <w:ind w:left="70" w:right="288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Упражнения на развитие </w:t>
            </w:r>
            <w:r>
              <w:br/>
            </w: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координации. Упражнения с </w:t>
            </w: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мячом </w:t>
            </w:r>
          </w:p>
        </w:tc>
        <w:tc>
          <w:tcPr>
            <w:tcW w:type="dxa" w:w="71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2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4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2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1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04.10.2022 </w:t>
            </w:r>
          </w:p>
        </w:tc>
        <w:tc>
          <w:tcPr>
            <w:tcW w:type="dxa" w:w="1546"/>
            <w:tcBorders>
              <w:start w:sz="4.800000000000182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144"/>
        </w:trPr>
        <w:tc>
          <w:tcPr>
            <w:tcW w:type="dxa" w:w="566"/>
            <w:tcBorders>
              <w:start w:sz="4.7999999999999545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16.</w:t>
            </w:r>
          </w:p>
        </w:tc>
        <w:tc>
          <w:tcPr>
            <w:tcW w:type="dxa" w:w="3374"/>
            <w:tcBorders>
              <w:start w:sz="4.800000000000011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6" w:after="0"/>
              <w:ind w:left="70" w:right="144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Упражнения на формирование </w:t>
            </w: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телосложения. Коррекция </w:t>
            </w:r>
            <w:r>
              <w:br/>
            </w: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осанки </w:t>
            </w:r>
          </w:p>
        </w:tc>
        <w:tc>
          <w:tcPr>
            <w:tcW w:type="dxa" w:w="71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2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4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1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08.10.2022 </w:t>
            </w:r>
          </w:p>
        </w:tc>
        <w:tc>
          <w:tcPr>
            <w:tcW w:type="dxa" w:w="1546"/>
            <w:tcBorders>
              <w:start w:sz="4.800000000000182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144"/>
        </w:trPr>
        <w:tc>
          <w:tcPr>
            <w:tcW w:type="dxa" w:w="566"/>
            <w:tcBorders>
              <w:start w:sz="4.7999999999999545" w:val="single" w:color="#000000"/>
              <w:top w:sz="4.7999999999999545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17.</w:t>
            </w:r>
          </w:p>
        </w:tc>
        <w:tc>
          <w:tcPr>
            <w:tcW w:type="dxa" w:w="3374"/>
            <w:tcBorders>
              <w:start w:sz="4.800000000000011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6" w:after="0"/>
              <w:ind w:left="70" w:right="288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Знакомство с понятием</w:t>
            </w:r>
            <w:r>
              <w:br/>
            </w: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«спортивнооздоровительная </w:t>
            </w: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деятельность</w:t>
            </w:r>
          </w:p>
        </w:tc>
        <w:tc>
          <w:tcPr>
            <w:tcW w:type="dxa" w:w="71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2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4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1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10.10.2022 </w:t>
            </w:r>
          </w:p>
        </w:tc>
        <w:tc>
          <w:tcPr>
            <w:tcW w:type="dxa" w:w="1546"/>
            <w:tcBorders>
              <w:start w:sz="4.800000000000182" w:val="single" w:color="#000000"/>
              <w:top w:sz="4.7999999999999545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474"/>
        </w:trPr>
        <w:tc>
          <w:tcPr>
            <w:tcW w:type="dxa" w:w="566"/>
            <w:tcBorders>
              <w:start w:sz="4.7999999999999545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18.</w:t>
            </w:r>
          </w:p>
        </w:tc>
        <w:tc>
          <w:tcPr>
            <w:tcW w:type="dxa" w:w="3374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Модуль «Гимнастика». Лазанье </w:t>
            </w: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 перелезание на </w:t>
            </w:r>
            <w:r>
              <w:br/>
            </w: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гимнастической стенке.</w:t>
            </w:r>
          </w:p>
          <w:p>
            <w:pPr>
              <w:autoSpaceDN w:val="0"/>
              <w:autoSpaceDE w:val="0"/>
              <w:widowControl/>
              <w:spacing w:line="233" w:lineRule="auto" w:before="68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Отработка техники</w:t>
            </w:r>
          </w:p>
        </w:tc>
        <w:tc>
          <w:tcPr>
            <w:tcW w:type="dxa" w:w="71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2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4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1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11.10.2022 </w:t>
            </w:r>
          </w:p>
        </w:tc>
        <w:tc>
          <w:tcPr>
            <w:tcW w:type="dxa" w:w="1546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142"/>
        </w:trPr>
        <w:tc>
          <w:tcPr>
            <w:tcW w:type="dxa" w:w="566"/>
            <w:tcBorders>
              <w:start w:sz="4.7999999999999545" w:val="single" w:color="#000000"/>
              <w:top w:sz="4.800000000000182" w:val="single" w:color="#000000"/>
              <w:end w:sz="4.800000000000011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19.</w:t>
            </w:r>
          </w:p>
        </w:tc>
        <w:tc>
          <w:tcPr>
            <w:tcW w:type="dxa" w:w="3374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0" w:right="72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Лазанье и перелезание на </w:t>
            </w: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гимнастической стенке.</w:t>
            </w:r>
          </w:p>
          <w:p>
            <w:pPr>
              <w:autoSpaceDN w:val="0"/>
              <w:autoSpaceDE w:val="0"/>
              <w:widowControl/>
              <w:spacing w:line="233" w:lineRule="auto" w:before="68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Тренировка </w:t>
            </w:r>
          </w:p>
        </w:tc>
        <w:tc>
          <w:tcPr>
            <w:tcW w:type="dxa" w:w="71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2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4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1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15.10.2022 </w:t>
            </w:r>
          </w:p>
        </w:tc>
        <w:tc>
          <w:tcPr>
            <w:tcW w:type="dxa" w:w="1546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146"/>
        </w:trPr>
        <w:tc>
          <w:tcPr>
            <w:tcW w:type="dxa" w:w="566"/>
            <w:tcBorders>
              <w:start w:sz="4.7999999999999545" w:val="single" w:color="#000000"/>
              <w:top w:sz="4.0" w:val="single" w:color="#000000"/>
              <w:end w:sz="4.800000000000011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20.</w:t>
            </w:r>
          </w:p>
        </w:tc>
        <w:tc>
          <w:tcPr>
            <w:tcW w:type="dxa" w:w="3374"/>
            <w:tcBorders>
              <w:start w:sz="4.800000000000011" w:val="single" w:color="#000000"/>
              <w:top w:sz="4.0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0" w:right="288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Бег с равномерной скоростью </w:t>
            </w: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на длинные дистанции.</w:t>
            </w:r>
          </w:p>
          <w:p>
            <w:pPr>
              <w:autoSpaceDN w:val="0"/>
              <w:autoSpaceDE w:val="0"/>
              <w:widowControl/>
              <w:spacing w:line="233" w:lineRule="auto" w:before="70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Отработка техники</w:t>
            </w:r>
          </w:p>
        </w:tc>
        <w:tc>
          <w:tcPr>
            <w:tcW w:type="dxa" w:w="718"/>
            <w:tcBorders>
              <w:start w:sz="4.800000000000182" w:val="single" w:color="#000000"/>
              <w:top w:sz="4.0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2"/>
            <w:tcBorders>
              <w:start w:sz="4.799999999999727" w:val="single" w:color="#000000"/>
              <w:top w:sz="4.0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40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14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17.10.2022 </w:t>
            </w:r>
          </w:p>
        </w:tc>
        <w:tc>
          <w:tcPr>
            <w:tcW w:type="dxa" w:w="1546"/>
            <w:tcBorders>
              <w:start w:sz="4.800000000000182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142"/>
        </w:trPr>
        <w:tc>
          <w:tcPr>
            <w:tcW w:type="dxa" w:w="566"/>
            <w:tcBorders>
              <w:start w:sz="4.7999999999999545" w:val="single" w:color="#000000"/>
              <w:top w:sz="4.0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21.</w:t>
            </w:r>
          </w:p>
        </w:tc>
        <w:tc>
          <w:tcPr>
            <w:tcW w:type="dxa" w:w="3374"/>
            <w:tcBorders>
              <w:start w:sz="4.800000000000011" w:val="single" w:color="#000000"/>
              <w:top w:sz="4.0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0" w:right="288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Бег с равномерной скоростью </w:t>
            </w: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на длинные дистанции.</w:t>
            </w:r>
          </w:p>
          <w:p>
            <w:pPr>
              <w:autoSpaceDN w:val="0"/>
              <w:autoSpaceDE w:val="0"/>
              <w:widowControl/>
              <w:spacing w:line="233" w:lineRule="auto" w:before="70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Тренировка </w:t>
            </w:r>
          </w:p>
        </w:tc>
        <w:tc>
          <w:tcPr>
            <w:tcW w:type="dxa" w:w="718"/>
            <w:tcBorders>
              <w:start w:sz="4.800000000000182" w:val="single" w:color="#000000"/>
              <w:top w:sz="4.0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2"/>
            <w:tcBorders>
              <w:start w:sz="4.799999999999727" w:val="single" w:color="#000000"/>
              <w:top w:sz="4.0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40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14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18.10.2022 </w:t>
            </w:r>
          </w:p>
        </w:tc>
        <w:tc>
          <w:tcPr>
            <w:tcW w:type="dxa" w:w="1546"/>
            <w:tcBorders>
              <w:start w:sz="4.800000000000182" w:val="single" w:color="#000000"/>
              <w:top w:sz="4.0" w:val="single" w:color="#000000"/>
              <w:end w:sz="4.0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14"/>
        </w:trPr>
        <w:tc>
          <w:tcPr>
            <w:tcW w:type="dxa" w:w="566"/>
            <w:tcBorders>
              <w:start w:sz="4.7999999999999545" w:val="single" w:color="#000000"/>
              <w:top w:sz="4.79999999999927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22.</w:t>
            </w:r>
          </w:p>
        </w:tc>
        <w:tc>
          <w:tcPr>
            <w:tcW w:type="dxa" w:w="3374"/>
            <w:tcBorders>
              <w:start w:sz="4.800000000000011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0" w:right="288" w:firstLine="0"/>
              <w:jc w:val="center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Бег с равномерной скоростью </w:t>
            </w: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на длинные дистанции. Зачет</w:t>
            </w:r>
          </w:p>
        </w:tc>
        <w:tc>
          <w:tcPr>
            <w:tcW w:type="dxa" w:w="718"/>
            <w:tcBorders>
              <w:start w:sz="4.800000000000182" w:val="single" w:color="#000000"/>
              <w:top w:sz="4.79999999999927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2"/>
            <w:tcBorders>
              <w:start w:sz="4.799999999999727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40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14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22.10.2022 </w:t>
            </w:r>
          </w:p>
        </w:tc>
        <w:tc>
          <w:tcPr>
            <w:tcW w:type="dxa" w:w="1546"/>
            <w:tcBorders>
              <w:start w:sz="4.800000000000182" w:val="single" w:color="#000000"/>
              <w:top w:sz="4.79999999999927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Зачет;</w:t>
            </w:r>
          </w:p>
        </w:tc>
      </w:tr>
      <w:tr>
        <w:trPr>
          <w:trHeight w:hRule="exact" w:val="2776"/>
        </w:trPr>
        <w:tc>
          <w:tcPr>
            <w:tcW w:type="dxa" w:w="566"/>
            <w:tcBorders>
              <w:start w:sz="4.7999999999999545" w:val="single" w:color="#000000"/>
              <w:top w:sz="4.80000000000018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23.</w:t>
            </w:r>
          </w:p>
        </w:tc>
        <w:tc>
          <w:tcPr>
            <w:tcW w:type="dxa" w:w="3374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6" w:lineRule="auto" w:before="98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 н а к о м с т в о с р е к о м е н </w:t>
            </w: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 а ц и я м и п о т е х н и к е б е </w:t>
            </w: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 о п а с н о с т и в о в р е м я в </w:t>
            </w: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ы п о л н е н и я б е г о в ы х у п </w:t>
            </w: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 а ж н е н и й н а с а м о с т о я </w:t>
            </w: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т е л ь н ы х з а н я т и я х л ё г </w:t>
            </w: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 о й а т л е т и к о й. О т р а б о </w:t>
            </w: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т к а т е х н и к и </w:t>
            </w:r>
          </w:p>
        </w:tc>
        <w:tc>
          <w:tcPr>
            <w:tcW w:type="dxa" w:w="71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2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4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1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24.10.2022 </w:t>
            </w:r>
          </w:p>
        </w:tc>
        <w:tc>
          <w:tcPr>
            <w:tcW w:type="dxa" w:w="1546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556" w:bottom="1178" w:left="664" w:header="720" w:footer="720" w:gutter="0"/>
          <w:cols w:space="720" w:num="1" w:equalWidth="0">
            <w:col w:w="10680" w:space="0"/>
            <w:col w:w="10680" w:space="0"/>
            <w:col w:w="15534" w:space="0"/>
            <w:col w:w="15534" w:space="0"/>
            <w:col w:w="15534" w:space="0"/>
            <w:col w:w="15534" w:space="0"/>
            <w:col w:w="15534" w:space="0"/>
            <w:col w:w="10582" w:space="0"/>
            <w:col w:w="10502" w:space="0"/>
            <w:col w:w="10590" w:space="0"/>
            <w:col w:w="10506" w:space="0"/>
            <w:col w:w="10584" w:space="0"/>
            <w:col w:w="10572" w:space="0"/>
            <w:col w:w="10584" w:space="0"/>
            <w:col w:w="9020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5.999999999999943" w:type="dxa"/>
      </w:tblPr>
      <w:tblGrid>
        <w:gridCol w:w="1526"/>
        <w:gridCol w:w="1526"/>
        <w:gridCol w:w="1526"/>
        <w:gridCol w:w="1526"/>
        <w:gridCol w:w="1526"/>
        <w:gridCol w:w="1526"/>
        <w:gridCol w:w="1526"/>
      </w:tblGrid>
      <w:tr>
        <w:trPr>
          <w:trHeight w:hRule="exact" w:val="2134"/>
        </w:trPr>
        <w:tc>
          <w:tcPr>
            <w:tcW w:type="dxa" w:w="566"/>
            <w:tcBorders>
              <w:start w:sz="4.7999999999999545" w:val="single" w:color="#000000"/>
              <w:top w:sz="4.800000000000011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24.</w:t>
            </w:r>
          </w:p>
        </w:tc>
        <w:tc>
          <w:tcPr>
            <w:tcW w:type="dxa" w:w="3374"/>
            <w:tcBorders>
              <w:start w:sz="4.800000000000011" w:val="single" w:color="#000000"/>
              <w:top w:sz="4.800000000000011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6" w:after="0"/>
              <w:ind w:left="70" w:right="144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Знакомство с рекомендациями </w:t>
            </w: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 технике безопасности во </w:t>
            </w: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время выполнения беговых </w:t>
            </w:r>
            <w:r>
              <w:br/>
            </w: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упражнений на </w:t>
            </w:r>
            <w:r>
              <w:br/>
            </w: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самостоятельных занятиях </w:t>
            </w:r>
            <w:r>
              <w:br/>
            </w: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лёгкой атлетикой. Тренировка</w:t>
            </w:r>
          </w:p>
        </w:tc>
        <w:tc>
          <w:tcPr>
            <w:tcW w:type="dxa" w:w="718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2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4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2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1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25.10.2022 </w:t>
            </w:r>
          </w:p>
        </w:tc>
        <w:tc>
          <w:tcPr>
            <w:tcW w:type="dxa" w:w="1546"/>
            <w:tcBorders>
              <w:start w:sz="4.800000000000182" w:val="single" w:color="#000000"/>
              <w:top w:sz="4.800000000000011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144"/>
        </w:trPr>
        <w:tc>
          <w:tcPr>
            <w:tcW w:type="dxa" w:w="566"/>
            <w:tcBorders>
              <w:start w:sz="4.7999999999999545" w:val="single" w:color="#000000"/>
              <w:top w:sz="4.800000000000182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25.</w:t>
            </w:r>
          </w:p>
        </w:tc>
        <w:tc>
          <w:tcPr>
            <w:tcW w:type="dxa" w:w="3374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0" w:right="144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Бег с максимальной скоростью </w:t>
            </w: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на короткие дистанции.</w:t>
            </w:r>
          </w:p>
          <w:p>
            <w:pPr>
              <w:autoSpaceDN w:val="0"/>
              <w:autoSpaceDE w:val="0"/>
              <w:widowControl/>
              <w:spacing w:line="230" w:lineRule="auto" w:before="70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Отработка техники</w:t>
            </w:r>
          </w:p>
        </w:tc>
        <w:tc>
          <w:tcPr>
            <w:tcW w:type="dxa" w:w="71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2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4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2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1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29.10.2022 </w:t>
            </w:r>
          </w:p>
        </w:tc>
        <w:tc>
          <w:tcPr>
            <w:tcW w:type="dxa" w:w="1546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144"/>
        </w:trPr>
        <w:tc>
          <w:tcPr>
            <w:tcW w:type="dxa" w:w="566"/>
            <w:tcBorders>
              <w:start w:sz="4.7999999999999545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26.</w:t>
            </w:r>
          </w:p>
        </w:tc>
        <w:tc>
          <w:tcPr>
            <w:tcW w:type="dxa" w:w="3374"/>
            <w:tcBorders>
              <w:start w:sz="4.800000000000011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0" w:right="144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Бег с максимальной скоростью </w:t>
            </w: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на короткие дистанции.</w:t>
            </w:r>
          </w:p>
          <w:p>
            <w:pPr>
              <w:autoSpaceDN w:val="0"/>
              <w:autoSpaceDE w:val="0"/>
              <w:widowControl/>
              <w:spacing w:line="230" w:lineRule="auto" w:before="70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Тренировка</w:t>
            </w:r>
          </w:p>
        </w:tc>
        <w:tc>
          <w:tcPr>
            <w:tcW w:type="dxa" w:w="71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2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4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2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1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07.11.2022 </w:t>
            </w:r>
          </w:p>
        </w:tc>
        <w:tc>
          <w:tcPr>
            <w:tcW w:type="dxa" w:w="1546"/>
            <w:tcBorders>
              <w:start w:sz="4.800000000000182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144"/>
        </w:trPr>
        <w:tc>
          <w:tcPr>
            <w:tcW w:type="dxa" w:w="566"/>
            <w:tcBorders>
              <w:start w:sz="4.7999999999999545" w:val="single" w:color="#000000"/>
              <w:top w:sz="4.7999999999999545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27.</w:t>
            </w:r>
          </w:p>
        </w:tc>
        <w:tc>
          <w:tcPr>
            <w:tcW w:type="dxa" w:w="3374"/>
            <w:tcBorders>
              <w:start w:sz="4.800000000000011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6" w:after="0"/>
              <w:ind w:left="70" w:right="576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Прыжок в длину с разбега </w:t>
            </w: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способом «согнув ноги». </w:t>
            </w: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Отработка техники. </w:t>
            </w:r>
          </w:p>
        </w:tc>
        <w:tc>
          <w:tcPr>
            <w:tcW w:type="dxa" w:w="71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2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4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2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1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08.11.2022 </w:t>
            </w:r>
          </w:p>
        </w:tc>
        <w:tc>
          <w:tcPr>
            <w:tcW w:type="dxa" w:w="1546"/>
            <w:tcBorders>
              <w:start w:sz="4.800000000000182" w:val="single" w:color="#000000"/>
              <w:top w:sz="4.7999999999999545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144"/>
        </w:trPr>
        <w:tc>
          <w:tcPr>
            <w:tcW w:type="dxa" w:w="566"/>
            <w:tcBorders>
              <w:start w:sz="4.7999999999999545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28.</w:t>
            </w:r>
          </w:p>
        </w:tc>
        <w:tc>
          <w:tcPr>
            <w:tcW w:type="dxa" w:w="3374"/>
            <w:tcBorders>
              <w:start w:sz="4.800000000000011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0" w:right="576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Прыжок в длину с разбега </w:t>
            </w: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способом «согнув ноги».</w:t>
            </w:r>
          </w:p>
          <w:p>
            <w:pPr>
              <w:autoSpaceDN w:val="0"/>
              <w:autoSpaceDE w:val="0"/>
              <w:widowControl/>
              <w:spacing w:line="233" w:lineRule="auto" w:before="68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Тренировка </w:t>
            </w:r>
          </w:p>
        </w:tc>
        <w:tc>
          <w:tcPr>
            <w:tcW w:type="dxa" w:w="71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2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4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2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1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12.11.2022 </w:t>
            </w:r>
          </w:p>
        </w:tc>
        <w:tc>
          <w:tcPr>
            <w:tcW w:type="dxa" w:w="1546"/>
            <w:tcBorders>
              <w:start w:sz="4.800000000000182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144"/>
        </w:trPr>
        <w:tc>
          <w:tcPr>
            <w:tcW w:type="dxa" w:w="566"/>
            <w:tcBorders>
              <w:start w:sz="4.7999999999999545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29.</w:t>
            </w:r>
          </w:p>
        </w:tc>
        <w:tc>
          <w:tcPr>
            <w:tcW w:type="dxa" w:w="3374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6" w:after="0"/>
              <w:ind w:left="70" w:right="864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Метание малого мяча в </w:t>
            </w: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неподвижную мишень. </w:t>
            </w: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Отработка техники.</w:t>
            </w:r>
          </w:p>
        </w:tc>
        <w:tc>
          <w:tcPr>
            <w:tcW w:type="dxa" w:w="71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2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4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2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1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14.11.2022 </w:t>
            </w:r>
          </w:p>
        </w:tc>
        <w:tc>
          <w:tcPr>
            <w:tcW w:type="dxa" w:w="1546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144"/>
        </w:trPr>
        <w:tc>
          <w:tcPr>
            <w:tcW w:type="dxa" w:w="566"/>
            <w:tcBorders>
              <w:start w:sz="4.7999999999999545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30.</w:t>
            </w:r>
          </w:p>
        </w:tc>
        <w:tc>
          <w:tcPr>
            <w:tcW w:type="dxa" w:w="3374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0" w:right="864" w:firstLine="0"/>
              <w:jc w:val="center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Метание малого мяча в </w:t>
            </w: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неподвижную мишень.</w:t>
            </w:r>
          </w:p>
          <w:p>
            <w:pPr>
              <w:autoSpaceDN w:val="0"/>
              <w:autoSpaceDE w:val="0"/>
              <w:widowControl/>
              <w:spacing w:line="233" w:lineRule="auto" w:before="68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Тренировка</w:t>
            </w:r>
          </w:p>
        </w:tc>
        <w:tc>
          <w:tcPr>
            <w:tcW w:type="dxa" w:w="71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2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4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2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1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15.11.2022 </w:t>
            </w:r>
          </w:p>
        </w:tc>
        <w:tc>
          <w:tcPr>
            <w:tcW w:type="dxa" w:w="1546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14"/>
        </w:trPr>
        <w:tc>
          <w:tcPr>
            <w:tcW w:type="dxa" w:w="566"/>
            <w:tcBorders>
              <w:start w:sz="4.7999999999999545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31.</w:t>
            </w:r>
          </w:p>
        </w:tc>
        <w:tc>
          <w:tcPr>
            <w:tcW w:type="dxa" w:w="3374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0" w:right="288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Метание малого мяча в </w:t>
            </w:r>
            <w:r>
              <w:br/>
            </w: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неподвижную мишень. Зачет</w:t>
            </w:r>
          </w:p>
        </w:tc>
        <w:tc>
          <w:tcPr>
            <w:tcW w:type="dxa" w:w="71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2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2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4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2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1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19.11.2022 </w:t>
            </w:r>
          </w:p>
        </w:tc>
        <w:tc>
          <w:tcPr>
            <w:tcW w:type="dxa" w:w="1546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Зачет;</w:t>
            </w:r>
          </w:p>
        </w:tc>
      </w:tr>
      <w:tr>
        <w:trPr>
          <w:trHeight w:hRule="exact" w:val="2464"/>
        </w:trPr>
        <w:tc>
          <w:tcPr>
            <w:tcW w:type="dxa" w:w="566"/>
            <w:tcBorders>
              <w:start w:sz="4.7999999999999545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32.</w:t>
            </w:r>
          </w:p>
        </w:tc>
        <w:tc>
          <w:tcPr>
            <w:tcW w:type="dxa" w:w="3374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3" w:lineRule="auto" w:before="96" w:after="0"/>
              <w:ind w:left="70" w:right="144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Знакомство с рекомендациями </w:t>
            </w: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 технике безопасности при </w:t>
            </w: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выполнении упражнений в </w:t>
            </w:r>
            <w:r>
              <w:br/>
            </w: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метании малого мяча и со </w:t>
            </w:r>
            <w:r>
              <w:br/>
            </w: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способами их использования </w:t>
            </w: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для развития точности </w:t>
            </w:r>
            <w:r>
              <w:br/>
            </w: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движения </w:t>
            </w:r>
          </w:p>
        </w:tc>
        <w:tc>
          <w:tcPr>
            <w:tcW w:type="dxa" w:w="71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2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4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1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21.11.2022 </w:t>
            </w:r>
          </w:p>
        </w:tc>
        <w:tc>
          <w:tcPr>
            <w:tcW w:type="dxa" w:w="1546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144"/>
        </w:trPr>
        <w:tc>
          <w:tcPr>
            <w:tcW w:type="dxa" w:w="566"/>
            <w:tcBorders>
              <w:start w:sz="4.7999999999999545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33.</w:t>
            </w:r>
          </w:p>
        </w:tc>
        <w:tc>
          <w:tcPr>
            <w:tcW w:type="dxa" w:w="3374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Метание малого мяча, способы </w:t>
            </w: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развития точности. Отработка </w:t>
            </w: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техники</w:t>
            </w:r>
          </w:p>
        </w:tc>
        <w:tc>
          <w:tcPr>
            <w:tcW w:type="dxa" w:w="71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2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4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2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1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22.11.2022 </w:t>
            </w:r>
          </w:p>
        </w:tc>
        <w:tc>
          <w:tcPr>
            <w:tcW w:type="dxa" w:w="1546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14"/>
        </w:trPr>
        <w:tc>
          <w:tcPr>
            <w:tcW w:type="dxa" w:w="566"/>
            <w:tcBorders>
              <w:start w:sz="4.7999999999999545" w:val="single" w:color="#000000"/>
              <w:top w:sz="4.80000000000018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34.</w:t>
            </w:r>
          </w:p>
        </w:tc>
        <w:tc>
          <w:tcPr>
            <w:tcW w:type="dxa" w:w="3374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0" w:right="72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Метание малого мяча на </w:t>
            </w: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дальность. Тренировка.</w:t>
            </w:r>
          </w:p>
        </w:tc>
        <w:tc>
          <w:tcPr>
            <w:tcW w:type="dxa" w:w="71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2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4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2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1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26.11.2022 </w:t>
            </w:r>
          </w:p>
        </w:tc>
        <w:tc>
          <w:tcPr>
            <w:tcW w:type="dxa" w:w="1546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794"/>
        </w:trPr>
        <w:tc>
          <w:tcPr>
            <w:tcW w:type="dxa" w:w="566"/>
            <w:tcBorders>
              <w:start w:sz="4.7999999999999545" w:val="single" w:color="#000000"/>
              <w:top w:sz="4.79999999999927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35.</w:t>
            </w:r>
          </w:p>
        </w:tc>
        <w:tc>
          <w:tcPr>
            <w:tcW w:type="dxa" w:w="3374"/>
            <w:tcBorders>
              <w:start w:sz="4.800000000000011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0" w:right="72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Метание малого мяча на </w:t>
            </w: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дальность. Тренировка</w:t>
            </w:r>
          </w:p>
        </w:tc>
        <w:tc>
          <w:tcPr>
            <w:tcW w:type="dxa" w:w="718"/>
            <w:tcBorders>
              <w:start w:sz="4.800000000000182" w:val="single" w:color="#000000"/>
              <w:top w:sz="4.79999999999927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2"/>
            <w:tcBorders>
              <w:start w:sz="4.799999999999727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40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2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14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28.11.2022 </w:t>
            </w:r>
          </w:p>
        </w:tc>
        <w:tc>
          <w:tcPr>
            <w:tcW w:type="dxa" w:w="1546"/>
            <w:tcBorders>
              <w:start w:sz="4.800000000000182" w:val="single" w:color="#000000"/>
              <w:top w:sz="4.79999999999927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556" w:bottom="604" w:left="664" w:header="720" w:footer="720" w:gutter="0"/>
          <w:cols w:space="720" w:num="1" w:equalWidth="0">
            <w:col w:w="10680" w:space="0"/>
            <w:col w:w="10680" w:space="0"/>
            <w:col w:w="10680" w:space="0"/>
            <w:col w:w="15534" w:space="0"/>
            <w:col w:w="15534" w:space="0"/>
            <w:col w:w="15534" w:space="0"/>
            <w:col w:w="15534" w:space="0"/>
            <w:col w:w="15534" w:space="0"/>
            <w:col w:w="10582" w:space="0"/>
            <w:col w:w="10502" w:space="0"/>
            <w:col w:w="10590" w:space="0"/>
            <w:col w:w="10506" w:space="0"/>
            <w:col w:w="10584" w:space="0"/>
            <w:col w:w="10572" w:space="0"/>
            <w:col w:w="10584" w:space="0"/>
            <w:col w:w="9020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5.999999999999943" w:type="dxa"/>
      </w:tblPr>
      <w:tblGrid>
        <w:gridCol w:w="1526"/>
        <w:gridCol w:w="1526"/>
        <w:gridCol w:w="1526"/>
        <w:gridCol w:w="1526"/>
        <w:gridCol w:w="1526"/>
        <w:gridCol w:w="1526"/>
        <w:gridCol w:w="1526"/>
      </w:tblGrid>
      <w:tr>
        <w:trPr>
          <w:trHeight w:hRule="exact" w:val="814"/>
        </w:trPr>
        <w:tc>
          <w:tcPr>
            <w:tcW w:type="dxa" w:w="566"/>
            <w:tcBorders>
              <w:start w:sz="4.7999999999999545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36.</w:t>
            </w:r>
          </w:p>
        </w:tc>
        <w:tc>
          <w:tcPr>
            <w:tcW w:type="dxa" w:w="3374"/>
            <w:tcBorders>
              <w:start w:sz="4.800000000000011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0" w:right="72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Метание малого мяча на </w:t>
            </w: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дальность. зачет</w:t>
            </w:r>
          </w:p>
        </w:tc>
        <w:tc>
          <w:tcPr>
            <w:tcW w:type="dxa" w:w="718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2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4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2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1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29.11.2022 </w:t>
            </w:r>
          </w:p>
        </w:tc>
        <w:tc>
          <w:tcPr>
            <w:tcW w:type="dxa" w:w="1546"/>
            <w:tcBorders>
              <w:start w:sz="4.800000000000182" w:val="single" w:color="#000000"/>
              <w:top w:sz="4.800000000000011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2794"/>
        </w:trPr>
        <w:tc>
          <w:tcPr>
            <w:tcW w:type="dxa" w:w="566"/>
            <w:tcBorders>
              <w:start w:sz="4.7999999999999545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37.</w:t>
            </w:r>
          </w:p>
        </w:tc>
        <w:tc>
          <w:tcPr>
            <w:tcW w:type="dxa" w:w="3374"/>
            <w:tcBorders>
              <w:start w:sz="4.800000000000011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6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Знакомство с рекомендациями </w:t>
            </w: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учителя по технике </w:t>
            </w:r>
            <w:r>
              <w:br/>
            </w: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безопасности на занятиях </w:t>
            </w:r>
            <w:r>
              <w:br/>
            </w: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лыжной подготовкой; </w:t>
            </w:r>
            <w:r>
              <w:br/>
            </w: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способами использования </w:t>
            </w:r>
            <w:r>
              <w:br/>
            </w: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упражнений в передвижении на </w:t>
            </w: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лыжах для развития </w:t>
            </w:r>
            <w:r>
              <w:br/>
            </w: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выносливости</w:t>
            </w:r>
          </w:p>
        </w:tc>
        <w:tc>
          <w:tcPr>
            <w:tcW w:type="dxa" w:w="71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2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4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2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1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03.12.2022 </w:t>
            </w:r>
          </w:p>
        </w:tc>
        <w:tc>
          <w:tcPr>
            <w:tcW w:type="dxa" w:w="1546"/>
            <w:tcBorders>
              <w:start w:sz="4.800000000000182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2796"/>
        </w:trPr>
        <w:tc>
          <w:tcPr>
            <w:tcW w:type="dxa" w:w="566"/>
            <w:tcBorders>
              <w:start w:sz="4.7999999999999545" w:val="single" w:color="#000000"/>
              <w:top w:sz="4.7999999999999545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38.</w:t>
            </w:r>
          </w:p>
        </w:tc>
        <w:tc>
          <w:tcPr>
            <w:tcW w:type="dxa" w:w="3374"/>
            <w:tcBorders>
              <w:start w:sz="4.800000000000011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6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Знакомство с рекомендациями </w:t>
            </w: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учителя по технике </w:t>
            </w:r>
            <w:r>
              <w:br/>
            </w: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безопасности на занятиях </w:t>
            </w:r>
            <w:r>
              <w:br/>
            </w: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лыжной подготовкой; </w:t>
            </w:r>
            <w:r>
              <w:br/>
            </w: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способами использования </w:t>
            </w:r>
            <w:r>
              <w:br/>
            </w: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упражнений в передвижении на </w:t>
            </w: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лыжах для развития </w:t>
            </w:r>
            <w:r>
              <w:br/>
            </w: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выносливости </w:t>
            </w:r>
          </w:p>
        </w:tc>
        <w:tc>
          <w:tcPr>
            <w:tcW w:type="dxa" w:w="71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2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4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2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1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05.12.2022 </w:t>
            </w:r>
          </w:p>
        </w:tc>
        <w:tc>
          <w:tcPr>
            <w:tcW w:type="dxa" w:w="1546"/>
            <w:tcBorders>
              <w:start w:sz="4.800000000000182" w:val="single" w:color="#000000"/>
              <w:top w:sz="4.7999999999999545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144"/>
        </w:trPr>
        <w:tc>
          <w:tcPr>
            <w:tcW w:type="dxa" w:w="566"/>
            <w:tcBorders>
              <w:start w:sz="4.7999999999999545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39.</w:t>
            </w:r>
          </w:p>
        </w:tc>
        <w:tc>
          <w:tcPr>
            <w:tcW w:type="dxa" w:w="3374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6" w:after="0"/>
              <w:ind w:left="70" w:right="288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Передвижение на лыжах </w:t>
            </w:r>
            <w:r>
              <w:br/>
            </w: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попеременным двухшажным </w:t>
            </w: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ходом. Отработка техники</w:t>
            </w:r>
          </w:p>
        </w:tc>
        <w:tc>
          <w:tcPr>
            <w:tcW w:type="dxa" w:w="71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2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4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1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06.12.2022 </w:t>
            </w:r>
          </w:p>
        </w:tc>
        <w:tc>
          <w:tcPr>
            <w:tcW w:type="dxa" w:w="1546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144"/>
        </w:trPr>
        <w:tc>
          <w:tcPr>
            <w:tcW w:type="dxa" w:w="566"/>
            <w:tcBorders>
              <w:start w:sz="4.7999999999999545" w:val="single" w:color="#000000"/>
              <w:top w:sz="4.800000000000182" w:val="single" w:color="#000000"/>
              <w:end w:sz="4.800000000000011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40.</w:t>
            </w:r>
          </w:p>
        </w:tc>
        <w:tc>
          <w:tcPr>
            <w:tcW w:type="dxa" w:w="3374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6" w:after="0"/>
              <w:ind w:left="70" w:right="288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Передвижение на лыжах </w:t>
            </w:r>
            <w:r>
              <w:br/>
            </w: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попеременным двухшажным </w:t>
            </w: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ходом. Отработка техники.</w:t>
            </w:r>
          </w:p>
        </w:tc>
        <w:tc>
          <w:tcPr>
            <w:tcW w:type="dxa" w:w="71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2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4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1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10.12.2022 </w:t>
            </w:r>
          </w:p>
        </w:tc>
        <w:tc>
          <w:tcPr>
            <w:tcW w:type="dxa" w:w="1546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2464"/>
        </w:trPr>
        <w:tc>
          <w:tcPr>
            <w:tcW w:type="dxa" w:w="566"/>
            <w:tcBorders>
              <w:start w:sz="4.7999999999999545" w:val="single" w:color="#000000"/>
              <w:top w:sz="4.0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41.</w:t>
            </w:r>
          </w:p>
        </w:tc>
        <w:tc>
          <w:tcPr>
            <w:tcW w:type="dxa" w:w="3374"/>
            <w:tcBorders>
              <w:start w:sz="4.800000000000011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3" w:lineRule="auto" w:before="98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Баскетбол. Знакомство с </w:t>
            </w:r>
            <w:r>
              <w:br/>
            </w: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рекомендациями учителя по </w:t>
            </w:r>
            <w:r>
              <w:br/>
            </w: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использованию </w:t>
            </w:r>
            <w:r>
              <w:br/>
            </w: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подготовительных и </w:t>
            </w:r>
            <w:r>
              <w:br/>
            </w: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подводящих упражнений для </w:t>
            </w: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освоения технических действий </w:t>
            </w: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игры баскетбол </w:t>
            </w:r>
          </w:p>
        </w:tc>
        <w:tc>
          <w:tcPr>
            <w:tcW w:type="dxa" w:w="718"/>
            <w:tcBorders>
              <w:start w:sz="4.800000000000182" w:val="single" w:color="#000000"/>
              <w:top w:sz="4.0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2"/>
            <w:tcBorders>
              <w:start w:sz="4.799999999999727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40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14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12.12.2022 </w:t>
            </w:r>
          </w:p>
        </w:tc>
        <w:tc>
          <w:tcPr>
            <w:tcW w:type="dxa" w:w="1546"/>
            <w:tcBorders>
              <w:start w:sz="4.800000000000182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2464"/>
        </w:trPr>
        <w:tc>
          <w:tcPr>
            <w:tcW w:type="dxa" w:w="566"/>
            <w:tcBorders>
              <w:start w:sz="4.7999999999999545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42.</w:t>
            </w:r>
          </w:p>
        </w:tc>
        <w:tc>
          <w:tcPr>
            <w:tcW w:type="dxa" w:w="3374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3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Знакомство с рекомендациями </w:t>
            </w: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учителя по использованию </w:t>
            </w:r>
            <w:r>
              <w:br/>
            </w: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подготовительных и </w:t>
            </w:r>
            <w:r>
              <w:br/>
            </w: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подводящих упражнений для </w:t>
            </w: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освоения технических действий </w:t>
            </w: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игры баскетбол. Отработка </w:t>
            </w:r>
            <w:r>
              <w:br/>
            </w: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техники. </w:t>
            </w:r>
          </w:p>
        </w:tc>
        <w:tc>
          <w:tcPr>
            <w:tcW w:type="dxa" w:w="71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2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4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2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1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13.12.2022 </w:t>
            </w:r>
          </w:p>
        </w:tc>
        <w:tc>
          <w:tcPr>
            <w:tcW w:type="dxa" w:w="1546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14"/>
        </w:trPr>
        <w:tc>
          <w:tcPr>
            <w:tcW w:type="dxa" w:w="566"/>
            <w:tcBorders>
              <w:start w:sz="4.7999999999999545" w:val="single" w:color="#000000"/>
              <w:top w:sz="4.80000000000018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43.</w:t>
            </w:r>
          </w:p>
        </w:tc>
        <w:tc>
          <w:tcPr>
            <w:tcW w:type="dxa" w:w="3374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0" w:right="144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Ведение баскетбольного мяча. </w:t>
            </w: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Отработка техники</w:t>
            </w:r>
          </w:p>
        </w:tc>
        <w:tc>
          <w:tcPr>
            <w:tcW w:type="dxa" w:w="71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2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4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2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1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17.12.2022 </w:t>
            </w:r>
          </w:p>
        </w:tc>
        <w:tc>
          <w:tcPr>
            <w:tcW w:type="dxa" w:w="1546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794"/>
        </w:trPr>
        <w:tc>
          <w:tcPr>
            <w:tcW w:type="dxa" w:w="566"/>
            <w:tcBorders>
              <w:start w:sz="4.7999999999999545" w:val="single" w:color="#000000"/>
              <w:top w:sz="4.79999999999927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44.</w:t>
            </w:r>
          </w:p>
        </w:tc>
        <w:tc>
          <w:tcPr>
            <w:tcW w:type="dxa" w:w="3374"/>
            <w:tcBorders>
              <w:start w:sz="4.800000000000011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0" w:right="144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Ведение баскетбольного мяча. </w:t>
            </w: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Тренировка</w:t>
            </w:r>
          </w:p>
        </w:tc>
        <w:tc>
          <w:tcPr>
            <w:tcW w:type="dxa" w:w="718"/>
            <w:tcBorders>
              <w:start w:sz="4.800000000000182" w:val="single" w:color="#000000"/>
              <w:top w:sz="4.79999999999927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2"/>
            <w:tcBorders>
              <w:start w:sz="4.799999999999727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40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2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14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19.12.2022 </w:t>
            </w:r>
          </w:p>
        </w:tc>
        <w:tc>
          <w:tcPr>
            <w:tcW w:type="dxa" w:w="1546"/>
            <w:tcBorders>
              <w:start w:sz="4.800000000000182" w:val="single" w:color="#000000"/>
              <w:top w:sz="4.79999999999927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556" w:bottom="504" w:left="664" w:header="720" w:footer="720" w:gutter="0"/>
          <w:cols w:space="720" w:num="1" w:equalWidth="0">
            <w:col w:w="10680" w:space="0"/>
            <w:col w:w="10680" w:space="0"/>
            <w:col w:w="10680" w:space="0"/>
            <w:col w:w="10680" w:space="0"/>
            <w:col w:w="15534" w:space="0"/>
            <w:col w:w="15534" w:space="0"/>
            <w:col w:w="15534" w:space="0"/>
            <w:col w:w="15534" w:space="0"/>
            <w:col w:w="15534" w:space="0"/>
            <w:col w:w="10582" w:space="0"/>
            <w:col w:w="10502" w:space="0"/>
            <w:col w:w="10590" w:space="0"/>
            <w:col w:w="10506" w:space="0"/>
            <w:col w:w="10584" w:space="0"/>
            <w:col w:w="10572" w:space="0"/>
            <w:col w:w="10584" w:space="0"/>
            <w:col w:w="9020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5.999999999999943" w:type="dxa"/>
      </w:tblPr>
      <w:tblGrid>
        <w:gridCol w:w="1526"/>
        <w:gridCol w:w="1526"/>
        <w:gridCol w:w="1526"/>
        <w:gridCol w:w="1526"/>
        <w:gridCol w:w="1526"/>
        <w:gridCol w:w="1526"/>
        <w:gridCol w:w="1526"/>
      </w:tblGrid>
      <w:tr>
        <w:trPr>
          <w:trHeight w:hRule="exact" w:val="814"/>
        </w:trPr>
        <w:tc>
          <w:tcPr>
            <w:tcW w:type="dxa" w:w="566"/>
            <w:tcBorders>
              <w:start w:sz="4.7999999999999545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45.</w:t>
            </w:r>
          </w:p>
        </w:tc>
        <w:tc>
          <w:tcPr>
            <w:tcW w:type="dxa" w:w="3374"/>
            <w:tcBorders>
              <w:start w:sz="4.800000000000011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0" w:right="144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Ведение баскетбольного мяча. </w:t>
            </w: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Тренировка</w:t>
            </w:r>
          </w:p>
        </w:tc>
        <w:tc>
          <w:tcPr>
            <w:tcW w:type="dxa" w:w="718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2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4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2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1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20.12.2022 </w:t>
            </w:r>
          </w:p>
        </w:tc>
        <w:tc>
          <w:tcPr>
            <w:tcW w:type="dxa" w:w="1546"/>
            <w:tcBorders>
              <w:start w:sz="4.800000000000182" w:val="single" w:color="#000000"/>
              <w:top w:sz="4.800000000000011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144"/>
        </w:trPr>
        <w:tc>
          <w:tcPr>
            <w:tcW w:type="dxa" w:w="566"/>
            <w:tcBorders>
              <w:start w:sz="4.7999999999999545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46.</w:t>
            </w:r>
          </w:p>
        </w:tc>
        <w:tc>
          <w:tcPr>
            <w:tcW w:type="dxa" w:w="3374"/>
            <w:tcBorders>
              <w:start w:sz="4.800000000000011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Бросок баскетбольного мяча в </w:t>
            </w: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корзину двумя руками от груди </w:t>
            </w: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 места. Отработка техники.</w:t>
            </w:r>
          </w:p>
        </w:tc>
        <w:tc>
          <w:tcPr>
            <w:tcW w:type="dxa" w:w="71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2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4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2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1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24.12.2022 </w:t>
            </w:r>
          </w:p>
        </w:tc>
        <w:tc>
          <w:tcPr>
            <w:tcW w:type="dxa" w:w="1546"/>
            <w:tcBorders>
              <w:start w:sz="4.800000000000182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144"/>
        </w:trPr>
        <w:tc>
          <w:tcPr>
            <w:tcW w:type="dxa" w:w="566"/>
            <w:tcBorders>
              <w:start w:sz="4.7999999999999545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47.</w:t>
            </w:r>
          </w:p>
        </w:tc>
        <w:tc>
          <w:tcPr>
            <w:tcW w:type="dxa" w:w="3374"/>
            <w:tcBorders>
              <w:start w:sz="4.800000000000011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Бросок баскетбольного мяча в </w:t>
            </w: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корзину двумя руками от груди </w:t>
            </w: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 места. Тренировка </w:t>
            </w:r>
          </w:p>
        </w:tc>
        <w:tc>
          <w:tcPr>
            <w:tcW w:type="dxa" w:w="71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2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4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2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1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26.12.2022 </w:t>
            </w:r>
          </w:p>
        </w:tc>
        <w:tc>
          <w:tcPr>
            <w:tcW w:type="dxa" w:w="1546"/>
            <w:tcBorders>
              <w:start w:sz="4.800000000000182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144"/>
        </w:trPr>
        <w:tc>
          <w:tcPr>
            <w:tcW w:type="dxa" w:w="566"/>
            <w:tcBorders>
              <w:start w:sz="4.7999999999999545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48.</w:t>
            </w:r>
          </w:p>
        </w:tc>
        <w:tc>
          <w:tcPr>
            <w:tcW w:type="dxa" w:w="3374"/>
            <w:tcBorders>
              <w:start w:sz="4.800000000000011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Бросок баскетбольного мяча в </w:t>
            </w: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корзину двумя руками от груди </w:t>
            </w: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 места. Тренировка</w:t>
            </w:r>
          </w:p>
        </w:tc>
        <w:tc>
          <w:tcPr>
            <w:tcW w:type="dxa" w:w="71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2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4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1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27.12.2022 </w:t>
            </w:r>
          </w:p>
        </w:tc>
        <w:tc>
          <w:tcPr>
            <w:tcW w:type="dxa" w:w="1546"/>
            <w:tcBorders>
              <w:start w:sz="4.800000000000182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12"/>
        </w:trPr>
        <w:tc>
          <w:tcPr>
            <w:tcW w:type="dxa" w:w="566"/>
            <w:tcBorders>
              <w:start w:sz="4.7999999999999545" w:val="single" w:color="#000000"/>
              <w:top w:sz="4.7999999999999545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49.</w:t>
            </w:r>
          </w:p>
        </w:tc>
        <w:tc>
          <w:tcPr>
            <w:tcW w:type="dxa" w:w="3374"/>
            <w:tcBorders>
              <w:start w:sz="4.800000000000011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Прямая нижняя подача мяча в </w:t>
            </w: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волейболе. Отработка техники.</w:t>
            </w:r>
          </w:p>
        </w:tc>
        <w:tc>
          <w:tcPr>
            <w:tcW w:type="dxa" w:w="71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2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4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1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09.01.2023 </w:t>
            </w:r>
          </w:p>
        </w:tc>
        <w:tc>
          <w:tcPr>
            <w:tcW w:type="dxa" w:w="1546"/>
            <w:tcBorders>
              <w:start w:sz="4.800000000000182" w:val="single" w:color="#000000"/>
              <w:top w:sz="4.7999999999999545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14"/>
        </w:trPr>
        <w:tc>
          <w:tcPr>
            <w:tcW w:type="dxa" w:w="566"/>
            <w:tcBorders>
              <w:start w:sz="4.7999999999999545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50.</w:t>
            </w:r>
          </w:p>
        </w:tc>
        <w:tc>
          <w:tcPr>
            <w:tcW w:type="dxa" w:w="3374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0" w:right="144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Прямая нижняя подача мяча в </w:t>
            </w: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волейболе. Тренировка</w:t>
            </w:r>
          </w:p>
        </w:tc>
        <w:tc>
          <w:tcPr>
            <w:tcW w:type="dxa" w:w="71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2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4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1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10.01.2023 </w:t>
            </w:r>
          </w:p>
        </w:tc>
        <w:tc>
          <w:tcPr>
            <w:tcW w:type="dxa" w:w="1546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14"/>
        </w:trPr>
        <w:tc>
          <w:tcPr>
            <w:tcW w:type="dxa" w:w="566"/>
            <w:tcBorders>
              <w:start w:sz="4.7999999999999545" w:val="single" w:color="#000000"/>
              <w:top w:sz="4.799999999999727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51.</w:t>
            </w:r>
          </w:p>
        </w:tc>
        <w:tc>
          <w:tcPr>
            <w:tcW w:type="dxa" w:w="3374"/>
            <w:tcBorders>
              <w:start w:sz="4.800000000000011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0" w:right="144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Прямая нижняя подача мяча в </w:t>
            </w: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волейболе. Тренировка</w:t>
            </w:r>
          </w:p>
        </w:tc>
        <w:tc>
          <w:tcPr>
            <w:tcW w:type="dxa" w:w="71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2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4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1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14.01.2023 </w:t>
            </w:r>
          </w:p>
        </w:tc>
        <w:tc>
          <w:tcPr>
            <w:tcW w:type="dxa" w:w="1546"/>
            <w:tcBorders>
              <w:start w:sz="4.800000000000182" w:val="single" w:color="#000000"/>
              <w:top w:sz="4.799999999999727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2136"/>
        </w:trPr>
        <w:tc>
          <w:tcPr>
            <w:tcW w:type="dxa" w:w="566"/>
            <w:tcBorders>
              <w:start w:sz="4.7999999999999545" w:val="single" w:color="#000000"/>
              <w:top w:sz="4.799999999999727" w:val="single" w:color="#000000"/>
              <w:end w:sz="4.800000000000011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52.</w:t>
            </w:r>
          </w:p>
        </w:tc>
        <w:tc>
          <w:tcPr>
            <w:tcW w:type="dxa" w:w="3374"/>
            <w:tcBorders>
              <w:start w:sz="4.800000000000011" w:val="single" w:color="#000000"/>
              <w:top w:sz="4.799999999999727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Знакомство с рекомендациями </w:t>
            </w: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учителя по использованию </w:t>
            </w:r>
            <w:r>
              <w:br/>
            </w: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подготовительных и </w:t>
            </w:r>
            <w:r>
              <w:br/>
            </w: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подводящих упражнений для </w:t>
            </w: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освоения технических действий </w:t>
            </w: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игры волейбол </w:t>
            </w:r>
          </w:p>
        </w:tc>
        <w:tc>
          <w:tcPr>
            <w:tcW w:type="dxa" w:w="71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2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4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2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1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16.01.2023 </w:t>
            </w:r>
          </w:p>
        </w:tc>
        <w:tc>
          <w:tcPr>
            <w:tcW w:type="dxa" w:w="1546"/>
            <w:tcBorders>
              <w:start w:sz="4.800000000000182" w:val="single" w:color="#000000"/>
              <w:top w:sz="4.799999999999727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142"/>
        </w:trPr>
        <w:tc>
          <w:tcPr>
            <w:tcW w:type="dxa" w:w="566"/>
            <w:tcBorders>
              <w:start w:sz="4.7999999999999545" w:val="single" w:color="#000000"/>
              <w:top w:sz="4.0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53.</w:t>
            </w:r>
          </w:p>
        </w:tc>
        <w:tc>
          <w:tcPr>
            <w:tcW w:type="dxa" w:w="3374"/>
            <w:tcBorders>
              <w:start w:sz="4.800000000000011" w:val="single" w:color="#000000"/>
              <w:top w:sz="4.0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0" w:right="144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Упражнений для освоения </w:t>
            </w:r>
            <w:r>
              <w:br/>
            </w: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технических действий игры </w:t>
            </w: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волейбол. Отработка техники.</w:t>
            </w:r>
          </w:p>
        </w:tc>
        <w:tc>
          <w:tcPr>
            <w:tcW w:type="dxa" w:w="718"/>
            <w:tcBorders>
              <w:start w:sz="4.800000000000182" w:val="single" w:color="#000000"/>
              <w:top w:sz="4.0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2"/>
            <w:tcBorders>
              <w:start w:sz="4.799999999999727" w:val="single" w:color="#000000"/>
              <w:top w:sz="4.0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40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14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21.01.2023 </w:t>
            </w:r>
          </w:p>
        </w:tc>
        <w:tc>
          <w:tcPr>
            <w:tcW w:type="dxa" w:w="1546"/>
            <w:tcBorders>
              <w:start w:sz="4.800000000000182" w:val="single" w:color="#000000"/>
              <w:top w:sz="4.0" w:val="single" w:color="#000000"/>
              <w:end w:sz="4.0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144"/>
        </w:trPr>
        <w:tc>
          <w:tcPr>
            <w:tcW w:type="dxa" w:w="566"/>
            <w:tcBorders>
              <w:start w:sz="4.7999999999999545" w:val="single" w:color="#000000"/>
              <w:top w:sz="4.79999999999927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54.</w:t>
            </w:r>
          </w:p>
        </w:tc>
        <w:tc>
          <w:tcPr>
            <w:tcW w:type="dxa" w:w="3374"/>
            <w:tcBorders>
              <w:start w:sz="4.800000000000011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0" w:right="432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Упражнений для освоения </w:t>
            </w: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технических действий игры </w:t>
            </w: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волейбол. Тренировка</w:t>
            </w:r>
          </w:p>
        </w:tc>
        <w:tc>
          <w:tcPr>
            <w:tcW w:type="dxa" w:w="718"/>
            <w:tcBorders>
              <w:start w:sz="4.800000000000182" w:val="single" w:color="#000000"/>
              <w:top w:sz="4.79999999999927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2"/>
            <w:tcBorders>
              <w:start w:sz="4.799999999999727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40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14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23.01.2023 </w:t>
            </w:r>
          </w:p>
        </w:tc>
        <w:tc>
          <w:tcPr>
            <w:tcW w:type="dxa" w:w="1546"/>
            <w:tcBorders>
              <w:start w:sz="4.800000000000182" w:val="single" w:color="#000000"/>
              <w:top w:sz="4.79999999999927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474"/>
        </w:trPr>
        <w:tc>
          <w:tcPr>
            <w:tcW w:type="dxa" w:w="566"/>
            <w:tcBorders>
              <w:start w:sz="4.7999999999999545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55.</w:t>
            </w:r>
          </w:p>
        </w:tc>
        <w:tc>
          <w:tcPr>
            <w:tcW w:type="dxa" w:w="3374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0" w:right="576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Приём и передача </w:t>
            </w:r>
            <w:r>
              <w:br/>
            </w: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волейбольного мяча двумя </w:t>
            </w: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руками снизу. Отработка </w:t>
            </w: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техники. </w:t>
            </w:r>
          </w:p>
        </w:tc>
        <w:tc>
          <w:tcPr>
            <w:tcW w:type="dxa" w:w="71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2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4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1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24.01.2023 </w:t>
            </w:r>
          </w:p>
        </w:tc>
        <w:tc>
          <w:tcPr>
            <w:tcW w:type="dxa" w:w="1546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144"/>
        </w:trPr>
        <w:tc>
          <w:tcPr>
            <w:tcW w:type="dxa" w:w="566"/>
            <w:tcBorders>
              <w:start w:sz="4.7999999999999545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56.</w:t>
            </w:r>
          </w:p>
        </w:tc>
        <w:tc>
          <w:tcPr>
            <w:tcW w:type="dxa" w:w="3374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0" w:right="576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Приём и передача </w:t>
            </w:r>
            <w:r>
              <w:br/>
            </w: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волейбольного мяча двумя </w:t>
            </w: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руками снизу. Тренировка</w:t>
            </w:r>
          </w:p>
        </w:tc>
        <w:tc>
          <w:tcPr>
            <w:tcW w:type="dxa" w:w="71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2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4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1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28.01.2023 </w:t>
            </w:r>
          </w:p>
        </w:tc>
        <w:tc>
          <w:tcPr>
            <w:tcW w:type="dxa" w:w="1546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160"/>
        </w:trPr>
        <w:tc>
          <w:tcPr>
            <w:tcW w:type="dxa" w:w="566"/>
            <w:tcBorders>
              <w:start w:sz="4.7999999999999545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57.</w:t>
            </w:r>
          </w:p>
        </w:tc>
        <w:tc>
          <w:tcPr>
            <w:tcW w:type="dxa" w:w="3374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0" w:right="576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Приём и передача </w:t>
            </w:r>
            <w:r>
              <w:br/>
            </w: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волейбольного мяча двумя </w:t>
            </w: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руками снизу. Тренировка</w:t>
            </w:r>
          </w:p>
        </w:tc>
        <w:tc>
          <w:tcPr>
            <w:tcW w:type="dxa" w:w="71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2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4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1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30.01.2023 </w:t>
            </w:r>
          </w:p>
        </w:tc>
        <w:tc>
          <w:tcPr>
            <w:tcW w:type="dxa" w:w="1546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556" w:bottom="676" w:left="664" w:header="720" w:footer="720" w:gutter="0"/>
          <w:cols w:space="720" w:num="1" w:equalWidth="0">
            <w:col w:w="10680" w:space="0"/>
            <w:col w:w="10680" w:space="0"/>
            <w:col w:w="10680" w:space="0"/>
            <w:col w:w="10680" w:space="0"/>
            <w:col w:w="10680" w:space="0"/>
            <w:col w:w="15534" w:space="0"/>
            <w:col w:w="15534" w:space="0"/>
            <w:col w:w="15534" w:space="0"/>
            <w:col w:w="15534" w:space="0"/>
            <w:col w:w="15534" w:space="0"/>
            <w:col w:w="10582" w:space="0"/>
            <w:col w:w="10502" w:space="0"/>
            <w:col w:w="10590" w:space="0"/>
            <w:col w:w="10506" w:space="0"/>
            <w:col w:w="10584" w:space="0"/>
            <w:col w:w="10572" w:space="0"/>
            <w:col w:w="10584" w:space="0"/>
            <w:col w:w="9020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5.999999999999943" w:type="dxa"/>
      </w:tblPr>
      <w:tblGrid>
        <w:gridCol w:w="1526"/>
        <w:gridCol w:w="1526"/>
        <w:gridCol w:w="1526"/>
        <w:gridCol w:w="1526"/>
        <w:gridCol w:w="1526"/>
        <w:gridCol w:w="1526"/>
        <w:gridCol w:w="1526"/>
      </w:tblGrid>
      <w:tr>
        <w:trPr>
          <w:trHeight w:hRule="exact" w:val="1474"/>
        </w:trPr>
        <w:tc>
          <w:tcPr>
            <w:tcW w:type="dxa" w:w="566"/>
            <w:tcBorders>
              <w:start w:sz="4.7999999999999545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58.</w:t>
            </w:r>
          </w:p>
        </w:tc>
        <w:tc>
          <w:tcPr>
            <w:tcW w:type="dxa" w:w="3374"/>
            <w:tcBorders>
              <w:start w:sz="4.800000000000011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6" w:after="0"/>
              <w:ind w:left="70" w:right="576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Приём и передача </w:t>
            </w:r>
            <w:r>
              <w:br/>
            </w: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волейбольного мяча двумя </w:t>
            </w: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руками сверху. Отработка </w:t>
            </w: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техники </w:t>
            </w:r>
          </w:p>
        </w:tc>
        <w:tc>
          <w:tcPr>
            <w:tcW w:type="dxa" w:w="718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2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4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2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1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31.01.2023 </w:t>
            </w:r>
          </w:p>
        </w:tc>
        <w:tc>
          <w:tcPr>
            <w:tcW w:type="dxa" w:w="1546"/>
            <w:tcBorders>
              <w:start w:sz="4.800000000000182" w:val="single" w:color="#000000"/>
              <w:top w:sz="4.800000000000011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474"/>
        </w:trPr>
        <w:tc>
          <w:tcPr>
            <w:tcW w:type="dxa" w:w="566"/>
            <w:tcBorders>
              <w:start w:sz="4.7999999999999545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59.</w:t>
            </w:r>
          </w:p>
        </w:tc>
        <w:tc>
          <w:tcPr>
            <w:tcW w:type="dxa" w:w="3374"/>
            <w:tcBorders>
              <w:start w:sz="4.800000000000011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6" w:after="0"/>
              <w:ind w:left="70" w:right="576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Приём и передача </w:t>
            </w:r>
            <w:r>
              <w:br/>
            </w: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волейбольного мяча двумя </w:t>
            </w: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руками сверху. Отработка </w:t>
            </w: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техники </w:t>
            </w:r>
          </w:p>
        </w:tc>
        <w:tc>
          <w:tcPr>
            <w:tcW w:type="dxa" w:w="71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2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4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2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1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04.02.2023 </w:t>
            </w:r>
          </w:p>
        </w:tc>
        <w:tc>
          <w:tcPr>
            <w:tcW w:type="dxa" w:w="1546"/>
            <w:tcBorders>
              <w:start w:sz="4.800000000000182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144"/>
        </w:trPr>
        <w:tc>
          <w:tcPr>
            <w:tcW w:type="dxa" w:w="566"/>
            <w:tcBorders>
              <w:start w:sz="4.7999999999999545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60.</w:t>
            </w:r>
          </w:p>
        </w:tc>
        <w:tc>
          <w:tcPr>
            <w:tcW w:type="dxa" w:w="3374"/>
            <w:tcBorders>
              <w:start w:sz="4.800000000000011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6" w:after="0"/>
              <w:ind w:left="70" w:right="432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Приём и передача </w:t>
            </w:r>
            <w:r>
              <w:br/>
            </w: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волейбольного мяча двумя </w:t>
            </w: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руками сверху. Тренировка</w:t>
            </w:r>
          </w:p>
        </w:tc>
        <w:tc>
          <w:tcPr>
            <w:tcW w:type="dxa" w:w="71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2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4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2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1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06.02.2023 </w:t>
            </w:r>
          </w:p>
        </w:tc>
        <w:tc>
          <w:tcPr>
            <w:tcW w:type="dxa" w:w="1546"/>
            <w:tcBorders>
              <w:start w:sz="4.800000000000182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144"/>
        </w:trPr>
        <w:tc>
          <w:tcPr>
            <w:tcW w:type="dxa" w:w="566"/>
            <w:tcBorders>
              <w:start w:sz="4.7999999999999545" w:val="single" w:color="#000000"/>
              <w:top w:sz="4.7999999999999545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61.</w:t>
            </w:r>
          </w:p>
        </w:tc>
        <w:tc>
          <w:tcPr>
            <w:tcW w:type="dxa" w:w="3374"/>
            <w:tcBorders>
              <w:start w:sz="4.800000000000011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6" w:after="0"/>
              <w:ind w:left="70" w:right="288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Приём и передача </w:t>
            </w:r>
            <w:r>
              <w:br/>
            </w: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волейбольного мяча двумя </w:t>
            </w: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руками сверху и снизу. Зачет</w:t>
            </w:r>
          </w:p>
        </w:tc>
        <w:tc>
          <w:tcPr>
            <w:tcW w:type="dxa" w:w="71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2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4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2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1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07.02.2023 </w:t>
            </w:r>
          </w:p>
        </w:tc>
        <w:tc>
          <w:tcPr>
            <w:tcW w:type="dxa" w:w="1546"/>
            <w:tcBorders>
              <w:start w:sz="4.800000000000182" w:val="single" w:color="#000000"/>
              <w:top w:sz="4.7999999999999545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14"/>
        </w:trPr>
        <w:tc>
          <w:tcPr>
            <w:tcW w:type="dxa" w:w="566"/>
            <w:tcBorders>
              <w:start w:sz="4.7999999999999545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62.</w:t>
            </w:r>
          </w:p>
        </w:tc>
        <w:tc>
          <w:tcPr>
            <w:tcW w:type="dxa" w:w="3374"/>
            <w:tcBorders>
              <w:start w:sz="4.800000000000011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0" w:right="1152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Футбол». Удар по </w:t>
            </w:r>
            <w:r>
              <w:br/>
            </w: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неподвижному мячу</w:t>
            </w:r>
          </w:p>
        </w:tc>
        <w:tc>
          <w:tcPr>
            <w:tcW w:type="dxa" w:w="71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2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4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2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1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11.02.2023 </w:t>
            </w:r>
          </w:p>
        </w:tc>
        <w:tc>
          <w:tcPr>
            <w:tcW w:type="dxa" w:w="1546"/>
            <w:tcBorders>
              <w:start w:sz="4.800000000000182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14"/>
        </w:trPr>
        <w:tc>
          <w:tcPr>
            <w:tcW w:type="dxa" w:w="566"/>
            <w:tcBorders>
              <w:start w:sz="4.7999999999999545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63.</w:t>
            </w:r>
          </w:p>
        </w:tc>
        <w:tc>
          <w:tcPr>
            <w:tcW w:type="dxa" w:w="3374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0" w:right="1152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Футбол». Удар по </w:t>
            </w:r>
            <w:r>
              <w:br/>
            </w: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неподвижному мячу</w:t>
            </w:r>
          </w:p>
        </w:tc>
        <w:tc>
          <w:tcPr>
            <w:tcW w:type="dxa" w:w="71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2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4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2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1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13.02.2023 </w:t>
            </w:r>
          </w:p>
        </w:tc>
        <w:tc>
          <w:tcPr>
            <w:tcW w:type="dxa" w:w="1546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2134"/>
        </w:trPr>
        <w:tc>
          <w:tcPr>
            <w:tcW w:type="dxa" w:w="566"/>
            <w:tcBorders>
              <w:start w:sz="4.7999999999999545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64.</w:t>
            </w:r>
          </w:p>
        </w:tc>
        <w:tc>
          <w:tcPr>
            <w:tcW w:type="dxa" w:w="3374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Знакомство с рекомендациями </w:t>
            </w: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учителя по использованию </w:t>
            </w:r>
            <w:r>
              <w:br/>
            </w: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подготовительных и </w:t>
            </w:r>
            <w:r>
              <w:br/>
            </w: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подводящих упражнений для </w:t>
            </w: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освоения технических действий </w:t>
            </w: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игры футбол </w:t>
            </w:r>
          </w:p>
        </w:tc>
        <w:tc>
          <w:tcPr>
            <w:tcW w:type="dxa" w:w="71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2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4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1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14.02.2023 </w:t>
            </w:r>
          </w:p>
        </w:tc>
        <w:tc>
          <w:tcPr>
            <w:tcW w:type="dxa" w:w="1546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2134"/>
        </w:trPr>
        <w:tc>
          <w:tcPr>
            <w:tcW w:type="dxa" w:w="566"/>
            <w:tcBorders>
              <w:start w:sz="4.7999999999999545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65.</w:t>
            </w:r>
          </w:p>
        </w:tc>
        <w:tc>
          <w:tcPr>
            <w:tcW w:type="dxa" w:w="3374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Знакомство с рекомендациями </w:t>
            </w: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учителя по использованию </w:t>
            </w:r>
            <w:r>
              <w:br/>
            </w: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подготовительных и </w:t>
            </w:r>
            <w:r>
              <w:br/>
            </w: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подводящих упражнений для </w:t>
            </w: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освоения технических действий </w:t>
            </w: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игры футбол</w:t>
            </w:r>
          </w:p>
        </w:tc>
        <w:tc>
          <w:tcPr>
            <w:tcW w:type="dxa" w:w="71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2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4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2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1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18.02.2023 </w:t>
            </w:r>
          </w:p>
        </w:tc>
        <w:tc>
          <w:tcPr>
            <w:tcW w:type="dxa" w:w="1546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144"/>
        </w:trPr>
        <w:tc>
          <w:tcPr>
            <w:tcW w:type="dxa" w:w="566"/>
            <w:tcBorders>
              <w:start w:sz="4.7999999999999545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66.</w:t>
            </w:r>
          </w:p>
        </w:tc>
        <w:tc>
          <w:tcPr>
            <w:tcW w:type="dxa" w:w="3374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0" w:right="288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Остановка катящегося мяча </w:t>
            </w: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внутренней стороной стопы.</w:t>
            </w:r>
          </w:p>
          <w:p>
            <w:pPr>
              <w:autoSpaceDN w:val="0"/>
              <w:autoSpaceDE w:val="0"/>
              <w:widowControl/>
              <w:spacing w:line="233" w:lineRule="auto" w:before="68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Освоение техники </w:t>
            </w:r>
          </w:p>
        </w:tc>
        <w:tc>
          <w:tcPr>
            <w:tcW w:type="dxa" w:w="71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2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4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2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1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20.02.2023 </w:t>
            </w:r>
          </w:p>
        </w:tc>
        <w:tc>
          <w:tcPr>
            <w:tcW w:type="dxa" w:w="1546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144"/>
        </w:trPr>
        <w:tc>
          <w:tcPr>
            <w:tcW w:type="dxa" w:w="566"/>
            <w:tcBorders>
              <w:start w:sz="4.7999999999999545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67.</w:t>
            </w:r>
          </w:p>
        </w:tc>
        <w:tc>
          <w:tcPr>
            <w:tcW w:type="dxa" w:w="3374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0" w:right="288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Остановка катящегося мяча </w:t>
            </w: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внутренней стороной стопы.</w:t>
            </w:r>
          </w:p>
          <w:p>
            <w:pPr>
              <w:autoSpaceDN w:val="0"/>
              <w:autoSpaceDE w:val="0"/>
              <w:widowControl/>
              <w:spacing w:line="233" w:lineRule="auto" w:before="68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Тренировка</w:t>
            </w:r>
          </w:p>
        </w:tc>
        <w:tc>
          <w:tcPr>
            <w:tcW w:type="dxa" w:w="71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2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4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2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1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21.02.2023 </w:t>
            </w:r>
          </w:p>
        </w:tc>
        <w:tc>
          <w:tcPr>
            <w:tcW w:type="dxa" w:w="1546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168"/>
        </w:trPr>
        <w:tc>
          <w:tcPr>
            <w:tcW w:type="dxa" w:w="566"/>
            <w:tcBorders>
              <w:start w:sz="4.7999999999999545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68.</w:t>
            </w:r>
          </w:p>
        </w:tc>
        <w:tc>
          <w:tcPr>
            <w:tcW w:type="dxa" w:w="3374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0" w:right="288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Остановка катящегося мяча </w:t>
            </w: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внутренней стороной стопы.</w:t>
            </w:r>
          </w:p>
          <w:p>
            <w:pPr>
              <w:autoSpaceDN w:val="0"/>
              <w:autoSpaceDE w:val="0"/>
              <w:widowControl/>
              <w:spacing w:line="233" w:lineRule="auto" w:before="68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Тренировка</w:t>
            </w:r>
          </w:p>
        </w:tc>
        <w:tc>
          <w:tcPr>
            <w:tcW w:type="dxa" w:w="71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2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4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2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1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25.02.2023 </w:t>
            </w:r>
          </w:p>
        </w:tc>
        <w:tc>
          <w:tcPr>
            <w:tcW w:type="dxa" w:w="1546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794"/>
        </w:trPr>
        <w:tc>
          <w:tcPr>
            <w:tcW w:type="dxa" w:w="566"/>
            <w:tcBorders>
              <w:start w:sz="4.7999999999999545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69.</w:t>
            </w:r>
          </w:p>
        </w:tc>
        <w:tc>
          <w:tcPr>
            <w:tcW w:type="dxa" w:w="3374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0" w:right="432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Ведение футбольного мяча. </w:t>
            </w: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Обучение технике </w:t>
            </w:r>
          </w:p>
        </w:tc>
        <w:tc>
          <w:tcPr>
            <w:tcW w:type="dxa" w:w="71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2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4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2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1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27.02.2023 </w:t>
            </w:r>
          </w:p>
        </w:tc>
        <w:tc>
          <w:tcPr>
            <w:tcW w:type="dxa" w:w="1546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556" w:bottom="428" w:left="664" w:header="720" w:footer="720" w:gutter="0"/>
          <w:cols w:space="720" w:num="1" w:equalWidth="0">
            <w:col w:w="10680" w:space="0"/>
            <w:col w:w="10680" w:space="0"/>
            <w:col w:w="10680" w:space="0"/>
            <w:col w:w="10680" w:space="0"/>
            <w:col w:w="10680" w:space="0"/>
            <w:col w:w="10680" w:space="0"/>
            <w:col w:w="15534" w:space="0"/>
            <w:col w:w="15534" w:space="0"/>
            <w:col w:w="15534" w:space="0"/>
            <w:col w:w="15534" w:space="0"/>
            <w:col w:w="15534" w:space="0"/>
            <w:col w:w="10582" w:space="0"/>
            <w:col w:w="10502" w:space="0"/>
            <w:col w:w="10590" w:space="0"/>
            <w:col w:w="10506" w:space="0"/>
            <w:col w:w="10584" w:space="0"/>
            <w:col w:w="10572" w:space="0"/>
            <w:col w:w="10584" w:space="0"/>
            <w:col w:w="9020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5.999999999999943" w:type="dxa"/>
      </w:tblPr>
      <w:tblGrid>
        <w:gridCol w:w="1526"/>
        <w:gridCol w:w="1526"/>
        <w:gridCol w:w="1526"/>
        <w:gridCol w:w="1526"/>
        <w:gridCol w:w="1526"/>
        <w:gridCol w:w="1526"/>
        <w:gridCol w:w="1526"/>
      </w:tblGrid>
      <w:tr>
        <w:trPr>
          <w:trHeight w:hRule="exact" w:val="814"/>
        </w:trPr>
        <w:tc>
          <w:tcPr>
            <w:tcW w:type="dxa" w:w="566"/>
            <w:tcBorders>
              <w:start w:sz="4.7999999999999545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70.</w:t>
            </w:r>
          </w:p>
        </w:tc>
        <w:tc>
          <w:tcPr>
            <w:tcW w:type="dxa" w:w="3374"/>
            <w:tcBorders>
              <w:start w:sz="4.800000000000011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0" w:right="432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Ведение футбольного мяча. </w:t>
            </w: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Обучение технике</w:t>
            </w:r>
          </w:p>
        </w:tc>
        <w:tc>
          <w:tcPr>
            <w:tcW w:type="dxa" w:w="718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2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4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2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1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28.02.2023 </w:t>
            </w:r>
          </w:p>
        </w:tc>
        <w:tc>
          <w:tcPr>
            <w:tcW w:type="dxa" w:w="1546"/>
            <w:tcBorders>
              <w:start w:sz="4.800000000000182" w:val="single" w:color="#000000"/>
              <w:top w:sz="4.800000000000011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14"/>
        </w:trPr>
        <w:tc>
          <w:tcPr>
            <w:tcW w:type="dxa" w:w="566"/>
            <w:tcBorders>
              <w:start w:sz="4.7999999999999545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71.</w:t>
            </w:r>
          </w:p>
        </w:tc>
        <w:tc>
          <w:tcPr>
            <w:tcW w:type="dxa" w:w="3374"/>
            <w:tcBorders>
              <w:start w:sz="4.800000000000011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0" w:right="432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Ведение футбольного мяча. </w:t>
            </w: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Тренировка</w:t>
            </w:r>
          </w:p>
        </w:tc>
        <w:tc>
          <w:tcPr>
            <w:tcW w:type="dxa" w:w="71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2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4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2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1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04.03.2023 </w:t>
            </w:r>
          </w:p>
        </w:tc>
        <w:tc>
          <w:tcPr>
            <w:tcW w:type="dxa" w:w="1546"/>
            <w:tcBorders>
              <w:start w:sz="4.800000000000182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12"/>
        </w:trPr>
        <w:tc>
          <w:tcPr>
            <w:tcW w:type="dxa" w:w="566"/>
            <w:tcBorders>
              <w:start w:sz="4.7999999999999545" w:val="single" w:color="#000000"/>
              <w:top w:sz="4.7999999999999545" w:val="single" w:color="#000000"/>
              <w:end w:sz="4.800000000000011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72.</w:t>
            </w:r>
          </w:p>
        </w:tc>
        <w:tc>
          <w:tcPr>
            <w:tcW w:type="dxa" w:w="3374"/>
            <w:tcBorders>
              <w:start w:sz="4.800000000000011" w:val="single" w:color="#000000"/>
              <w:top w:sz="4.7999999999999545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0" w:right="432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Ведение футбольного мяча. </w:t>
            </w: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Тренирвка</w:t>
            </w:r>
          </w:p>
        </w:tc>
        <w:tc>
          <w:tcPr>
            <w:tcW w:type="dxa" w:w="71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2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4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1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06.03.2023 </w:t>
            </w:r>
          </w:p>
        </w:tc>
        <w:tc>
          <w:tcPr>
            <w:tcW w:type="dxa" w:w="1546"/>
            <w:tcBorders>
              <w:start w:sz="4.800000000000182" w:val="single" w:color="#000000"/>
              <w:top w:sz="4.7999999999999545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14"/>
        </w:trPr>
        <w:tc>
          <w:tcPr>
            <w:tcW w:type="dxa" w:w="566"/>
            <w:tcBorders>
              <w:start w:sz="4.7999999999999545" w:val="single" w:color="#000000"/>
              <w:top w:sz="4.0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73.</w:t>
            </w:r>
          </w:p>
        </w:tc>
        <w:tc>
          <w:tcPr>
            <w:tcW w:type="dxa" w:w="3374"/>
            <w:tcBorders>
              <w:start w:sz="4.800000000000011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0" w:right="432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Обводка мячом ориентиров. </w:t>
            </w: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Обучение технике</w:t>
            </w:r>
          </w:p>
        </w:tc>
        <w:tc>
          <w:tcPr>
            <w:tcW w:type="dxa" w:w="718"/>
            <w:tcBorders>
              <w:start w:sz="4.800000000000182" w:val="single" w:color="#000000"/>
              <w:top w:sz="4.0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2"/>
            <w:tcBorders>
              <w:start w:sz="4.799999999999727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40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14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07.03.2023 </w:t>
            </w:r>
          </w:p>
        </w:tc>
        <w:tc>
          <w:tcPr>
            <w:tcW w:type="dxa" w:w="1546"/>
            <w:tcBorders>
              <w:start w:sz="4.800000000000182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14"/>
        </w:trPr>
        <w:tc>
          <w:tcPr>
            <w:tcW w:type="dxa" w:w="566"/>
            <w:tcBorders>
              <w:start w:sz="4.7999999999999545" w:val="single" w:color="#000000"/>
              <w:top w:sz="4.800000000000182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74.</w:t>
            </w:r>
          </w:p>
        </w:tc>
        <w:tc>
          <w:tcPr>
            <w:tcW w:type="dxa" w:w="3374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0" w:right="432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Обводка мячом ориентиров. </w:t>
            </w: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Тренировка.</w:t>
            </w:r>
          </w:p>
        </w:tc>
        <w:tc>
          <w:tcPr>
            <w:tcW w:type="dxa" w:w="71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2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4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1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11.03.2023 </w:t>
            </w:r>
          </w:p>
        </w:tc>
        <w:tc>
          <w:tcPr>
            <w:tcW w:type="dxa" w:w="1546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14"/>
        </w:trPr>
        <w:tc>
          <w:tcPr>
            <w:tcW w:type="dxa" w:w="566"/>
            <w:tcBorders>
              <w:start w:sz="4.7999999999999545" w:val="single" w:color="#000000"/>
              <w:top w:sz="4.7999999999999545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75.</w:t>
            </w:r>
          </w:p>
        </w:tc>
        <w:tc>
          <w:tcPr>
            <w:tcW w:type="dxa" w:w="3374"/>
            <w:tcBorders>
              <w:start w:sz="4.800000000000011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0" w:right="432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Обводка мячом ориентиров. </w:t>
            </w: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Тренировка</w:t>
            </w:r>
          </w:p>
        </w:tc>
        <w:tc>
          <w:tcPr>
            <w:tcW w:type="dxa" w:w="71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2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4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2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1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13.03.2023 </w:t>
            </w:r>
          </w:p>
        </w:tc>
        <w:tc>
          <w:tcPr>
            <w:tcW w:type="dxa" w:w="1546"/>
            <w:tcBorders>
              <w:start w:sz="4.800000000000182" w:val="single" w:color="#000000"/>
              <w:top w:sz="4.7999999999999545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14"/>
        </w:trPr>
        <w:tc>
          <w:tcPr>
            <w:tcW w:type="dxa" w:w="566"/>
            <w:tcBorders>
              <w:start w:sz="4.7999999999999545" w:val="single" w:color="#000000"/>
              <w:top w:sz="4.799999999999727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76.</w:t>
            </w:r>
          </w:p>
        </w:tc>
        <w:tc>
          <w:tcPr>
            <w:tcW w:type="dxa" w:w="3374"/>
            <w:tcBorders>
              <w:start w:sz="4.800000000000011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 б в о д к а м я ч о м о р и е н т </w:t>
            </w: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 р о в. Тренировка </w:t>
            </w:r>
          </w:p>
        </w:tc>
        <w:tc>
          <w:tcPr>
            <w:tcW w:type="dxa" w:w="71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2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4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2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1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14.03.2023 </w:t>
            </w:r>
          </w:p>
        </w:tc>
        <w:tc>
          <w:tcPr>
            <w:tcW w:type="dxa" w:w="1546"/>
            <w:tcBorders>
              <w:start w:sz="4.800000000000182" w:val="single" w:color="#000000"/>
              <w:top w:sz="4.799999999999727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474"/>
        </w:trPr>
        <w:tc>
          <w:tcPr>
            <w:tcW w:type="dxa" w:w="566"/>
            <w:tcBorders>
              <w:start w:sz="4.7999999999999545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77.</w:t>
            </w:r>
          </w:p>
        </w:tc>
        <w:tc>
          <w:tcPr>
            <w:tcW w:type="dxa" w:w="3374"/>
            <w:tcBorders>
              <w:start w:sz="4.800000000000011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6" w:after="0"/>
              <w:ind w:left="70" w:right="144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Оценивание индивидуального </w:t>
            </w: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физического развития с </w:t>
            </w:r>
            <w:r>
              <w:br/>
            </w: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помощью стандартных </w:t>
            </w:r>
            <w:r>
              <w:br/>
            </w: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возрастных показателей</w:t>
            </w:r>
          </w:p>
        </w:tc>
        <w:tc>
          <w:tcPr>
            <w:tcW w:type="dxa" w:w="71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2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4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2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1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18.03.2023 </w:t>
            </w:r>
          </w:p>
        </w:tc>
        <w:tc>
          <w:tcPr>
            <w:tcW w:type="dxa" w:w="1546"/>
            <w:tcBorders>
              <w:start w:sz="4.800000000000182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14"/>
        </w:trPr>
        <w:tc>
          <w:tcPr>
            <w:tcW w:type="dxa" w:w="566"/>
            <w:tcBorders>
              <w:start w:sz="4.7999999999999545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78.</w:t>
            </w:r>
          </w:p>
        </w:tc>
        <w:tc>
          <w:tcPr>
            <w:tcW w:type="dxa" w:w="3374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0" w:right="288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Бег на 30 метров на скорость. </w:t>
            </w: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Обучение технике</w:t>
            </w:r>
          </w:p>
        </w:tc>
        <w:tc>
          <w:tcPr>
            <w:tcW w:type="dxa" w:w="71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2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4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2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1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20.03.2023 </w:t>
            </w:r>
          </w:p>
        </w:tc>
        <w:tc>
          <w:tcPr>
            <w:tcW w:type="dxa" w:w="1546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14"/>
        </w:trPr>
        <w:tc>
          <w:tcPr>
            <w:tcW w:type="dxa" w:w="566"/>
            <w:tcBorders>
              <w:start w:sz="4.7999999999999545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79.</w:t>
            </w:r>
          </w:p>
        </w:tc>
        <w:tc>
          <w:tcPr>
            <w:tcW w:type="dxa" w:w="3374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0" w:right="288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Бег на 30 метров на скорость. </w:t>
            </w: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Тренировка</w:t>
            </w:r>
          </w:p>
        </w:tc>
        <w:tc>
          <w:tcPr>
            <w:tcW w:type="dxa" w:w="71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2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4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2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1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21.03.2023 </w:t>
            </w:r>
          </w:p>
        </w:tc>
        <w:tc>
          <w:tcPr>
            <w:tcW w:type="dxa" w:w="1546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14"/>
        </w:trPr>
        <w:tc>
          <w:tcPr>
            <w:tcW w:type="dxa" w:w="566"/>
            <w:tcBorders>
              <w:start w:sz="4.7999999999999545" w:val="single" w:color="#000000"/>
              <w:top w:sz="4.800000000000182" w:val="single" w:color="#000000"/>
              <w:end w:sz="4.800000000000011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80.</w:t>
            </w:r>
          </w:p>
        </w:tc>
        <w:tc>
          <w:tcPr>
            <w:tcW w:type="dxa" w:w="3374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0" w:right="288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Бег на 30 метров на скорость. </w:t>
            </w: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Зачет </w:t>
            </w:r>
          </w:p>
        </w:tc>
        <w:tc>
          <w:tcPr>
            <w:tcW w:type="dxa" w:w="71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2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4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1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01.04.2023 </w:t>
            </w:r>
          </w:p>
        </w:tc>
        <w:tc>
          <w:tcPr>
            <w:tcW w:type="dxa" w:w="1546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Зачет;</w:t>
            </w:r>
          </w:p>
        </w:tc>
      </w:tr>
      <w:tr>
        <w:trPr>
          <w:trHeight w:hRule="exact" w:val="812"/>
        </w:trPr>
        <w:tc>
          <w:tcPr>
            <w:tcW w:type="dxa" w:w="566"/>
            <w:tcBorders>
              <w:start w:sz="4.7999999999999545" w:val="single" w:color="#000000"/>
              <w:top w:sz="4.0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81.</w:t>
            </w:r>
          </w:p>
        </w:tc>
        <w:tc>
          <w:tcPr>
            <w:tcW w:type="dxa" w:w="3374"/>
            <w:tcBorders>
              <w:start w:sz="4.800000000000011" w:val="single" w:color="#000000"/>
              <w:top w:sz="4.0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Бег на 60 метров. Тренировка</w:t>
            </w:r>
          </w:p>
        </w:tc>
        <w:tc>
          <w:tcPr>
            <w:tcW w:type="dxa" w:w="718"/>
            <w:tcBorders>
              <w:start w:sz="4.800000000000182" w:val="single" w:color="#000000"/>
              <w:top w:sz="4.0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2"/>
            <w:tcBorders>
              <w:start w:sz="4.799999999999727" w:val="single" w:color="#000000"/>
              <w:top w:sz="4.0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40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14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03.04.2023 </w:t>
            </w:r>
          </w:p>
        </w:tc>
        <w:tc>
          <w:tcPr>
            <w:tcW w:type="dxa" w:w="1546"/>
            <w:tcBorders>
              <w:start w:sz="4.800000000000182" w:val="single" w:color="#000000"/>
              <w:top w:sz="4.0" w:val="single" w:color="#000000"/>
              <w:end w:sz="4.0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14"/>
        </w:trPr>
        <w:tc>
          <w:tcPr>
            <w:tcW w:type="dxa" w:w="566"/>
            <w:tcBorders>
              <w:start w:sz="4.7999999999999545" w:val="single" w:color="#000000"/>
              <w:top w:sz="4.79999999999927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82.</w:t>
            </w:r>
          </w:p>
        </w:tc>
        <w:tc>
          <w:tcPr>
            <w:tcW w:type="dxa" w:w="3374"/>
            <w:tcBorders>
              <w:start w:sz="4.800000000000011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Бег на 60 метров. Тренировка</w:t>
            </w:r>
          </w:p>
        </w:tc>
        <w:tc>
          <w:tcPr>
            <w:tcW w:type="dxa" w:w="718"/>
            <w:tcBorders>
              <w:start w:sz="4.800000000000182" w:val="single" w:color="#000000"/>
              <w:top w:sz="4.79999999999927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2"/>
            <w:tcBorders>
              <w:start w:sz="4.799999999999727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40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14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04.04.2023 </w:t>
            </w:r>
          </w:p>
        </w:tc>
        <w:tc>
          <w:tcPr>
            <w:tcW w:type="dxa" w:w="1546"/>
            <w:tcBorders>
              <w:start w:sz="4.800000000000182" w:val="single" w:color="#000000"/>
              <w:top w:sz="4.79999999999927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484"/>
        </w:trPr>
        <w:tc>
          <w:tcPr>
            <w:tcW w:type="dxa" w:w="566"/>
            <w:tcBorders>
              <w:start w:sz="4.7999999999999545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83.</w:t>
            </w:r>
          </w:p>
        </w:tc>
        <w:tc>
          <w:tcPr>
            <w:tcW w:type="dxa" w:w="3374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Бег на 60 метров. Зачет. </w:t>
            </w:r>
          </w:p>
        </w:tc>
        <w:tc>
          <w:tcPr>
            <w:tcW w:type="dxa" w:w="71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2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2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4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2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1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08.04.2023 </w:t>
            </w:r>
          </w:p>
        </w:tc>
        <w:tc>
          <w:tcPr>
            <w:tcW w:type="dxa" w:w="1546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Зачет;</w:t>
            </w:r>
          </w:p>
        </w:tc>
      </w:tr>
      <w:tr>
        <w:trPr>
          <w:trHeight w:hRule="exact" w:val="1144"/>
        </w:trPr>
        <w:tc>
          <w:tcPr>
            <w:tcW w:type="dxa" w:w="566"/>
            <w:tcBorders>
              <w:start w:sz="4.7999999999999545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84.</w:t>
            </w:r>
          </w:p>
        </w:tc>
        <w:tc>
          <w:tcPr>
            <w:tcW w:type="dxa" w:w="3374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0" w:right="72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Подтягивание из виса на </w:t>
            </w: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высокой перекладине.</w:t>
            </w:r>
          </w:p>
          <w:p>
            <w:pPr>
              <w:autoSpaceDN w:val="0"/>
              <w:autoSpaceDE w:val="0"/>
              <w:widowControl/>
              <w:spacing w:line="233" w:lineRule="auto" w:before="68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Обучение технике</w:t>
            </w:r>
          </w:p>
        </w:tc>
        <w:tc>
          <w:tcPr>
            <w:tcW w:type="dxa" w:w="71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2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4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2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1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10.04.2023 </w:t>
            </w:r>
          </w:p>
        </w:tc>
        <w:tc>
          <w:tcPr>
            <w:tcW w:type="dxa" w:w="1546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356"/>
        </w:trPr>
        <w:tc>
          <w:tcPr>
            <w:tcW w:type="dxa" w:w="566"/>
            <w:tcBorders>
              <w:start w:sz="4.7999999999999545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85.</w:t>
            </w:r>
          </w:p>
        </w:tc>
        <w:tc>
          <w:tcPr>
            <w:tcW w:type="dxa" w:w="3374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0" w:right="72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Подтягивание из виса на </w:t>
            </w: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высокой перекладине.</w:t>
            </w:r>
          </w:p>
          <w:p>
            <w:pPr>
              <w:autoSpaceDN w:val="0"/>
              <w:autoSpaceDE w:val="0"/>
              <w:widowControl/>
              <w:spacing w:line="233" w:lineRule="auto" w:before="68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Тренировка</w:t>
            </w:r>
          </w:p>
        </w:tc>
        <w:tc>
          <w:tcPr>
            <w:tcW w:type="dxa" w:w="71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2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4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2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1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11.04.2023 </w:t>
            </w:r>
          </w:p>
        </w:tc>
        <w:tc>
          <w:tcPr>
            <w:tcW w:type="dxa" w:w="1546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124"/>
        </w:trPr>
        <w:tc>
          <w:tcPr>
            <w:tcW w:type="dxa" w:w="566"/>
            <w:tcBorders>
              <w:start w:sz="4.7999999999999545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86.</w:t>
            </w:r>
          </w:p>
        </w:tc>
        <w:tc>
          <w:tcPr>
            <w:tcW w:type="dxa" w:w="3374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0" w:right="72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Подтягивание из виса на </w:t>
            </w: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высокой перекладине.</w:t>
            </w:r>
          </w:p>
          <w:p>
            <w:pPr>
              <w:autoSpaceDN w:val="0"/>
              <w:autoSpaceDE w:val="0"/>
              <w:widowControl/>
              <w:spacing w:line="233" w:lineRule="auto" w:before="68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Тренировка</w:t>
            </w:r>
          </w:p>
        </w:tc>
        <w:tc>
          <w:tcPr>
            <w:tcW w:type="dxa" w:w="71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2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4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2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1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15.04.2023 </w:t>
            </w:r>
          </w:p>
        </w:tc>
        <w:tc>
          <w:tcPr>
            <w:tcW w:type="dxa" w:w="1546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556" w:bottom="446" w:left="664" w:header="720" w:footer="720" w:gutter="0"/>
          <w:cols w:space="720" w:num="1" w:equalWidth="0">
            <w:col w:w="10680" w:space="0"/>
            <w:col w:w="10680" w:space="0"/>
            <w:col w:w="10680" w:space="0"/>
            <w:col w:w="10680" w:space="0"/>
            <w:col w:w="10680" w:space="0"/>
            <w:col w:w="10680" w:space="0"/>
            <w:col w:w="10680" w:space="0"/>
            <w:col w:w="15534" w:space="0"/>
            <w:col w:w="15534" w:space="0"/>
            <w:col w:w="15534" w:space="0"/>
            <w:col w:w="15534" w:space="0"/>
            <w:col w:w="15534" w:space="0"/>
            <w:col w:w="10582" w:space="0"/>
            <w:col w:w="10502" w:space="0"/>
            <w:col w:w="10590" w:space="0"/>
            <w:col w:w="10506" w:space="0"/>
            <w:col w:w="10584" w:space="0"/>
            <w:col w:w="10572" w:space="0"/>
            <w:col w:w="10584" w:space="0"/>
            <w:col w:w="9020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5.999999999999943" w:type="dxa"/>
      </w:tblPr>
      <w:tblGrid>
        <w:gridCol w:w="1526"/>
        <w:gridCol w:w="1526"/>
        <w:gridCol w:w="1526"/>
        <w:gridCol w:w="1526"/>
        <w:gridCol w:w="1526"/>
        <w:gridCol w:w="1526"/>
        <w:gridCol w:w="1526"/>
      </w:tblGrid>
      <w:tr>
        <w:trPr>
          <w:trHeight w:hRule="exact" w:val="814"/>
        </w:trPr>
        <w:tc>
          <w:tcPr>
            <w:tcW w:type="dxa" w:w="566"/>
            <w:tcBorders>
              <w:start w:sz="4.7999999999999545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87.</w:t>
            </w:r>
          </w:p>
        </w:tc>
        <w:tc>
          <w:tcPr>
            <w:tcW w:type="dxa" w:w="3374"/>
            <w:tcBorders>
              <w:start w:sz="4.800000000000011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0" w:right="432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Подтягивание из виса на </w:t>
            </w:r>
            <w:r>
              <w:br/>
            </w: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высокой перекладине. Зачет</w:t>
            </w:r>
          </w:p>
        </w:tc>
        <w:tc>
          <w:tcPr>
            <w:tcW w:type="dxa" w:w="718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2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2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4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2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1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17.04.2023 </w:t>
            </w:r>
          </w:p>
        </w:tc>
        <w:tc>
          <w:tcPr>
            <w:tcW w:type="dxa" w:w="1546"/>
            <w:tcBorders>
              <w:start w:sz="4.800000000000182" w:val="single" w:color="#000000"/>
              <w:top w:sz="4.800000000000011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Зачет;</w:t>
            </w:r>
          </w:p>
        </w:tc>
      </w:tr>
      <w:tr>
        <w:trPr>
          <w:trHeight w:hRule="exact" w:val="1144"/>
        </w:trPr>
        <w:tc>
          <w:tcPr>
            <w:tcW w:type="dxa" w:w="566"/>
            <w:tcBorders>
              <w:start w:sz="4.7999999999999545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88.</w:t>
            </w:r>
          </w:p>
        </w:tc>
        <w:tc>
          <w:tcPr>
            <w:tcW w:type="dxa" w:w="3374"/>
            <w:tcBorders>
              <w:start w:sz="4.800000000000011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Наклон вперед из положения </w:t>
            </w: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стоя на гимнастической скамье. </w:t>
            </w: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Обучение технике.</w:t>
            </w:r>
          </w:p>
        </w:tc>
        <w:tc>
          <w:tcPr>
            <w:tcW w:type="dxa" w:w="71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2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4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2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1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18.04.2023 </w:t>
            </w:r>
          </w:p>
        </w:tc>
        <w:tc>
          <w:tcPr>
            <w:tcW w:type="dxa" w:w="1546"/>
            <w:tcBorders>
              <w:start w:sz="4.800000000000182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144"/>
        </w:trPr>
        <w:tc>
          <w:tcPr>
            <w:tcW w:type="dxa" w:w="566"/>
            <w:tcBorders>
              <w:start w:sz="4.7999999999999545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89.</w:t>
            </w:r>
          </w:p>
        </w:tc>
        <w:tc>
          <w:tcPr>
            <w:tcW w:type="dxa" w:w="3374"/>
            <w:tcBorders>
              <w:start w:sz="4.800000000000011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Наклон вперед из положения </w:t>
            </w: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стоя на гимнастической скамье.</w:t>
            </w:r>
          </w:p>
          <w:p>
            <w:pPr>
              <w:autoSpaceDN w:val="0"/>
              <w:autoSpaceDE w:val="0"/>
              <w:widowControl/>
              <w:spacing w:line="233" w:lineRule="auto" w:before="68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Тренировка</w:t>
            </w:r>
          </w:p>
        </w:tc>
        <w:tc>
          <w:tcPr>
            <w:tcW w:type="dxa" w:w="71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2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4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2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1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22.04.2023 </w:t>
            </w:r>
          </w:p>
        </w:tc>
        <w:tc>
          <w:tcPr>
            <w:tcW w:type="dxa" w:w="1546"/>
            <w:tcBorders>
              <w:start w:sz="4.800000000000182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144"/>
        </w:trPr>
        <w:tc>
          <w:tcPr>
            <w:tcW w:type="dxa" w:w="566"/>
            <w:tcBorders>
              <w:start w:sz="4.7999999999999545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90.</w:t>
            </w:r>
          </w:p>
        </w:tc>
        <w:tc>
          <w:tcPr>
            <w:tcW w:type="dxa" w:w="3374"/>
            <w:tcBorders>
              <w:start w:sz="4.800000000000011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Наклон вперед из положения </w:t>
            </w: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стоя на гимнастической скамье.</w:t>
            </w:r>
          </w:p>
          <w:p>
            <w:pPr>
              <w:autoSpaceDN w:val="0"/>
              <w:autoSpaceDE w:val="0"/>
              <w:widowControl/>
              <w:spacing w:line="233" w:lineRule="auto" w:before="68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Тренировка</w:t>
            </w:r>
          </w:p>
        </w:tc>
        <w:tc>
          <w:tcPr>
            <w:tcW w:type="dxa" w:w="71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2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4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1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24.04.2023 </w:t>
            </w:r>
          </w:p>
        </w:tc>
        <w:tc>
          <w:tcPr>
            <w:tcW w:type="dxa" w:w="1546"/>
            <w:tcBorders>
              <w:start w:sz="4.800000000000182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14"/>
        </w:trPr>
        <w:tc>
          <w:tcPr>
            <w:tcW w:type="dxa" w:w="566"/>
            <w:tcBorders>
              <w:start w:sz="4.7999999999999545" w:val="single" w:color="#000000"/>
              <w:top w:sz="4.7999999999999545" w:val="single" w:color="#000000"/>
              <w:end w:sz="4.800000000000011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91.</w:t>
            </w:r>
          </w:p>
        </w:tc>
        <w:tc>
          <w:tcPr>
            <w:tcW w:type="dxa" w:w="3374"/>
            <w:tcBorders>
              <w:start w:sz="4.800000000000011" w:val="single" w:color="#000000"/>
              <w:top w:sz="4.7999999999999545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0" w:right="576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Челночный бег. Обучение </w:t>
            </w: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технике.</w:t>
            </w:r>
          </w:p>
        </w:tc>
        <w:tc>
          <w:tcPr>
            <w:tcW w:type="dxa" w:w="71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2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4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1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25.04.2023 </w:t>
            </w:r>
          </w:p>
        </w:tc>
        <w:tc>
          <w:tcPr>
            <w:tcW w:type="dxa" w:w="1546"/>
            <w:tcBorders>
              <w:start w:sz="4.800000000000182" w:val="single" w:color="#000000"/>
              <w:top w:sz="4.7999999999999545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12"/>
        </w:trPr>
        <w:tc>
          <w:tcPr>
            <w:tcW w:type="dxa" w:w="566"/>
            <w:tcBorders>
              <w:start w:sz="4.7999999999999545" w:val="single" w:color="#000000"/>
              <w:top w:sz="4.0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92.</w:t>
            </w:r>
          </w:p>
        </w:tc>
        <w:tc>
          <w:tcPr>
            <w:tcW w:type="dxa" w:w="3374"/>
            <w:tcBorders>
              <w:start w:sz="4.800000000000011" w:val="single" w:color="#000000"/>
              <w:top w:sz="4.0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Челночный бег. Тренировка</w:t>
            </w:r>
          </w:p>
        </w:tc>
        <w:tc>
          <w:tcPr>
            <w:tcW w:type="dxa" w:w="718"/>
            <w:tcBorders>
              <w:start w:sz="4.800000000000182" w:val="single" w:color="#000000"/>
              <w:top w:sz="4.0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2"/>
            <w:tcBorders>
              <w:start w:sz="4.799999999999727" w:val="single" w:color="#000000"/>
              <w:top w:sz="4.0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40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14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29.04.2023 </w:t>
            </w:r>
          </w:p>
        </w:tc>
        <w:tc>
          <w:tcPr>
            <w:tcW w:type="dxa" w:w="1546"/>
            <w:tcBorders>
              <w:start w:sz="4.800000000000182" w:val="single" w:color="#000000"/>
              <w:top w:sz="4.0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14"/>
        </w:trPr>
        <w:tc>
          <w:tcPr>
            <w:tcW w:type="dxa" w:w="566"/>
            <w:tcBorders>
              <w:start w:sz="4.7999999999999545" w:val="single" w:color="#000000"/>
              <w:top w:sz="4.799999999999727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93.</w:t>
            </w:r>
          </w:p>
        </w:tc>
        <w:tc>
          <w:tcPr>
            <w:tcW w:type="dxa" w:w="3374"/>
            <w:tcBorders>
              <w:start w:sz="4.800000000000011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0" w:right="576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Прыжок в длину с разбега. </w:t>
            </w: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Обучение технике</w:t>
            </w:r>
          </w:p>
        </w:tc>
        <w:tc>
          <w:tcPr>
            <w:tcW w:type="dxa" w:w="71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2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4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1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13.05.2023 </w:t>
            </w:r>
          </w:p>
        </w:tc>
        <w:tc>
          <w:tcPr>
            <w:tcW w:type="dxa" w:w="1546"/>
            <w:tcBorders>
              <w:start w:sz="4.800000000000182" w:val="single" w:color="#000000"/>
              <w:top w:sz="4.799999999999727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14"/>
        </w:trPr>
        <w:tc>
          <w:tcPr>
            <w:tcW w:type="dxa" w:w="566"/>
            <w:tcBorders>
              <w:start w:sz="4.7999999999999545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94.</w:t>
            </w:r>
          </w:p>
        </w:tc>
        <w:tc>
          <w:tcPr>
            <w:tcW w:type="dxa" w:w="3374"/>
            <w:tcBorders>
              <w:start w:sz="4.800000000000011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0" w:right="576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Прыжок в длину с разбега. </w:t>
            </w: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Тренировка</w:t>
            </w:r>
          </w:p>
        </w:tc>
        <w:tc>
          <w:tcPr>
            <w:tcW w:type="dxa" w:w="71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2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4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2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1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15.05.2023 </w:t>
            </w:r>
          </w:p>
        </w:tc>
        <w:tc>
          <w:tcPr>
            <w:tcW w:type="dxa" w:w="1546"/>
            <w:tcBorders>
              <w:start w:sz="4.800000000000182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14"/>
        </w:trPr>
        <w:tc>
          <w:tcPr>
            <w:tcW w:type="dxa" w:w="566"/>
            <w:tcBorders>
              <w:start w:sz="4.7999999999999545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95.</w:t>
            </w:r>
          </w:p>
        </w:tc>
        <w:tc>
          <w:tcPr>
            <w:tcW w:type="dxa" w:w="3374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0" w:right="72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Прыжок в длину с места. </w:t>
            </w: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Обучение технике. </w:t>
            </w:r>
          </w:p>
        </w:tc>
        <w:tc>
          <w:tcPr>
            <w:tcW w:type="dxa" w:w="71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2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4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2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1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16.05.2023 </w:t>
            </w:r>
          </w:p>
        </w:tc>
        <w:tc>
          <w:tcPr>
            <w:tcW w:type="dxa" w:w="1546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14"/>
        </w:trPr>
        <w:tc>
          <w:tcPr>
            <w:tcW w:type="dxa" w:w="566"/>
            <w:tcBorders>
              <w:start w:sz="4.7999999999999545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96.</w:t>
            </w:r>
          </w:p>
        </w:tc>
        <w:tc>
          <w:tcPr>
            <w:tcW w:type="dxa" w:w="3374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0" w:right="72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Прыжок в длину с места. </w:t>
            </w: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Тренировка</w:t>
            </w:r>
          </w:p>
        </w:tc>
        <w:tc>
          <w:tcPr>
            <w:tcW w:type="dxa" w:w="71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2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4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2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1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20.05.2023 </w:t>
            </w:r>
          </w:p>
        </w:tc>
        <w:tc>
          <w:tcPr>
            <w:tcW w:type="dxa" w:w="1546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14"/>
        </w:trPr>
        <w:tc>
          <w:tcPr>
            <w:tcW w:type="dxa" w:w="566"/>
            <w:tcBorders>
              <w:start w:sz="4.7999999999999545" w:val="single" w:color="#000000"/>
              <w:top w:sz="4.800000000000182" w:val="single" w:color="#000000"/>
              <w:end w:sz="4.800000000000011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97.</w:t>
            </w:r>
          </w:p>
        </w:tc>
        <w:tc>
          <w:tcPr>
            <w:tcW w:type="dxa" w:w="3374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Метание мяча весом 150 грамм. </w:t>
            </w: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Обучение технике</w:t>
            </w:r>
          </w:p>
        </w:tc>
        <w:tc>
          <w:tcPr>
            <w:tcW w:type="dxa" w:w="71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2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4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2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1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22.05.2023 </w:t>
            </w:r>
          </w:p>
        </w:tc>
        <w:tc>
          <w:tcPr>
            <w:tcW w:type="dxa" w:w="1546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12"/>
        </w:trPr>
        <w:tc>
          <w:tcPr>
            <w:tcW w:type="dxa" w:w="566"/>
            <w:tcBorders>
              <w:start w:sz="4.7999999999999545" w:val="single" w:color="#000000"/>
              <w:top w:sz="4.0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98.</w:t>
            </w:r>
          </w:p>
        </w:tc>
        <w:tc>
          <w:tcPr>
            <w:tcW w:type="dxa" w:w="3374"/>
            <w:tcBorders>
              <w:start w:sz="4.800000000000011" w:val="single" w:color="#000000"/>
              <w:top w:sz="4.0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Метание мяча весом 150 грамм. </w:t>
            </w: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Тренировка</w:t>
            </w:r>
          </w:p>
        </w:tc>
        <w:tc>
          <w:tcPr>
            <w:tcW w:type="dxa" w:w="718"/>
            <w:tcBorders>
              <w:start w:sz="4.800000000000182" w:val="single" w:color="#000000"/>
              <w:top w:sz="4.0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2"/>
            <w:tcBorders>
              <w:start w:sz="4.799999999999727" w:val="single" w:color="#000000"/>
              <w:top w:sz="4.0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40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14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23.05.2023 </w:t>
            </w:r>
          </w:p>
        </w:tc>
        <w:tc>
          <w:tcPr>
            <w:tcW w:type="dxa" w:w="1546"/>
            <w:tcBorders>
              <w:start w:sz="4.800000000000182" w:val="single" w:color="#000000"/>
              <w:top w:sz="4.0" w:val="single" w:color="#000000"/>
              <w:end w:sz="4.0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144"/>
        </w:trPr>
        <w:tc>
          <w:tcPr>
            <w:tcW w:type="dxa" w:w="566"/>
            <w:tcBorders>
              <w:start w:sz="4.7999999999999545" w:val="single" w:color="#000000"/>
              <w:top w:sz="4.79999999999927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99.</w:t>
            </w:r>
          </w:p>
        </w:tc>
        <w:tc>
          <w:tcPr>
            <w:tcW w:type="dxa" w:w="3374"/>
            <w:tcBorders>
              <w:start w:sz="4.800000000000011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0" w:right="576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Поднимание туловища из </w:t>
            </w: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положения лежа на спине. </w:t>
            </w: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Обучение технике. </w:t>
            </w:r>
          </w:p>
        </w:tc>
        <w:tc>
          <w:tcPr>
            <w:tcW w:type="dxa" w:w="718"/>
            <w:tcBorders>
              <w:start w:sz="4.800000000000182" w:val="single" w:color="#000000"/>
              <w:top w:sz="4.79999999999927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2"/>
            <w:tcBorders>
              <w:start w:sz="4.799999999999727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40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14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27.05.2023 </w:t>
            </w:r>
          </w:p>
        </w:tc>
        <w:tc>
          <w:tcPr>
            <w:tcW w:type="dxa" w:w="1546"/>
            <w:tcBorders>
              <w:start w:sz="4.800000000000182" w:val="single" w:color="#000000"/>
              <w:top w:sz="4.79999999999927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144"/>
        </w:trPr>
        <w:tc>
          <w:tcPr>
            <w:tcW w:type="dxa" w:w="566"/>
            <w:tcBorders>
              <w:start w:sz="4.7999999999999545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100.</w:t>
            </w:r>
          </w:p>
        </w:tc>
        <w:tc>
          <w:tcPr>
            <w:tcW w:type="dxa" w:w="3374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566" w:val="left"/>
              </w:tabs>
              <w:autoSpaceDE w:val="0"/>
              <w:widowControl/>
              <w:spacing w:line="262" w:lineRule="auto" w:before="98" w:after="0"/>
              <w:ind w:left="0" w:right="576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100. Поднимание туловища из </w:t>
            </w:r>
            <w:r>
              <w:tab/>
            </w: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положения лежа на спине.</w:t>
            </w:r>
          </w:p>
          <w:p>
            <w:pPr>
              <w:autoSpaceDN w:val="0"/>
              <w:autoSpaceDE w:val="0"/>
              <w:widowControl/>
              <w:spacing w:line="230" w:lineRule="auto" w:before="70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Тренировка </w:t>
            </w:r>
          </w:p>
        </w:tc>
        <w:tc>
          <w:tcPr>
            <w:tcW w:type="dxa" w:w="71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2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4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1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29.05.2023 </w:t>
            </w:r>
          </w:p>
        </w:tc>
        <w:tc>
          <w:tcPr>
            <w:tcW w:type="dxa" w:w="1546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192"/>
        </w:trPr>
        <w:tc>
          <w:tcPr>
            <w:tcW w:type="dxa" w:w="566"/>
            <w:tcBorders>
              <w:start w:sz="4.7999999999999545" w:val="single" w:color="#000000"/>
              <w:top w:sz="4.80000000000018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101.</w:t>
            </w:r>
          </w:p>
        </w:tc>
        <w:tc>
          <w:tcPr>
            <w:tcW w:type="dxa" w:w="3374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566" w:val="left"/>
              </w:tabs>
              <w:autoSpaceDE w:val="0"/>
              <w:widowControl/>
              <w:spacing w:line="262" w:lineRule="auto" w:before="98" w:after="0"/>
              <w:ind w:left="0" w:right="576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101. Поднимание туловища из </w:t>
            </w:r>
            <w:r>
              <w:tab/>
            </w: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положения лежа на спине.</w:t>
            </w:r>
          </w:p>
          <w:p>
            <w:pPr>
              <w:autoSpaceDN w:val="0"/>
              <w:autoSpaceDE w:val="0"/>
              <w:widowControl/>
              <w:spacing w:line="230" w:lineRule="auto" w:before="70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Тренировка </w:t>
            </w:r>
          </w:p>
        </w:tc>
        <w:tc>
          <w:tcPr>
            <w:tcW w:type="dxa" w:w="71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2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4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1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30.05.2023 </w:t>
            </w:r>
          </w:p>
        </w:tc>
        <w:tc>
          <w:tcPr>
            <w:tcW w:type="dxa" w:w="1546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794"/>
        </w:trPr>
        <w:tc>
          <w:tcPr>
            <w:tcW w:type="dxa" w:w="566"/>
            <w:tcBorders>
              <w:start w:sz="4.7999999999999545" w:val="single" w:color="#000000"/>
              <w:top w:sz="4.79999999999927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102. </w:t>
            </w:r>
          </w:p>
        </w:tc>
        <w:tc>
          <w:tcPr>
            <w:tcW w:type="dxa" w:w="3374"/>
            <w:tcBorders>
              <w:start w:sz="4.800000000000011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152" w:val="left"/>
              </w:tabs>
              <w:autoSpaceDE w:val="0"/>
              <w:widowControl/>
              <w:spacing w:line="262" w:lineRule="auto" w:before="96" w:after="0"/>
              <w:ind w:left="0" w:right="144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Обобщающий урок по итогам </w:t>
            </w:r>
            <w:r>
              <w:tab/>
            </w: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обучения в 4-й четверти</w:t>
            </w:r>
          </w:p>
        </w:tc>
        <w:tc>
          <w:tcPr>
            <w:tcW w:type="dxa" w:w="718"/>
            <w:tcBorders>
              <w:start w:sz="4.800000000000182" w:val="single" w:color="#000000"/>
              <w:top w:sz="4.79999999999927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2"/>
            <w:tcBorders>
              <w:start w:sz="4.799999999999727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40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2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14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31.05.2023 </w:t>
            </w:r>
          </w:p>
        </w:tc>
        <w:tc>
          <w:tcPr>
            <w:tcW w:type="dxa" w:w="1546"/>
            <w:tcBorders>
              <w:start w:sz="4.800000000000182" w:val="single" w:color="#000000"/>
              <w:top w:sz="4.79999999999927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556" w:bottom="604" w:left="664" w:header="720" w:footer="720" w:gutter="0"/>
          <w:cols w:space="720" w:num="1" w:equalWidth="0">
            <w:col w:w="10680" w:space="0"/>
            <w:col w:w="10680" w:space="0"/>
            <w:col w:w="10680" w:space="0"/>
            <w:col w:w="10680" w:space="0"/>
            <w:col w:w="10680" w:space="0"/>
            <w:col w:w="10680" w:space="0"/>
            <w:col w:w="10680" w:space="0"/>
            <w:col w:w="10680" w:space="0"/>
            <w:col w:w="15534" w:space="0"/>
            <w:col w:w="15534" w:space="0"/>
            <w:col w:w="15534" w:space="0"/>
            <w:col w:w="15534" w:space="0"/>
            <w:col w:w="15534" w:space="0"/>
            <w:col w:w="10582" w:space="0"/>
            <w:col w:w="10502" w:space="0"/>
            <w:col w:w="10590" w:space="0"/>
            <w:col w:w="10506" w:space="0"/>
            <w:col w:w="10584" w:space="0"/>
            <w:col w:w="10572" w:space="0"/>
            <w:col w:w="10584" w:space="0"/>
            <w:col w:w="9020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5.999999999999943" w:type="dxa"/>
      </w:tblPr>
      <w:tblGrid>
        <w:gridCol w:w="2670"/>
        <w:gridCol w:w="2670"/>
        <w:gridCol w:w="2670"/>
        <w:gridCol w:w="2670"/>
      </w:tblGrid>
      <w:tr>
        <w:trPr>
          <w:trHeight w:hRule="exact" w:val="794"/>
        </w:trPr>
        <w:tc>
          <w:tcPr>
            <w:tcW w:type="dxa" w:w="3940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ОБЩЕЕ КОЛИЧЕСТВО ЧАСОВ ПО </w:t>
            </w: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ПРОГРАММЕ</w:t>
            </w:r>
          </w:p>
        </w:tc>
        <w:tc>
          <w:tcPr>
            <w:tcW w:type="dxa" w:w="718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0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102</w:t>
            </w:r>
          </w:p>
        </w:tc>
        <w:tc>
          <w:tcPr>
            <w:tcW w:type="dxa" w:w="1592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2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</w:t>
            </w:r>
          </w:p>
        </w:tc>
        <w:tc>
          <w:tcPr>
            <w:tcW w:type="dxa" w:w="4400"/>
            <w:tcBorders>
              <w:start w:sz="4.800000000000182" w:val="single" w:color="#000000"/>
              <w:top w:sz="4.800000000000011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2" w:right="0" w:firstLine="0"/>
              <w:jc w:val="left"/>
            </w:pPr>
            <w:r>
              <w:rPr>
                <w:w w:val="98.27302296956381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96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556" w:bottom="1440" w:left="664" w:header="720" w:footer="720" w:gutter="0"/>
          <w:cols w:space="720" w:num="1" w:equalWidth="0">
            <w:col w:w="10680" w:space="0"/>
            <w:col w:w="10680" w:space="0"/>
            <w:col w:w="10680" w:space="0"/>
            <w:col w:w="10680" w:space="0"/>
            <w:col w:w="10680" w:space="0"/>
            <w:col w:w="10680" w:space="0"/>
            <w:col w:w="10680" w:space="0"/>
            <w:col w:w="10680" w:space="0"/>
            <w:col w:w="10680" w:space="0"/>
            <w:col w:w="15534" w:space="0"/>
            <w:col w:w="15534" w:space="0"/>
            <w:col w:w="15534" w:space="0"/>
            <w:col w:w="15534" w:space="0"/>
            <w:col w:w="15534" w:space="0"/>
            <w:col w:w="10582" w:space="0"/>
            <w:col w:w="10502" w:space="0"/>
            <w:col w:w="10590" w:space="0"/>
            <w:col w:w="10506" w:space="0"/>
            <w:col w:w="10584" w:space="0"/>
            <w:col w:w="10572" w:space="0"/>
            <w:col w:w="10584" w:space="0"/>
            <w:col w:w="9020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УЧЕБНО-МЕТОДИЧЕСКОЕ ОБЕСПЕЧЕНИЕ ОБРАЗОВАТЕЛЬНОГО ПРОЦЕССА </w:t>
      </w:r>
    </w:p>
    <w:p>
      <w:pPr>
        <w:autoSpaceDN w:val="0"/>
        <w:autoSpaceDE w:val="0"/>
        <w:widowControl/>
        <w:spacing w:line="300" w:lineRule="auto" w:before="346" w:after="0"/>
        <w:ind w:left="0" w:right="144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ОБЯЗАТЕЛЬНЫЕ УЧЕБНЫЕ МАТЕРИАЛЫ ДЛЯ УЧЕНИКА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Физическая культура, 5 класс/Матвеев А.П., Акционерное общество «Издательство «Просвещение»;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Введите свой вариант:</w:t>
      </w:r>
    </w:p>
    <w:p>
      <w:pPr>
        <w:autoSpaceDN w:val="0"/>
        <w:autoSpaceDE w:val="0"/>
        <w:widowControl/>
        <w:spacing w:line="302" w:lineRule="auto" w:before="262" w:after="0"/>
        <w:ind w:left="0" w:right="4896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МЕТОДИЧЕСКИЕ МАТЕРИАЛЫ ДЛЯ УЧИТЕЛЯ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Учи.ру,РЭШ</w:t>
      </w:r>
    </w:p>
    <w:p>
      <w:pPr>
        <w:autoSpaceDN w:val="0"/>
        <w:autoSpaceDE w:val="0"/>
        <w:widowControl/>
        <w:spacing w:line="302" w:lineRule="auto" w:before="262" w:after="0"/>
        <w:ind w:left="0" w:right="144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ЦИФРОВЫЕ ОБРАЗОВАТЕЛЬНЫЕ РЕСУРСЫ И РЕСУРСЫ СЕТИ ИНТЕРНЕТ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Учи.ру,РЭШ</w:t>
      </w:r>
    </w:p>
    <w:p>
      <w:pPr>
        <w:sectPr>
          <w:pgSz w:w="11900" w:h="16840"/>
          <w:pgMar w:top="298" w:right="650" w:bottom="1440" w:left="666" w:header="720" w:footer="720" w:gutter="0"/>
          <w:cols w:space="720" w:num="1" w:equalWidth="0">
            <w:col w:w="10584" w:space="0"/>
            <w:col w:w="10680" w:space="0"/>
            <w:col w:w="10680" w:space="0"/>
            <w:col w:w="10680" w:space="0"/>
            <w:col w:w="10680" w:space="0"/>
            <w:col w:w="10680" w:space="0"/>
            <w:col w:w="10680" w:space="0"/>
            <w:col w:w="10680" w:space="0"/>
            <w:col w:w="10680" w:space="0"/>
            <w:col w:w="10680" w:space="0"/>
            <w:col w:w="15534" w:space="0"/>
            <w:col w:w="15534" w:space="0"/>
            <w:col w:w="15534" w:space="0"/>
            <w:col w:w="15534" w:space="0"/>
            <w:col w:w="15534" w:space="0"/>
            <w:col w:w="10582" w:space="0"/>
            <w:col w:w="10502" w:space="0"/>
            <w:col w:w="10590" w:space="0"/>
            <w:col w:w="10506" w:space="0"/>
            <w:col w:w="10584" w:space="0"/>
            <w:col w:w="10572" w:space="0"/>
            <w:col w:w="10584" w:space="0"/>
            <w:col w:w="9020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408" w:lineRule="auto" w:before="0" w:after="0"/>
        <w:ind w:left="0" w:right="432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МАТЕРИАЛЬНО-ТЕХНИЧЕСКОЕ ОБЕСПЕЧЕНИЕ ОБРАЗОВАТЕЛЬНОГО ПРОЦЕССА 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УЧЕБНОЕ ОБОРУДОВАНИЕ </w:t>
      </w:r>
      <w:r>
        <w:br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ОБОРУДОВАНИЕ ДЛЯ ПРОВЕДЕНИЯ ПРАКТИЧЕСКИХ РАБОТ</w:t>
      </w:r>
    </w:p>
    <w:p>
      <w:pPr>
        <w:sectPr>
          <w:pgSz w:w="11900" w:h="16840"/>
          <w:pgMar w:top="298" w:right="650" w:bottom="1440" w:left="666" w:header="720" w:footer="720" w:gutter="0"/>
          <w:cols w:space="720" w:num="1" w:equalWidth="0">
            <w:col w:w="10584" w:space="0"/>
            <w:col w:w="10584" w:space="0"/>
            <w:col w:w="10680" w:space="0"/>
            <w:col w:w="10680" w:space="0"/>
            <w:col w:w="10680" w:space="0"/>
            <w:col w:w="10680" w:space="0"/>
            <w:col w:w="10680" w:space="0"/>
            <w:col w:w="10680" w:space="0"/>
            <w:col w:w="10680" w:space="0"/>
            <w:col w:w="10680" w:space="0"/>
            <w:col w:w="10680" w:space="0"/>
            <w:col w:w="15534" w:space="0"/>
            <w:col w:w="15534" w:space="0"/>
            <w:col w:w="15534" w:space="0"/>
            <w:col w:w="15534" w:space="0"/>
            <w:col w:w="15534" w:space="0"/>
            <w:col w:w="10582" w:space="0"/>
            <w:col w:w="10502" w:space="0"/>
            <w:col w:w="10590" w:space="0"/>
            <w:col w:w="10506" w:space="0"/>
            <w:col w:w="10584" w:space="0"/>
            <w:col w:w="10572" w:space="0"/>
            <w:col w:w="10584" w:space="0"/>
            <w:col w:w="9020" w:space="0"/>
            <w:col w:w="10284" w:space="0"/>
          </w:cols>
          <w:docGrid w:linePitch="360"/>
        </w:sectPr>
      </w:pPr>
    </w:p>
    <w:sectPr w:rsidR="00FC693F" w:rsidRPr="0006063C" w:rsidSect="00034616">
      <w:pgSz w:w="11900" w:h="16840"/>
      <w:pgMar w:top="1440" w:right="1440" w:bottom="1440" w:left="1440" w:header="720" w:footer="720" w:gutter="0"/>
      <w:cols w:space="720" w:num="1" w:equalWidth="0">
        <w:col w:w="10584" w:space="0"/>
        <w:col w:w="10584" w:space="0"/>
        <w:col w:w="10680" w:space="0"/>
        <w:col w:w="10680" w:space="0"/>
        <w:col w:w="10680" w:space="0"/>
        <w:col w:w="10680" w:space="0"/>
        <w:col w:w="10680" w:space="0"/>
        <w:col w:w="10680" w:space="0"/>
        <w:col w:w="10680" w:space="0"/>
        <w:col w:w="10680" w:space="0"/>
        <w:col w:w="10680" w:space="0"/>
        <w:col w:w="15534" w:space="0"/>
        <w:col w:w="15534" w:space="0"/>
        <w:col w:w="15534" w:space="0"/>
        <w:col w:w="15534" w:space="0"/>
        <w:col w:w="15534" w:space="0"/>
        <w:col w:w="10582" w:space="0"/>
        <w:col w:w="10502" w:space="0"/>
        <w:col w:w="10590" w:space="0"/>
        <w:col w:w="10506" w:space="0"/>
        <w:col w:w="10584" w:space="0"/>
        <w:col w:w="10572" w:space="0"/>
        <w:col w:w="10584" w:space="0"/>
        <w:col w:w="9020" w:space="0"/>
        <w:col w:w="10284" w:space="0"/>
      </w:cols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